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C3FDA" w14:textId="77777777" w:rsidR="00EF279D" w:rsidRPr="0097061E" w:rsidRDefault="00EF279D" w:rsidP="0097061E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</w:rPr>
      </w:pPr>
    </w:p>
    <w:p w14:paraId="6E4A7E5C" w14:textId="77777777" w:rsidR="00EF279D" w:rsidRPr="0097061E" w:rsidRDefault="00964296" w:rsidP="0097061E">
      <w:pPr>
        <w:autoSpaceDE w:val="0"/>
        <w:autoSpaceDN w:val="0"/>
        <w:spacing w:after="0" w:line="240" w:lineRule="auto"/>
        <w:ind w:left="1494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МИНИСТЕРСТВО ПРОСВЕЩЕНИЯ РОССИЙСКОЙ ФЕДЕРАЦИИ</w:t>
      </w:r>
    </w:p>
    <w:p w14:paraId="3ADE8C7A" w14:textId="77777777" w:rsidR="00EF279D" w:rsidRPr="0097061E" w:rsidRDefault="00964296" w:rsidP="0097061E">
      <w:pPr>
        <w:autoSpaceDE w:val="0"/>
        <w:autoSpaceDN w:val="0"/>
        <w:spacing w:after="0" w:line="240" w:lineRule="auto"/>
        <w:ind w:left="2286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Министерство образования и науки Республики Татарстан</w:t>
      </w:r>
    </w:p>
    <w:p w14:paraId="0F71F1F7" w14:textId="655DBF99" w:rsidR="00EF279D" w:rsidRPr="0097061E" w:rsidRDefault="00964296" w:rsidP="0097061E">
      <w:pPr>
        <w:autoSpaceDE w:val="0"/>
        <w:autoSpaceDN w:val="0"/>
        <w:spacing w:after="0" w:line="240" w:lineRule="auto"/>
        <w:ind w:left="780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МУ "Отдел образования исполнительного комитета Спасского муниципального района</w:t>
      </w:r>
      <w:r w:rsidR="001B4642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МБОУ «БСОШ № 2»</w:t>
      </w:r>
    </w:p>
    <w:p w14:paraId="588C441F" w14:textId="77777777" w:rsidR="001B4642" w:rsidRPr="0097061E" w:rsidRDefault="001B4642" w:rsidP="0097061E">
      <w:pPr>
        <w:autoSpaceDE w:val="0"/>
        <w:autoSpaceDN w:val="0"/>
        <w:spacing w:after="0" w:line="240" w:lineRule="auto"/>
        <w:ind w:left="780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2"/>
        <w:gridCol w:w="3420"/>
        <w:gridCol w:w="3460"/>
      </w:tblGrid>
      <w:tr w:rsidR="00EF279D" w:rsidRPr="0097061E" w14:paraId="755FCB5D" w14:textId="77777777">
        <w:trPr>
          <w:trHeight w:hRule="exact" w:val="274"/>
        </w:trPr>
        <w:tc>
          <w:tcPr>
            <w:tcW w:w="3222" w:type="dxa"/>
            <w:tcMar>
              <w:left w:w="0" w:type="dxa"/>
              <w:right w:w="0" w:type="dxa"/>
            </w:tcMar>
          </w:tcPr>
          <w:p w14:paraId="215C4B1A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РАССМОТРЕНО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6CB9EB0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29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СОГЛАСОВАНО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14:paraId="337A496E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39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УТВЕРЖДЕНО</w:t>
            </w:r>
          </w:p>
        </w:tc>
      </w:tr>
      <w:tr w:rsidR="00EF279D" w:rsidRPr="0097061E" w14:paraId="2753FCEC" w14:textId="77777777">
        <w:trPr>
          <w:trHeight w:hRule="exact" w:val="200"/>
        </w:trPr>
        <w:tc>
          <w:tcPr>
            <w:tcW w:w="3222" w:type="dxa"/>
            <w:tcMar>
              <w:left w:w="0" w:type="dxa"/>
              <w:right w:w="0" w:type="dxa"/>
            </w:tcMar>
          </w:tcPr>
          <w:p w14:paraId="770996C8" w14:textId="3AA93BCA" w:rsidR="00EF279D" w:rsidRPr="0097061E" w:rsidRDefault="00964296" w:rsidP="0097061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на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заседании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 xml:space="preserve"> </w:t>
            </w:r>
            <w:r w:rsidR="001F4EBE"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  <w:lang w:val="ru-RU"/>
              </w:rPr>
              <w:t xml:space="preserve">МО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учителей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45EA7B5B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29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на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заседании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 xml:space="preserve"> МС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14:paraId="4F8B1FE9" w14:textId="4956763B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39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Директор</w:t>
            </w:r>
            <w:proofErr w:type="spellEnd"/>
            <w:r w:rsidR="00361349"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  <w:lang w:val="ru-RU"/>
              </w:rPr>
              <w:t xml:space="preserve"> </w:t>
            </w:r>
          </w:p>
        </w:tc>
      </w:tr>
      <w:tr w:rsidR="00EF279D" w:rsidRPr="0097061E" w14:paraId="31DAAFE8" w14:textId="77777777">
        <w:trPr>
          <w:trHeight w:hRule="exact" w:val="400"/>
        </w:trPr>
        <w:tc>
          <w:tcPr>
            <w:tcW w:w="3222" w:type="dxa"/>
            <w:tcMar>
              <w:left w:w="0" w:type="dxa"/>
              <w:right w:w="0" w:type="dxa"/>
            </w:tcMar>
          </w:tcPr>
          <w:p w14:paraId="5C1AA3F4" w14:textId="49D0A986" w:rsidR="00EF279D" w:rsidRPr="0097061E" w:rsidRDefault="001F4EBE" w:rsidP="0097061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  <w:lang w:val="ru-RU"/>
              </w:rPr>
              <w:t>начальных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64296"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3420" w:type="dxa"/>
            <w:vMerge w:val="restart"/>
            <w:tcMar>
              <w:left w:w="0" w:type="dxa"/>
              <w:right w:w="0" w:type="dxa"/>
            </w:tcMar>
          </w:tcPr>
          <w:p w14:paraId="0510A6A7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29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______________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Черкасова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 xml:space="preserve"> Е.А.</w:t>
            </w:r>
          </w:p>
        </w:tc>
        <w:tc>
          <w:tcPr>
            <w:tcW w:w="3460" w:type="dxa"/>
            <w:vMerge w:val="restart"/>
            <w:tcMar>
              <w:left w:w="0" w:type="dxa"/>
              <w:right w:w="0" w:type="dxa"/>
            </w:tcMar>
          </w:tcPr>
          <w:p w14:paraId="6AD6146E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39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______________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Борюшкина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 xml:space="preserve"> Л.В.</w:t>
            </w:r>
          </w:p>
        </w:tc>
      </w:tr>
      <w:tr w:rsidR="00EF279D" w:rsidRPr="0097061E" w14:paraId="49BE2852" w14:textId="77777777">
        <w:trPr>
          <w:trHeight w:hRule="exact" w:val="116"/>
        </w:trPr>
        <w:tc>
          <w:tcPr>
            <w:tcW w:w="3222" w:type="dxa"/>
            <w:vMerge w:val="restart"/>
            <w:tcMar>
              <w:left w:w="0" w:type="dxa"/>
              <w:right w:w="0" w:type="dxa"/>
            </w:tcMar>
          </w:tcPr>
          <w:p w14:paraId="2D9B1925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______________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Егорова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 xml:space="preserve"> О.Н.</w:t>
            </w:r>
          </w:p>
        </w:tc>
        <w:tc>
          <w:tcPr>
            <w:tcW w:w="3429" w:type="dxa"/>
            <w:vMerge/>
          </w:tcPr>
          <w:p w14:paraId="32206D52" w14:textId="77777777" w:rsidR="00EF279D" w:rsidRPr="0097061E" w:rsidRDefault="00EF279D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29" w:type="dxa"/>
            <w:vMerge/>
          </w:tcPr>
          <w:p w14:paraId="210EA434" w14:textId="77777777" w:rsidR="00EF279D" w:rsidRPr="0097061E" w:rsidRDefault="00EF279D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</w:tr>
      <w:tr w:rsidR="00EF279D" w:rsidRPr="0097061E" w14:paraId="2EBB9E8F" w14:textId="77777777">
        <w:trPr>
          <w:trHeight w:hRule="exact" w:val="304"/>
        </w:trPr>
        <w:tc>
          <w:tcPr>
            <w:tcW w:w="3429" w:type="dxa"/>
            <w:vMerge/>
          </w:tcPr>
          <w:p w14:paraId="1F1DABEE" w14:textId="77777777" w:rsidR="00EF279D" w:rsidRPr="0097061E" w:rsidRDefault="00EF279D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505990A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29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Протокол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 xml:space="preserve"> №____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14:paraId="170ED2D9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39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Приказ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 xml:space="preserve"> №____</w:t>
            </w:r>
          </w:p>
        </w:tc>
      </w:tr>
      <w:tr w:rsidR="00EF279D" w:rsidRPr="0097061E" w14:paraId="551A640C" w14:textId="77777777">
        <w:trPr>
          <w:trHeight w:hRule="exact" w:val="300"/>
        </w:trPr>
        <w:tc>
          <w:tcPr>
            <w:tcW w:w="3222" w:type="dxa"/>
            <w:tcMar>
              <w:left w:w="0" w:type="dxa"/>
              <w:right w:w="0" w:type="dxa"/>
            </w:tcMar>
          </w:tcPr>
          <w:p w14:paraId="6EBE919D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Протокол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 xml:space="preserve"> №____</w:t>
            </w:r>
          </w:p>
        </w:tc>
        <w:tc>
          <w:tcPr>
            <w:tcW w:w="3420" w:type="dxa"/>
            <w:vMerge w:val="restart"/>
            <w:tcMar>
              <w:left w:w="0" w:type="dxa"/>
              <w:right w:w="0" w:type="dxa"/>
            </w:tcMar>
          </w:tcPr>
          <w:p w14:paraId="1FE520AF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29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от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 xml:space="preserve"> "___" ____  2022 г.</w:t>
            </w:r>
          </w:p>
        </w:tc>
        <w:tc>
          <w:tcPr>
            <w:tcW w:w="3460" w:type="dxa"/>
            <w:vMerge w:val="restart"/>
            <w:tcMar>
              <w:left w:w="0" w:type="dxa"/>
              <w:right w:w="0" w:type="dxa"/>
            </w:tcMar>
          </w:tcPr>
          <w:p w14:paraId="34239BBD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39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от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 xml:space="preserve"> "___" ____2022 г.</w:t>
            </w:r>
          </w:p>
        </w:tc>
      </w:tr>
      <w:tr w:rsidR="00EF279D" w:rsidRPr="0097061E" w14:paraId="57FC4FB3" w14:textId="77777777">
        <w:trPr>
          <w:trHeight w:hRule="exact" w:val="384"/>
        </w:trPr>
        <w:tc>
          <w:tcPr>
            <w:tcW w:w="3222" w:type="dxa"/>
            <w:tcMar>
              <w:left w:w="0" w:type="dxa"/>
              <w:right w:w="0" w:type="dxa"/>
            </w:tcMar>
          </w:tcPr>
          <w:p w14:paraId="707CF7A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>от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102"/>
                <w:sz w:val="24"/>
                <w:szCs w:val="24"/>
              </w:rPr>
              <w:t xml:space="preserve"> "___" ____2022 г.</w:t>
            </w:r>
          </w:p>
        </w:tc>
        <w:tc>
          <w:tcPr>
            <w:tcW w:w="3429" w:type="dxa"/>
            <w:vMerge/>
          </w:tcPr>
          <w:p w14:paraId="05358C9A" w14:textId="77777777" w:rsidR="00EF279D" w:rsidRPr="0097061E" w:rsidRDefault="00EF279D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29" w:type="dxa"/>
            <w:vMerge/>
          </w:tcPr>
          <w:p w14:paraId="725F95A2" w14:textId="77777777" w:rsidR="00EF279D" w:rsidRPr="0097061E" w:rsidRDefault="00EF279D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</w:tr>
    </w:tbl>
    <w:p w14:paraId="6109E4F6" w14:textId="77777777" w:rsidR="00B340CF" w:rsidRPr="0097061E" w:rsidRDefault="00B340CF" w:rsidP="0097061E">
      <w:pPr>
        <w:autoSpaceDE w:val="0"/>
        <w:autoSpaceDN w:val="0"/>
        <w:spacing w:after="0" w:line="240" w:lineRule="auto"/>
        <w:ind w:right="3646"/>
        <w:jc w:val="right"/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</w:rPr>
      </w:pPr>
    </w:p>
    <w:p w14:paraId="53A1A5E1" w14:textId="77777777" w:rsidR="00B340CF" w:rsidRPr="0097061E" w:rsidRDefault="00B340CF" w:rsidP="0097061E">
      <w:pPr>
        <w:autoSpaceDE w:val="0"/>
        <w:autoSpaceDN w:val="0"/>
        <w:spacing w:after="0" w:line="240" w:lineRule="auto"/>
        <w:ind w:right="3646"/>
        <w:jc w:val="right"/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</w:rPr>
      </w:pPr>
    </w:p>
    <w:p w14:paraId="7B6593E2" w14:textId="77777777" w:rsidR="00B340CF" w:rsidRPr="0097061E" w:rsidRDefault="00B340CF" w:rsidP="0097061E">
      <w:pPr>
        <w:autoSpaceDE w:val="0"/>
        <w:autoSpaceDN w:val="0"/>
        <w:spacing w:after="0" w:line="240" w:lineRule="auto"/>
        <w:ind w:right="3646"/>
        <w:jc w:val="right"/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</w:rPr>
      </w:pPr>
    </w:p>
    <w:p w14:paraId="058A7CF1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3646"/>
        <w:jc w:val="right"/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РАБОЧАЯ ПРОГРАММА</w:t>
      </w:r>
    </w:p>
    <w:p w14:paraId="7DE76C32" w14:textId="47A78357" w:rsidR="00B340CF" w:rsidRPr="0097061E" w:rsidRDefault="00B340CF" w:rsidP="0097061E">
      <w:pPr>
        <w:autoSpaceDE w:val="0"/>
        <w:autoSpaceDN w:val="0"/>
        <w:spacing w:after="0" w:line="240" w:lineRule="auto"/>
        <w:ind w:right="3646"/>
        <w:jc w:val="right"/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НАЧАЛЬНОГО ОБЩЕГО ОБРАЗОВАНИЯ</w:t>
      </w:r>
    </w:p>
    <w:p w14:paraId="2CE7E725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4418"/>
        <w:jc w:val="right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(</w:t>
      </w: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</w:rPr>
        <w:t>ID</w:t>
      </w: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 xml:space="preserve"> 2589276)</w:t>
      </w:r>
    </w:p>
    <w:p w14:paraId="579B35C1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4018"/>
        <w:jc w:val="right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учебного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предмета</w:t>
      </w:r>
    </w:p>
    <w:p w14:paraId="786A199B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3928"/>
        <w:jc w:val="right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«Окружающий мир»</w:t>
      </w:r>
    </w:p>
    <w:p w14:paraId="1965501D" w14:textId="7D0918D0" w:rsidR="00EF279D" w:rsidRPr="0097061E" w:rsidRDefault="00B340CF" w:rsidP="0097061E">
      <w:pPr>
        <w:autoSpaceDE w:val="0"/>
        <w:autoSpaceDN w:val="0"/>
        <w:spacing w:after="0" w:line="240" w:lineRule="auto"/>
        <w:ind w:right="2678"/>
        <w:jc w:val="right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(</w:t>
      </w:r>
      <w:proofErr w:type="gramStart"/>
      <w:r w:rsidR="00964296"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для</w:t>
      </w:r>
      <w:proofErr w:type="gramEnd"/>
      <w:r w:rsidR="00964296"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1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– 4  классов образовательных организаций)</w:t>
      </w:r>
    </w:p>
    <w:p w14:paraId="5EBF254D" w14:textId="721A5F8E" w:rsidR="00EF279D" w:rsidRPr="0097061E" w:rsidRDefault="00EF279D" w:rsidP="0097061E">
      <w:pPr>
        <w:autoSpaceDE w:val="0"/>
        <w:autoSpaceDN w:val="0"/>
        <w:spacing w:after="0" w:line="240" w:lineRule="auto"/>
        <w:ind w:right="3616"/>
        <w:jc w:val="right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3FCB3448" w14:textId="71A18213" w:rsidR="00217669" w:rsidRPr="0097061E" w:rsidRDefault="00217669" w:rsidP="0097061E">
      <w:pPr>
        <w:autoSpaceDE w:val="0"/>
        <w:autoSpaceDN w:val="0"/>
        <w:spacing w:after="0" w:line="240" w:lineRule="auto"/>
        <w:ind w:right="26"/>
        <w:jc w:val="right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5C07FD86" w14:textId="3995E9CD" w:rsidR="00217669" w:rsidRPr="0097061E" w:rsidRDefault="00217669" w:rsidP="0097061E">
      <w:pPr>
        <w:autoSpaceDE w:val="0"/>
        <w:autoSpaceDN w:val="0"/>
        <w:spacing w:after="0" w:line="240" w:lineRule="auto"/>
        <w:ind w:right="26"/>
        <w:jc w:val="right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5CE9B391" w14:textId="77777777" w:rsidR="005449D6" w:rsidRPr="0097061E" w:rsidRDefault="005449D6" w:rsidP="0097061E">
      <w:pPr>
        <w:autoSpaceDE w:val="0"/>
        <w:autoSpaceDN w:val="0"/>
        <w:spacing w:after="0" w:line="240" w:lineRule="auto"/>
        <w:ind w:right="3828"/>
        <w:jc w:val="right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02E73B91" w14:textId="77777777" w:rsidR="00B340CF" w:rsidRPr="0097061E" w:rsidRDefault="00B340CF" w:rsidP="0097061E">
      <w:pPr>
        <w:autoSpaceDE w:val="0"/>
        <w:autoSpaceDN w:val="0"/>
        <w:spacing w:after="0" w:line="240" w:lineRule="auto"/>
        <w:ind w:right="3828"/>
        <w:jc w:val="right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7BE4E3E4" w14:textId="77777777" w:rsidR="00B340CF" w:rsidRPr="0097061E" w:rsidRDefault="00B340CF" w:rsidP="0097061E">
      <w:pPr>
        <w:autoSpaceDE w:val="0"/>
        <w:autoSpaceDN w:val="0"/>
        <w:spacing w:after="0" w:line="240" w:lineRule="auto"/>
        <w:ind w:right="3828"/>
        <w:jc w:val="right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1707A735" w14:textId="77777777" w:rsidR="00B340CF" w:rsidRPr="0097061E" w:rsidRDefault="00B340CF" w:rsidP="0097061E">
      <w:pPr>
        <w:autoSpaceDE w:val="0"/>
        <w:autoSpaceDN w:val="0"/>
        <w:spacing w:after="0" w:line="240" w:lineRule="auto"/>
        <w:ind w:right="3828"/>
        <w:jc w:val="right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1BA64CBC" w14:textId="77777777" w:rsidR="00B340CF" w:rsidRPr="0097061E" w:rsidRDefault="00B340CF" w:rsidP="0097061E">
      <w:pPr>
        <w:autoSpaceDE w:val="0"/>
        <w:autoSpaceDN w:val="0"/>
        <w:spacing w:after="0" w:line="240" w:lineRule="auto"/>
        <w:ind w:right="3828"/>
        <w:jc w:val="right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70EDFC9A" w14:textId="77777777" w:rsidR="00B340CF" w:rsidRPr="0097061E" w:rsidRDefault="00B340CF" w:rsidP="0097061E">
      <w:pPr>
        <w:autoSpaceDE w:val="0"/>
        <w:autoSpaceDN w:val="0"/>
        <w:spacing w:after="0" w:line="240" w:lineRule="auto"/>
        <w:ind w:right="3828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7500A4DD" w14:textId="77777777" w:rsidR="00B340CF" w:rsidRPr="0097061E" w:rsidRDefault="00B340CF" w:rsidP="0097061E">
      <w:pPr>
        <w:autoSpaceDE w:val="0"/>
        <w:autoSpaceDN w:val="0"/>
        <w:spacing w:after="0" w:line="240" w:lineRule="auto"/>
        <w:ind w:right="3828"/>
        <w:jc w:val="right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181E368D" w14:textId="77777777" w:rsidR="001B4642" w:rsidRPr="0097061E" w:rsidRDefault="001B4642" w:rsidP="0097061E">
      <w:pPr>
        <w:autoSpaceDE w:val="0"/>
        <w:autoSpaceDN w:val="0"/>
        <w:spacing w:after="0" w:line="240" w:lineRule="auto"/>
        <w:ind w:right="3828"/>
        <w:jc w:val="right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5A1F782B" w14:textId="77777777" w:rsidR="001B4642" w:rsidRPr="0097061E" w:rsidRDefault="001B4642" w:rsidP="0097061E">
      <w:pPr>
        <w:autoSpaceDE w:val="0"/>
        <w:autoSpaceDN w:val="0"/>
        <w:spacing w:after="0" w:line="240" w:lineRule="auto"/>
        <w:ind w:right="3828"/>
        <w:jc w:val="right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0451E543" w14:textId="77777777" w:rsidR="001B4642" w:rsidRPr="0097061E" w:rsidRDefault="001B4642" w:rsidP="0097061E">
      <w:pPr>
        <w:autoSpaceDE w:val="0"/>
        <w:autoSpaceDN w:val="0"/>
        <w:spacing w:after="0" w:line="240" w:lineRule="auto"/>
        <w:ind w:right="3828"/>
        <w:jc w:val="right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4B6D802E" w14:textId="4E7149EC" w:rsidR="00EF279D" w:rsidRPr="0097061E" w:rsidRDefault="00964296" w:rsidP="0097061E">
      <w:pPr>
        <w:autoSpaceDE w:val="0"/>
        <w:autoSpaceDN w:val="0"/>
        <w:spacing w:after="0" w:line="240" w:lineRule="auto"/>
        <w:ind w:right="3828"/>
        <w:jc w:val="center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Болгар 2022</w:t>
      </w:r>
    </w:p>
    <w:p w14:paraId="0C9AB2D2" w14:textId="77777777" w:rsidR="005449D6" w:rsidRPr="0097061E" w:rsidRDefault="005449D6" w:rsidP="0097061E">
      <w:pPr>
        <w:autoSpaceDE w:val="0"/>
        <w:autoSpaceDN w:val="0"/>
        <w:spacing w:after="0" w:line="240" w:lineRule="auto"/>
        <w:ind w:right="3828"/>
        <w:jc w:val="right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25CAE068" w14:textId="77777777" w:rsidR="005449D6" w:rsidRPr="0097061E" w:rsidRDefault="005449D6" w:rsidP="0097061E">
      <w:pPr>
        <w:autoSpaceDE w:val="0"/>
        <w:autoSpaceDN w:val="0"/>
        <w:spacing w:after="0" w:line="240" w:lineRule="auto"/>
        <w:ind w:right="3828"/>
        <w:jc w:val="right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730FBF82" w14:textId="77777777" w:rsidR="005449D6" w:rsidRPr="0097061E" w:rsidRDefault="005449D6" w:rsidP="0097061E">
      <w:pPr>
        <w:autoSpaceDE w:val="0"/>
        <w:autoSpaceDN w:val="0"/>
        <w:spacing w:after="0" w:line="240" w:lineRule="auto"/>
        <w:ind w:right="3828"/>
        <w:jc w:val="right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2AE8393E" w14:textId="0B6F328B" w:rsidR="00EF279D" w:rsidRPr="0097061E" w:rsidRDefault="005E5C11" w:rsidP="0097061E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 xml:space="preserve">I. </w:t>
      </w:r>
      <w:r w:rsidR="00964296"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ПОЯСНИТЕЛЬНАЯ ЗАПИСКА</w:t>
      </w:r>
    </w:p>
    <w:p w14:paraId="29E8D52B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288" w:firstLine="720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14:paraId="64469DB3" w14:textId="6917BC32" w:rsidR="00EF279D" w:rsidRPr="0097061E" w:rsidRDefault="00964296" w:rsidP="0097061E">
      <w:pPr>
        <w:autoSpaceDE w:val="0"/>
        <w:autoSpaceDN w:val="0"/>
        <w:spacing w:after="0" w:line="240" w:lineRule="auto"/>
        <w:ind w:right="144" w:firstLine="720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14:paraId="5C7F970F" w14:textId="08B22FE7" w:rsidR="00EF279D" w:rsidRPr="0097061E" w:rsidRDefault="00964296" w:rsidP="0097061E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ab/>
      </w:r>
      <w:r w:rsidR="006076A7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ab/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Планируемые результаты включают личностные, </w:t>
      </w:r>
      <w:proofErr w:type="spell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метапредметные</w:t>
      </w:r>
      <w:proofErr w:type="spell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результаты за период обучения, а также предметные достижения младшего школьника за первый год обучения в начальной школе.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ab/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 тематическом планировании описывается программное содержание по всем разде</w:t>
      </w:r>
      <w:r w:rsidR="001B4642"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лам содержания обучения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, а также раскрываются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lastRenderedPageBreak/>
        <w:t xml:space="preserve">методы и формы организации обучения и характеристика деятельностей, которые целесообразно использовать при изучении той или иной программной темы.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ab/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Представлены также способы организации дифференцированного обучения.</w:t>
      </w:r>
    </w:p>
    <w:p w14:paraId="2D64D958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-48" w:firstLine="720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14:paraId="10F2C9AE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-48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формирование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14:paraId="4D2FE157" w14:textId="07DC5EE1" w:rsidR="00EF279D" w:rsidRPr="0097061E" w:rsidRDefault="00964296" w:rsidP="0097061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развитие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="00E3137D"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умений и навыков применять полученные знания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 </w:t>
      </w:r>
      <w:r w:rsidR="00E3137D"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реальной учебной 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="00E3137D"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жизненной практике, связанной как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14:paraId="28E08B07" w14:textId="63E895BD" w:rsidR="00EF279D" w:rsidRPr="0097061E" w:rsidRDefault="00964296" w:rsidP="0097061E">
      <w:pPr>
        <w:autoSpaceDE w:val="0"/>
        <w:autoSpaceDN w:val="0"/>
        <w:spacing w:after="0" w:line="240" w:lineRule="auto"/>
        <w:ind w:right="144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духовно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</w:t>
      </w:r>
      <w:r w:rsidR="006076A7"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 </w:t>
      </w:r>
    </w:p>
    <w:p w14:paraId="49424EE7" w14:textId="439E59ED" w:rsidR="00EF279D" w:rsidRPr="0097061E" w:rsidRDefault="00964296" w:rsidP="0097061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развитие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</w:t>
      </w:r>
      <w:r w:rsidR="00E3137D"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людям, уважительного отношения к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их взглядам, мнению и индивидуальности</w:t>
      </w:r>
    </w:p>
    <w:p w14:paraId="0FD9D913" w14:textId="0CFBB0FF" w:rsidR="00EF279D" w:rsidRPr="0097061E" w:rsidRDefault="00964296" w:rsidP="0097061E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</w:t>
      </w:r>
      <w:r w:rsidR="00E3137D"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 Отбор содержания курса</w:t>
      </w:r>
      <w:r w:rsidR="00E3137D"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«Окружающий мир» осуществлён на основе следующих ведущих идей:</w:t>
      </w:r>
    </w:p>
    <w:p w14:paraId="3369699F" w14:textId="77777777" w:rsidR="00EF279D" w:rsidRPr="0097061E" w:rsidRDefault="00964296" w:rsidP="0097061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раскрытие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роли человека в природе и обществе; </w:t>
      </w:r>
    </w:p>
    <w:p w14:paraId="6E05C9AF" w14:textId="2EC1DACA" w:rsidR="00EF279D" w:rsidRPr="0097061E" w:rsidRDefault="00964296" w:rsidP="0097061E">
      <w:pPr>
        <w:autoSpaceDE w:val="0"/>
        <w:autoSpaceDN w:val="0"/>
        <w:spacing w:after="0" w:line="240" w:lineRule="auto"/>
        <w:ind w:right="432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освоение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общечеловеческих ценностей взаимодействия в системах «Человек и природа»,</w:t>
      </w:r>
      <w:r w:rsidR="00E3137D"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«Человек и общество», «Человек и другие люди», «Человек и его самость», «Человек и познание».</w:t>
      </w:r>
    </w:p>
    <w:p w14:paraId="6F171F01" w14:textId="36E461C6" w:rsidR="00EF279D" w:rsidRPr="0097061E" w:rsidRDefault="00964296" w:rsidP="0097061E">
      <w:pPr>
        <w:tabs>
          <w:tab w:val="left" w:pos="180"/>
        </w:tabs>
        <w:autoSpaceDE w:val="0"/>
        <w:autoSpaceDN w:val="0"/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ab/>
      </w:r>
      <w:r w:rsidR="00E3137D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ab/>
      </w:r>
    </w:p>
    <w:p w14:paraId="493EBC2E" w14:textId="3E41E515" w:rsidR="006076A7" w:rsidRPr="0097061E" w:rsidRDefault="006076A7" w:rsidP="0097061E">
      <w:pPr>
        <w:tabs>
          <w:tab w:val="left" w:pos="180"/>
        </w:tabs>
        <w:autoSpaceDE w:val="0"/>
        <w:autoSpaceDN w:val="0"/>
        <w:spacing w:after="0" w:line="240" w:lineRule="auto"/>
        <w:ind w:right="288"/>
        <w:jc w:val="both"/>
        <w:rPr>
          <w:rFonts w:ascii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 xml:space="preserve">УЧЕТ </w:t>
      </w:r>
      <w:r w:rsidR="00293ADC" w:rsidRPr="0097061E">
        <w:rPr>
          <w:rFonts w:ascii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ПРОГРАММЫ ВОСПИТАНИЯ В ОБРАЗОВАТЕЛЬНОМ ПРОЦЕССЕ</w:t>
      </w:r>
    </w:p>
    <w:p w14:paraId="1DD95C05" w14:textId="7F42CE66" w:rsidR="00293ADC" w:rsidRPr="0097061E" w:rsidRDefault="00293ADC" w:rsidP="0097061E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Изучение предметной области «Окружающий мир» основано на </w:t>
      </w:r>
      <w:proofErr w:type="spellStart"/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межпредметных</w:t>
      </w:r>
      <w:proofErr w:type="spellEnd"/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связях с предметами: «Литературное чтение», «География», «История», «Русский язык», «Математика», «Музыка».</w:t>
      </w:r>
    </w:p>
    <w:p w14:paraId="364FD917" w14:textId="6D455C70" w:rsidR="00293ADC" w:rsidRPr="0097061E" w:rsidRDefault="00293ADC" w:rsidP="0097061E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Воспитательный потенциал предметной области «Окружающий мир» в образовательной организации реализуется через:</w:t>
      </w:r>
    </w:p>
    <w:p w14:paraId="45194B29" w14:textId="77777777" w:rsidR="00293ADC" w:rsidRPr="0097061E" w:rsidRDefault="00293ADC" w:rsidP="0097061E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Гражданско-патриотическое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-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воспитание:</w:t>
      </w:r>
    </w:p>
    <w:p w14:paraId="76654D64" w14:textId="77777777" w:rsidR="00293ADC" w:rsidRPr="0097061E" w:rsidRDefault="00293ADC" w:rsidP="0097061E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Знающий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6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   любящий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6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свою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6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малую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6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родину, свой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6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край,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6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имеющий   представление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Родине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России, её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территории, расположении.</w:t>
      </w:r>
    </w:p>
    <w:p w14:paraId="2756EBF1" w14:textId="77777777" w:rsidR="00293ADC" w:rsidRPr="0097061E" w:rsidRDefault="00293ADC" w:rsidP="0097061E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Сознающий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принадлежность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своему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народу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общности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граждан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России,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проявляющий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уважение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 своему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другим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народам.</w:t>
      </w:r>
    </w:p>
    <w:p w14:paraId="4CA644B5" w14:textId="77777777" w:rsidR="00293ADC" w:rsidRPr="0097061E" w:rsidRDefault="00293ADC" w:rsidP="0097061E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Понимающий свою сопричастность к прошлому, настоящему и будущему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lastRenderedPageBreak/>
        <w:t>родного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края,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своей Родины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России, Российского государства.</w:t>
      </w:r>
    </w:p>
    <w:p w14:paraId="21A6AA86" w14:textId="77777777" w:rsidR="00293ADC" w:rsidRPr="0097061E" w:rsidRDefault="00293ADC" w:rsidP="0097061E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Понимающий значение гражданских символов (государственная символика России,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своего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региона),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праздников,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мест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почитания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героев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защитников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Отечества,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проявляющий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ним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уважение.</w:t>
      </w:r>
    </w:p>
    <w:p w14:paraId="11E89732" w14:textId="77777777" w:rsidR="00293ADC" w:rsidRPr="0097061E" w:rsidRDefault="00293ADC" w:rsidP="0097061E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Имеющий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4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первоначальные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0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представления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0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0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правах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0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0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ответственности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0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человека 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обществе, гражданских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правах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обязанностях.</w:t>
      </w:r>
    </w:p>
    <w:p w14:paraId="22FD1BB4" w14:textId="77777777" w:rsidR="00293ADC" w:rsidRPr="0097061E" w:rsidRDefault="00293ADC" w:rsidP="0097061E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0" w:right="-6" w:firstLine="709"/>
        <w:jc w:val="both"/>
        <w:outlineLvl w:val="0"/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 xml:space="preserve">Принимающий 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1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 xml:space="preserve">участие  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 xml:space="preserve">в  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8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 xml:space="preserve">жизни  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 xml:space="preserve">класса, общеобразовательной  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1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организации, в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доступной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по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возрасту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6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социально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значимой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деятельности.</w:t>
      </w:r>
    </w:p>
    <w:p w14:paraId="631C8741" w14:textId="77777777" w:rsidR="00293ADC" w:rsidRPr="0097061E" w:rsidRDefault="00293ADC" w:rsidP="0097061E">
      <w:pPr>
        <w:widowControl w:val="0"/>
        <w:autoSpaceDE w:val="0"/>
        <w:autoSpaceDN w:val="0"/>
        <w:spacing w:after="0" w:line="240" w:lineRule="auto"/>
        <w:ind w:right="-7" w:firstLine="929"/>
        <w:jc w:val="both"/>
        <w:outlineLvl w:val="0"/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Духовно-нравственное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-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воспитание:</w:t>
      </w:r>
    </w:p>
    <w:p w14:paraId="587DB1A9" w14:textId="77777777" w:rsidR="00293ADC" w:rsidRPr="0097061E" w:rsidRDefault="00293ADC" w:rsidP="0097061E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Уважающий духовно-нравственную культуру своей семьи, своего народа, семейные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ценности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 учётом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национальной,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религиозной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принадлежности.</w:t>
      </w:r>
    </w:p>
    <w:p w14:paraId="6915938F" w14:textId="77777777" w:rsidR="00293ADC" w:rsidRPr="0097061E" w:rsidRDefault="00293ADC" w:rsidP="0097061E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Сознающий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5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ценность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5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каждой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5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человеческой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5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жизни,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5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признающий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5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индивидуальность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58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достоинство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каждого человека.</w:t>
      </w:r>
    </w:p>
    <w:p w14:paraId="7BCAB5C1" w14:textId="77777777" w:rsidR="00293ADC" w:rsidRPr="0097061E" w:rsidRDefault="00293ADC" w:rsidP="0097061E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Доброжелательный,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проявляющий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сопереживание,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готовность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оказывать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помощь,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выражающий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неприятие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поведения,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причиняющего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физический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моральный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вред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другим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людям,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уважающий старших.</w:t>
      </w:r>
    </w:p>
    <w:p w14:paraId="2AABA107" w14:textId="77777777" w:rsidR="00293ADC" w:rsidRPr="0097061E" w:rsidRDefault="00293ADC" w:rsidP="0097061E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outlineLvl w:val="0"/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Умеющий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оценивать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6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поступки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66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с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66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позиции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66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их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6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соответствия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66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нравственным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6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нормам, осознающий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ответственность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6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за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свои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поступки.</w:t>
      </w:r>
    </w:p>
    <w:p w14:paraId="154D6363" w14:textId="77777777" w:rsidR="00293ADC" w:rsidRPr="0097061E" w:rsidRDefault="00293ADC" w:rsidP="0097061E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Владеющий представлениями о многообразии языкового и культурного пространства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России,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имеющий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первоначальные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навыки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общения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людьми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разных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народов, вероисповеданий.</w:t>
      </w:r>
    </w:p>
    <w:p w14:paraId="54EA7846" w14:textId="77777777" w:rsidR="00293ADC" w:rsidRPr="0097061E" w:rsidRDefault="00293ADC" w:rsidP="0097061E">
      <w:pPr>
        <w:widowControl w:val="0"/>
        <w:numPr>
          <w:ilvl w:val="0"/>
          <w:numId w:val="9"/>
        </w:numPr>
        <w:tabs>
          <w:tab w:val="left" w:pos="993"/>
          <w:tab w:val="left" w:pos="8789"/>
        </w:tabs>
        <w:autoSpaceDE w:val="0"/>
        <w:autoSpaceDN w:val="0"/>
        <w:spacing w:after="0" w:line="240" w:lineRule="auto"/>
        <w:ind w:left="0" w:right="-7" w:firstLine="709"/>
        <w:jc w:val="both"/>
        <w:outlineLvl w:val="0"/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Сознающий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2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нравственную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88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89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эстетическую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9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ценность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86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литературы, родного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88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языка, русского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языка,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проявляющий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интерес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к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чтению.</w:t>
      </w:r>
    </w:p>
    <w:p w14:paraId="4214EED2" w14:textId="77777777" w:rsidR="00293ADC" w:rsidRPr="0097061E" w:rsidRDefault="00293ADC" w:rsidP="0097061E">
      <w:pPr>
        <w:widowControl w:val="0"/>
        <w:tabs>
          <w:tab w:val="left" w:pos="993"/>
          <w:tab w:val="left" w:pos="8789"/>
        </w:tabs>
        <w:autoSpaceDE w:val="0"/>
        <w:autoSpaceDN w:val="0"/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Эстетическое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-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воспитание:</w:t>
      </w:r>
    </w:p>
    <w:p w14:paraId="381ABC84" w14:textId="77777777" w:rsidR="00293ADC" w:rsidRPr="0097061E" w:rsidRDefault="00293ADC" w:rsidP="0097061E">
      <w:pPr>
        <w:widowControl w:val="0"/>
        <w:numPr>
          <w:ilvl w:val="0"/>
          <w:numId w:val="9"/>
        </w:numPr>
        <w:tabs>
          <w:tab w:val="left" w:pos="993"/>
          <w:tab w:val="left" w:pos="8789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Способный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2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воспринимать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2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2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чувствовать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2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прекрасное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26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2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быту,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2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природе,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2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искусстве,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5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творчестве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людей.</w:t>
      </w:r>
    </w:p>
    <w:p w14:paraId="74BEDFB4" w14:textId="77777777" w:rsidR="00293ADC" w:rsidRPr="0097061E" w:rsidRDefault="00293ADC" w:rsidP="0097061E">
      <w:pPr>
        <w:widowControl w:val="0"/>
        <w:numPr>
          <w:ilvl w:val="0"/>
          <w:numId w:val="9"/>
        </w:numPr>
        <w:tabs>
          <w:tab w:val="left" w:pos="993"/>
          <w:tab w:val="left" w:pos="8789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Проявляющий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3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интерес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3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3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уважение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3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3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отечественной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3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3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мировой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3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художественной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5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культуре.</w:t>
      </w:r>
    </w:p>
    <w:p w14:paraId="5998EEBB" w14:textId="77777777" w:rsidR="00293ADC" w:rsidRPr="0097061E" w:rsidRDefault="00293ADC" w:rsidP="0097061E">
      <w:pPr>
        <w:widowControl w:val="0"/>
        <w:numPr>
          <w:ilvl w:val="0"/>
          <w:numId w:val="9"/>
        </w:numPr>
        <w:tabs>
          <w:tab w:val="left" w:pos="993"/>
          <w:tab w:val="left" w:pos="8789"/>
        </w:tabs>
        <w:autoSpaceDE w:val="0"/>
        <w:autoSpaceDN w:val="0"/>
        <w:spacing w:after="0" w:line="240" w:lineRule="auto"/>
        <w:ind w:left="0" w:right="-7" w:firstLine="709"/>
        <w:jc w:val="both"/>
        <w:outlineLvl w:val="0"/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Проявляющий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7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 xml:space="preserve">стремление 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6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 xml:space="preserve">к 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9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 xml:space="preserve">самовыражению 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8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 xml:space="preserve">в 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8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 xml:space="preserve">разных 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1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 xml:space="preserve">видах 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художественной деятельности,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искусстве.</w:t>
      </w:r>
    </w:p>
    <w:p w14:paraId="5B0B5CF7" w14:textId="77777777" w:rsidR="00293ADC" w:rsidRPr="0097061E" w:rsidRDefault="00293ADC" w:rsidP="0097061E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210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Физическое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воспитание,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66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формирование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6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культуры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6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здоровья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6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6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эмоционального благополучия:</w:t>
      </w:r>
    </w:p>
    <w:p w14:paraId="5DFA522F" w14:textId="77777777" w:rsidR="00293ADC" w:rsidRPr="0097061E" w:rsidRDefault="00293ADC" w:rsidP="0097061E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Бережно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относящийся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физическому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здоровью,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соблюдающий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основные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правила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здорового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безопасного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для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себя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других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людей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образа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жизни,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том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числе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информационной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среде.</w:t>
      </w:r>
    </w:p>
    <w:p w14:paraId="672FC8D6" w14:textId="77777777" w:rsidR="00293ADC" w:rsidRPr="0097061E" w:rsidRDefault="00293ADC" w:rsidP="0097061E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Владеющий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основными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навыками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личной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общественной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гигиены,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безопасного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поведения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быту, природе, обществе.</w:t>
      </w:r>
    </w:p>
    <w:p w14:paraId="2F38ABEF" w14:textId="77777777" w:rsidR="00293ADC" w:rsidRPr="0097061E" w:rsidRDefault="00293ADC" w:rsidP="0097061E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Ориентированный на физическое развитие с учётом возможностей здоровья, занятия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физкультурой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 спортом.</w:t>
      </w:r>
    </w:p>
    <w:p w14:paraId="2C28C2C5" w14:textId="77777777" w:rsidR="00293ADC" w:rsidRPr="0097061E" w:rsidRDefault="00293ADC" w:rsidP="0097061E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outlineLvl w:val="0"/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Сознающий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56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56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принимающий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59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свою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5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половую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принадлежность,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59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соответствующие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5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ей психофизические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поведенческие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особенности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с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учётом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возраста.</w:t>
      </w:r>
    </w:p>
    <w:p w14:paraId="32C4DC54" w14:textId="77777777" w:rsidR="00293ADC" w:rsidRPr="0097061E" w:rsidRDefault="00293ADC" w:rsidP="0097061E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210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Трудовое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воспитание</w:t>
      </w:r>
    </w:p>
    <w:p w14:paraId="45455769" w14:textId="77777777" w:rsidR="00293ADC" w:rsidRPr="0097061E" w:rsidRDefault="00293ADC" w:rsidP="0097061E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Сознающий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ценность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труда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жизни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человека,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семьи,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общества.</w:t>
      </w:r>
    </w:p>
    <w:p w14:paraId="10372945" w14:textId="77777777" w:rsidR="00293ADC" w:rsidRPr="0097061E" w:rsidRDefault="00293ADC" w:rsidP="0097061E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110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Проявляющий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4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уважение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4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4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труду,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4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людям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4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труда,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4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бережное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4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отношение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4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4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результатам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5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труда,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ответственное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потребление.</w:t>
      </w:r>
    </w:p>
    <w:p w14:paraId="2F36F28A" w14:textId="77777777" w:rsidR="00293ADC" w:rsidRPr="0097061E" w:rsidRDefault="00293ADC" w:rsidP="0097061E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110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Проявляющий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интерес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разным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профессиям.</w:t>
      </w:r>
    </w:p>
    <w:p w14:paraId="6A0373FE" w14:textId="77777777" w:rsidR="00293ADC" w:rsidRPr="0097061E" w:rsidRDefault="00293ADC" w:rsidP="0097061E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110" w:firstLine="709"/>
        <w:jc w:val="both"/>
        <w:outlineLvl w:val="0"/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Участвующий в различных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ab/>
        <w:t>видах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ab/>
        <w:t>доступного по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ab/>
        <w:t>возрасту труда, трудовой деятельности.</w:t>
      </w:r>
    </w:p>
    <w:p w14:paraId="2185CBA4" w14:textId="77777777" w:rsidR="00293ADC" w:rsidRPr="0097061E" w:rsidRDefault="00293ADC" w:rsidP="0097061E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210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Экологическое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воспитание:</w:t>
      </w:r>
    </w:p>
    <w:p w14:paraId="24E2096D" w14:textId="77777777" w:rsidR="00293ADC" w:rsidRPr="0097061E" w:rsidRDefault="00293ADC" w:rsidP="0097061E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Понимающий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ценность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природы,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зависимость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жизни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людей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от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природы,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6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влияние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5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людей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природу,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окружающую среду.</w:t>
      </w:r>
    </w:p>
    <w:p w14:paraId="0E9072F1" w14:textId="77777777" w:rsidR="00293ADC" w:rsidRPr="0097061E" w:rsidRDefault="00293ADC" w:rsidP="0097061E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lastRenderedPageBreak/>
        <w:t>Проявляющий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5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любовь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48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5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бережное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49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отношение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49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5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природе,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5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неприятие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49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действий,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5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приносящих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вред природе,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особенно живым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существам.</w:t>
      </w:r>
    </w:p>
    <w:p w14:paraId="569640F2" w14:textId="77777777" w:rsidR="00293ADC" w:rsidRPr="0097061E" w:rsidRDefault="00293ADC" w:rsidP="0097061E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outlineLvl w:val="0"/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Выражающий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готовность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в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своей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деятельности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6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придерживаться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экологических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норм.</w:t>
      </w:r>
    </w:p>
    <w:p w14:paraId="5D4662FF" w14:textId="77777777" w:rsidR="00293ADC" w:rsidRPr="0097061E" w:rsidRDefault="00293ADC" w:rsidP="0097061E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210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Ценности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научного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познания:</w:t>
      </w:r>
    </w:p>
    <w:p w14:paraId="7050BDBB" w14:textId="77777777" w:rsidR="00293ADC" w:rsidRPr="0097061E" w:rsidRDefault="00293ADC" w:rsidP="0097061E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Выражающий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познавательные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интересы,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активность,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любознательность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самостоятельность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познании,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интерес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уважение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научным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знаниям,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науке.</w:t>
      </w:r>
    </w:p>
    <w:p w14:paraId="648B9AC1" w14:textId="77777777" w:rsidR="00293ADC" w:rsidRPr="0097061E" w:rsidRDefault="00293ADC" w:rsidP="0097061E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Обладающий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первоначальными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представлениями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природных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социальных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объектах, многообразии объектов и явлений природы, связи живой и неживой природы,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науке, научном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знании.</w:t>
      </w:r>
    </w:p>
    <w:p w14:paraId="5ABCC6A3" w14:textId="77777777" w:rsidR="00293ADC" w:rsidRPr="0097061E" w:rsidRDefault="00293ADC" w:rsidP="0097061E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outlineLvl w:val="0"/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Имеющий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1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первоначальные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8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навыки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1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наблюдений,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1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систематизации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1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1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осмысления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10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опыта в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естественнонаучной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гуманитарной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областях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Cs/>
          <w:color w:val="191919" w:themeColor="background1" w:themeShade="1A"/>
          <w:sz w:val="24"/>
          <w:szCs w:val="24"/>
          <w:lang w:val="ru-RU"/>
        </w:rPr>
        <w:t>знания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.</w:t>
      </w:r>
    </w:p>
    <w:p w14:paraId="2037003E" w14:textId="77777777" w:rsidR="0065020D" w:rsidRPr="0097061E" w:rsidRDefault="0065020D" w:rsidP="0097061E">
      <w:pPr>
        <w:pStyle w:val="1"/>
        <w:spacing w:before="0" w:line="240" w:lineRule="auto"/>
        <w:ind w:left="709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Урочная</w:t>
      </w:r>
      <w:r w:rsidRPr="0097061E">
        <w:rPr>
          <w:rFonts w:ascii="Times New Roman" w:hAnsi="Times New Roman" w:cs="Times New Roman"/>
          <w:color w:val="191919" w:themeColor="background1" w:themeShade="1A"/>
          <w:spacing w:val="-5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деятельность</w:t>
      </w:r>
    </w:p>
    <w:p w14:paraId="7911075D" w14:textId="77777777" w:rsidR="0065020D" w:rsidRPr="0097061E" w:rsidRDefault="0065020D" w:rsidP="0097061E">
      <w:pPr>
        <w:adjustRightInd w:val="0"/>
        <w:spacing w:after="0" w:line="240" w:lineRule="auto"/>
        <w:ind w:right="-1" w:firstLine="720"/>
        <w:jc w:val="both"/>
        <w:rPr>
          <w:rStyle w:val="CharAttribute512"/>
          <w:rFonts w:eastAsia="№Е"/>
          <w:color w:val="191919" w:themeColor="background1" w:themeShade="1A"/>
          <w:sz w:val="24"/>
          <w:szCs w:val="24"/>
          <w:lang w:val="ru-RU"/>
        </w:rPr>
      </w:pPr>
      <w:r w:rsidRPr="0097061E">
        <w:rPr>
          <w:rStyle w:val="CharAttribute512"/>
          <w:rFonts w:eastAsia="№Е"/>
          <w:color w:val="191919" w:themeColor="background1" w:themeShade="1A"/>
          <w:sz w:val="24"/>
          <w:szCs w:val="24"/>
          <w:lang w:val="ru-RU"/>
        </w:rPr>
        <w:t xml:space="preserve">Реализация школьными педагогами воспитательного потенциала урока предполагает ориентацию на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целевые приоритеты, связанные с возрастными особенностями учащихся </w:t>
      </w:r>
      <w:r w:rsidRPr="0097061E">
        <w:rPr>
          <w:rStyle w:val="CharAttribute512"/>
          <w:rFonts w:eastAsia="№Е"/>
          <w:color w:val="191919" w:themeColor="background1" w:themeShade="1A"/>
          <w:sz w:val="24"/>
          <w:szCs w:val="24"/>
          <w:lang w:val="ru-RU"/>
        </w:rPr>
        <w:t>и обеспечивает:</w:t>
      </w:r>
    </w:p>
    <w:p w14:paraId="1D546782" w14:textId="77777777" w:rsidR="0065020D" w:rsidRPr="0097061E" w:rsidRDefault="0065020D" w:rsidP="0097061E">
      <w:pPr>
        <w:pStyle w:val="ae"/>
        <w:numPr>
          <w:ilvl w:val="0"/>
          <w:numId w:val="11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426"/>
        <w:contextualSpacing w:val="0"/>
        <w:jc w:val="both"/>
        <w:rPr>
          <w:rStyle w:val="CharAttribute501"/>
          <w:rFonts w:eastAsia="№Е"/>
          <w:i w:val="0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Style w:val="CharAttribute501"/>
          <w:rFonts w:eastAsia="№Е"/>
          <w:color w:val="191919" w:themeColor="background1" w:themeShade="1A"/>
          <w:sz w:val="24"/>
          <w:szCs w:val="24"/>
          <w:lang w:val="ru-RU"/>
        </w:rPr>
        <w:t>установление</w:t>
      </w:r>
      <w:proofErr w:type="gramEnd"/>
      <w:r w:rsidRPr="0097061E">
        <w:rPr>
          <w:rStyle w:val="CharAttribute501"/>
          <w:rFonts w:eastAsia="№Е"/>
          <w:color w:val="191919" w:themeColor="background1" w:themeShade="1A"/>
          <w:sz w:val="24"/>
          <w:szCs w:val="24"/>
          <w:lang w:val="ru-RU"/>
        </w:rPr>
        <w:t xml:space="preserve"> субъект-субъектных отношений в процессе учебной деятельности через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делегирование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учащимся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ряда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учительских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,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том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числе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дидактических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полномочий; проявление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доверия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к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детям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со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стороны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педагогов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,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уважения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к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их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достоинству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Style w:val="w"/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чести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; акцентирование внимания на индивидуальных особенностях, интересах, увлечениях, привычках </w:t>
      </w:r>
      <w:r w:rsidRPr="0097061E">
        <w:rPr>
          <w:rFonts w:ascii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того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или иного ученика;</w:t>
      </w:r>
    </w:p>
    <w:p w14:paraId="4A13AF48" w14:textId="77777777" w:rsidR="0065020D" w:rsidRPr="0097061E" w:rsidRDefault="0065020D" w:rsidP="0097061E">
      <w:pPr>
        <w:pStyle w:val="ae"/>
        <w:numPr>
          <w:ilvl w:val="0"/>
          <w:numId w:val="11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426"/>
        <w:contextualSpacing w:val="0"/>
        <w:jc w:val="both"/>
        <w:rPr>
          <w:rStyle w:val="CharAttribute501"/>
          <w:rFonts w:eastAsia="№Е"/>
          <w:i w:val="0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Style w:val="CharAttribute501"/>
          <w:rFonts w:eastAsia="№Е"/>
          <w:color w:val="191919" w:themeColor="background1" w:themeShade="1A"/>
          <w:sz w:val="24"/>
          <w:szCs w:val="24"/>
          <w:lang w:val="ru-RU"/>
        </w:rPr>
        <w:t>использование</w:t>
      </w:r>
      <w:proofErr w:type="gramEnd"/>
      <w:r w:rsidRPr="0097061E">
        <w:rPr>
          <w:rStyle w:val="CharAttribute501"/>
          <w:rFonts w:eastAsia="№Е"/>
          <w:color w:val="191919" w:themeColor="background1" w:themeShade="1A"/>
          <w:sz w:val="24"/>
          <w:szCs w:val="24"/>
          <w:lang w:val="ru-RU"/>
        </w:rPr>
        <w:t xml:space="preserve">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14:paraId="70383AD0" w14:textId="77777777" w:rsidR="0065020D" w:rsidRPr="0097061E" w:rsidRDefault="0065020D" w:rsidP="0097061E">
      <w:pPr>
        <w:pStyle w:val="ae"/>
        <w:numPr>
          <w:ilvl w:val="0"/>
          <w:numId w:val="11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426"/>
        <w:contextualSpacing w:val="0"/>
        <w:jc w:val="both"/>
        <w:rPr>
          <w:rStyle w:val="CharAttribute501"/>
          <w:rFonts w:eastAsia="№Е"/>
          <w:i w:val="0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Style w:val="CharAttribute501"/>
          <w:rFonts w:eastAsia="№Е"/>
          <w:color w:val="191919" w:themeColor="background1" w:themeShade="1A"/>
          <w:sz w:val="24"/>
          <w:szCs w:val="24"/>
          <w:lang w:val="ru-RU"/>
        </w:rPr>
        <w:t>создание</w:t>
      </w:r>
      <w:proofErr w:type="gramEnd"/>
      <w:r w:rsidRPr="0097061E">
        <w:rPr>
          <w:rStyle w:val="CharAttribute501"/>
          <w:rFonts w:eastAsia="№Е"/>
          <w:color w:val="191919" w:themeColor="background1" w:themeShade="1A"/>
          <w:sz w:val="24"/>
          <w:szCs w:val="24"/>
          <w:lang w:val="ru-RU"/>
        </w:rPr>
        <w:t xml:space="preserve">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мотивирующего потенциала юмора, обращение к личному опыту учащихся, проявление внимания к ученикам, требующим такого внимания;</w:t>
      </w:r>
    </w:p>
    <w:p w14:paraId="38353FB7" w14:textId="77777777" w:rsidR="0065020D" w:rsidRPr="0097061E" w:rsidRDefault="0065020D" w:rsidP="0097061E">
      <w:pPr>
        <w:pStyle w:val="ae"/>
        <w:numPr>
          <w:ilvl w:val="0"/>
          <w:numId w:val="11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426"/>
        <w:contextualSpacing w:val="0"/>
        <w:jc w:val="both"/>
        <w:rPr>
          <w:rStyle w:val="CharAttribute501"/>
          <w:rFonts w:eastAsia="№Е"/>
          <w:i w:val="0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побуждение</w:t>
      </w:r>
      <w:proofErr w:type="gramEnd"/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обучающихся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соблюдать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Style w:val="CharAttribute501"/>
          <w:rFonts w:eastAsia="№Е"/>
          <w:color w:val="191919" w:themeColor="background1" w:themeShade="1A"/>
          <w:sz w:val="24"/>
          <w:szCs w:val="24"/>
          <w:lang w:val="ru-RU"/>
        </w:rPr>
        <w:t xml:space="preserve">правила внутреннего распорядка,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нормы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поведения,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правила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общения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со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сверстниками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педагогами,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соответствующие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укладу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Школы,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установление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поддержку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доброжелательной</w:t>
      </w:r>
      <w:r w:rsidRPr="0097061E">
        <w:rPr>
          <w:rFonts w:ascii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атмосферы </w:t>
      </w:r>
      <w:r w:rsidRPr="0097061E">
        <w:rPr>
          <w:rStyle w:val="CharAttribute501"/>
          <w:rFonts w:eastAsia="№Е"/>
          <w:color w:val="191919" w:themeColor="background1" w:themeShade="1A"/>
          <w:sz w:val="24"/>
          <w:szCs w:val="24"/>
          <w:lang w:val="ru-RU"/>
        </w:rPr>
        <w:t>через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14:paraId="6DDA1696" w14:textId="77777777" w:rsidR="0065020D" w:rsidRPr="0097061E" w:rsidRDefault="0065020D" w:rsidP="0097061E">
      <w:pPr>
        <w:pStyle w:val="ae"/>
        <w:widowControl w:val="0"/>
        <w:numPr>
          <w:ilvl w:val="0"/>
          <w:numId w:val="11"/>
        </w:numPr>
        <w:tabs>
          <w:tab w:val="left" w:pos="284"/>
          <w:tab w:val="left" w:pos="709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организацию</w:t>
      </w:r>
      <w:proofErr w:type="gramEnd"/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шефства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мотивированных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эрудированных</w:t>
      </w:r>
      <w:r w:rsidRPr="0097061E">
        <w:rPr>
          <w:rFonts w:ascii="Times New Roman" w:hAnsi="Times New Roman" w:cs="Times New Roman"/>
          <w:color w:val="191919" w:themeColor="background1" w:themeShade="1A"/>
          <w:spacing w:val="-67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обучающихся над неуспевающими одноклассниками, в том числе с особыми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образовательными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потребностями,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дающего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обучающимся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социально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значимый</w:t>
      </w:r>
      <w:r w:rsidRPr="0097061E">
        <w:rPr>
          <w:rFonts w:ascii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опыт</w:t>
      </w:r>
      <w:r w:rsidRPr="0097061E">
        <w:rPr>
          <w:rFonts w:ascii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сотрудничества</w:t>
      </w:r>
      <w:r w:rsidRPr="0097061E">
        <w:rPr>
          <w:rFonts w:ascii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взаимной помощи;</w:t>
      </w:r>
    </w:p>
    <w:p w14:paraId="62A160CA" w14:textId="77777777" w:rsidR="0065020D" w:rsidRPr="0097061E" w:rsidRDefault="0065020D" w:rsidP="0097061E">
      <w:pPr>
        <w:pStyle w:val="ae"/>
        <w:numPr>
          <w:ilvl w:val="0"/>
          <w:numId w:val="11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426"/>
        <w:contextualSpacing w:val="0"/>
        <w:jc w:val="both"/>
        <w:rPr>
          <w:rStyle w:val="CharAttribute501"/>
          <w:rFonts w:eastAsia="№Е"/>
          <w:i w:val="0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инициирование</w:t>
      </w:r>
      <w:proofErr w:type="gramEnd"/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поддержку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исследовательской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деятельности</w:t>
      </w:r>
      <w:r w:rsidRPr="0097061E">
        <w:rPr>
          <w:rFonts w:ascii="Times New Roman" w:hAnsi="Times New Roman" w:cs="Times New Roman"/>
          <w:color w:val="191919" w:themeColor="background1" w:themeShade="1A"/>
          <w:spacing w:val="-67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обучающихся</w:t>
      </w:r>
      <w:r w:rsidRPr="0097061E">
        <w:rPr>
          <w:rFonts w:ascii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</w:t>
      </w:r>
      <w:r w:rsidRPr="0097061E">
        <w:rPr>
          <w:rFonts w:ascii="Times New Roman" w:hAnsi="Times New Roman" w:cs="Times New Roman"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форме</w:t>
      </w:r>
      <w:r w:rsidRPr="0097061E">
        <w:rPr>
          <w:rFonts w:ascii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индивидуальных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групповых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проектов</w:t>
      </w:r>
      <w:r w:rsidRPr="0097061E">
        <w:rPr>
          <w:rStyle w:val="CharAttribute501"/>
          <w:rFonts w:eastAsia="№Е"/>
          <w:color w:val="191919" w:themeColor="background1" w:themeShade="1A"/>
          <w:sz w:val="24"/>
          <w:szCs w:val="24"/>
          <w:lang w:val="ru-RU"/>
        </w:rPr>
        <w:t>;</w:t>
      </w:r>
    </w:p>
    <w:p w14:paraId="640B1F97" w14:textId="77777777" w:rsidR="0065020D" w:rsidRPr="0097061E" w:rsidRDefault="0065020D" w:rsidP="0097061E">
      <w:pPr>
        <w:pStyle w:val="ae"/>
        <w:widowControl w:val="0"/>
        <w:numPr>
          <w:ilvl w:val="0"/>
          <w:numId w:val="11"/>
        </w:numPr>
        <w:tabs>
          <w:tab w:val="left" w:pos="284"/>
          <w:tab w:val="left" w:pos="709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включение</w:t>
      </w:r>
      <w:proofErr w:type="gramEnd"/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учителями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рабочие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программы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по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всем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учебным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предметам, курсам,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u w:val="single"/>
          <w:lang w:val="ru-RU"/>
        </w:rPr>
        <w:t>модулям целевых ориентиров результатов воспитания, их</w:t>
      </w:r>
      <w:r w:rsidRPr="0097061E">
        <w:rPr>
          <w:rFonts w:ascii="Times New Roman" w:hAnsi="Times New Roman" w:cs="Times New Roman"/>
          <w:color w:val="191919" w:themeColor="background1" w:themeShade="1A"/>
          <w:spacing w:val="-67"/>
          <w:sz w:val="24"/>
          <w:szCs w:val="24"/>
          <w:u w:val="single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u w:val="single"/>
          <w:lang w:val="ru-RU"/>
        </w:rPr>
        <w:t>учёт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u w:val="single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u w:val="single"/>
          <w:lang w:val="ru-RU"/>
        </w:rPr>
        <w:t>в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u w:val="single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u w:val="single"/>
          <w:lang w:val="ru-RU"/>
        </w:rPr>
        <w:t>формулировках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u w:val="single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u w:val="single"/>
          <w:lang w:val="ru-RU"/>
        </w:rPr>
        <w:t>воспитательных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u w:val="single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u w:val="single"/>
          <w:lang w:val="ru-RU"/>
        </w:rPr>
        <w:t>задач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u w:val="single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u w:val="single"/>
          <w:lang w:val="ru-RU"/>
        </w:rPr>
        <w:t>уроков,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u w:val="single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u w:val="single"/>
          <w:lang w:val="ru-RU"/>
        </w:rPr>
        <w:t>занятий,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u w:val="single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u w:val="single"/>
          <w:lang w:val="ru-RU"/>
        </w:rPr>
        <w:t>освоения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u w:val="single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u w:val="single"/>
          <w:lang w:val="ru-RU"/>
        </w:rPr>
        <w:t>учебной</w:t>
      </w:r>
      <w:r w:rsidRPr="0097061E">
        <w:rPr>
          <w:rFonts w:ascii="Times New Roman" w:hAnsi="Times New Roman" w:cs="Times New Roman"/>
          <w:color w:val="191919" w:themeColor="background1" w:themeShade="1A"/>
          <w:spacing w:val="-1"/>
          <w:sz w:val="24"/>
          <w:szCs w:val="24"/>
          <w:u w:val="single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u w:val="single"/>
          <w:lang w:val="ru-RU"/>
        </w:rPr>
        <w:t>тематики,</w:t>
      </w:r>
      <w:r w:rsidRPr="0097061E">
        <w:rPr>
          <w:rFonts w:ascii="Times New Roman" w:hAnsi="Times New Roman" w:cs="Times New Roman"/>
          <w:color w:val="191919" w:themeColor="background1" w:themeShade="1A"/>
          <w:spacing w:val="-4"/>
          <w:sz w:val="24"/>
          <w:szCs w:val="24"/>
          <w:u w:val="single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u w:val="single"/>
          <w:lang w:val="ru-RU"/>
        </w:rPr>
        <w:t>их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u w:val="single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u w:val="single"/>
          <w:lang w:val="ru-RU"/>
        </w:rPr>
        <w:t>реализацию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u w:val="single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u w:val="single"/>
          <w:lang w:val="ru-RU"/>
        </w:rPr>
        <w:t>в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u w:val="single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u w:val="single"/>
          <w:lang w:val="ru-RU"/>
        </w:rPr>
        <w:t>обучении;</w:t>
      </w:r>
    </w:p>
    <w:p w14:paraId="19C7C783" w14:textId="77777777" w:rsidR="0065020D" w:rsidRPr="0097061E" w:rsidRDefault="0065020D" w:rsidP="0097061E">
      <w:pPr>
        <w:pStyle w:val="ae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включение</w:t>
      </w:r>
      <w:proofErr w:type="gramEnd"/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учителями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рабочие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программы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учебных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предметов,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курсов,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модулей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тематики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соответствии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с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календарным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планом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воспитательной</w:t>
      </w:r>
      <w:r w:rsidRPr="0097061E">
        <w:rPr>
          <w:rFonts w:ascii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работы;</w:t>
      </w:r>
    </w:p>
    <w:p w14:paraId="203DB665" w14:textId="77777777" w:rsidR="0065020D" w:rsidRPr="0097061E" w:rsidRDefault="0065020D" w:rsidP="0097061E">
      <w:pPr>
        <w:pStyle w:val="ae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выбор</w:t>
      </w:r>
      <w:proofErr w:type="gramEnd"/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методов, методик, технологий, оказывающих воспитательное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воздействие на личность в соответствии с воспитательным идеалом, целью и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задачами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воспитания,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целевыми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ориентирами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результатов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воспитания;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реализацию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приоритета</w:t>
      </w:r>
      <w:r w:rsidRPr="0097061E">
        <w:rPr>
          <w:rFonts w:ascii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воспитания</w:t>
      </w:r>
      <w:r w:rsidRPr="0097061E">
        <w:rPr>
          <w:rFonts w:ascii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учебной деятельности;</w:t>
      </w:r>
    </w:p>
    <w:p w14:paraId="7A8B174E" w14:textId="77777777" w:rsidR="0065020D" w:rsidRPr="0097061E" w:rsidRDefault="0065020D" w:rsidP="0097061E">
      <w:pPr>
        <w:pStyle w:val="ae"/>
        <w:numPr>
          <w:ilvl w:val="0"/>
          <w:numId w:val="11"/>
        </w:numPr>
        <w:tabs>
          <w:tab w:val="left" w:pos="284"/>
        </w:tabs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lastRenderedPageBreak/>
        <w:t>привлечение</w:t>
      </w:r>
      <w:proofErr w:type="gramEnd"/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внимания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обучающихся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к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ценностному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аспекту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изучаемых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на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уроках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предметов,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явлений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событий,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инициирование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обсуждений, высказываний своего мнения, выработки своего личностного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отношения</w:t>
      </w:r>
      <w:r w:rsidRPr="0097061E">
        <w:rPr>
          <w:rFonts w:ascii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к изучаемым событиям,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явлениям,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лицам;</w:t>
      </w:r>
    </w:p>
    <w:p w14:paraId="450A0AA4" w14:textId="77777777" w:rsidR="0065020D" w:rsidRPr="0097061E" w:rsidRDefault="0065020D" w:rsidP="0097061E">
      <w:pPr>
        <w:pStyle w:val="ae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применение</w:t>
      </w:r>
      <w:proofErr w:type="gramEnd"/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   </w:t>
      </w:r>
      <w:r w:rsidRPr="0097061E">
        <w:rPr>
          <w:rFonts w:ascii="Times New Roman" w:hAnsi="Times New Roman" w:cs="Times New Roman"/>
          <w:color w:val="191919" w:themeColor="background1" w:themeShade="1A"/>
          <w:spacing w:val="50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интерактивных     </w:t>
      </w:r>
      <w:r w:rsidRPr="0097061E">
        <w:rPr>
          <w:rFonts w:ascii="Times New Roman" w:hAnsi="Times New Roman" w:cs="Times New Roman"/>
          <w:color w:val="191919" w:themeColor="background1" w:themeShade="1A"/>
          <w:spacing w:val="49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форм     </w:t>
      </w:r>
      <w:r w:rsidRPr="0097061E">
        <w:rPr>
          <w:rFonts w:ascii="Times New Roman" w:hAnsi="Times New Roman" w:cs="Times New Roman"/>
          <w:color w:val="191919" w:themeColor="background1" w:themeShade="1A"/>
          <w:spacing w:val="48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учебной     </w:t>
      </w:r>
      <w:r w:rsidRPr="0097061E">
        <w:rPr>
          <w:rFonts w:ascii="Times New Roman" w:hAnsi="Times New Roman" w:cs="Times New Roman"/>
          <w:color w:val="191919" w:themeColor="background1" w:themeShade="1A"/>
          <w:spacing w:val="50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работы – интеллектуальных,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стимулирующих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познавательную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мотивацию,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игровых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методик,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дискуссий,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дающих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возможность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приобрести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опыт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ведения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конструктивного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диалога;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групповой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работы,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которая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учит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строить</w:t>
      </w:r>
      <w:r w:rsidRPr="0097061E">
        <w:rPr>
          <w:rFonts w:ascii="Times New Roman" w:hAnsi="Times New Roman" w:cs="Times New Roman"/>
          <w:color w:val="191919" w:themeColor="background1" w:themeShade="1A"/>
          <w:spacing w:val="-67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отношения и действовать в команде, способствует развитию критического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мышления.</w:t>
      </w:r>
    </w:p>
    <w:p w14:paraId="33CC6595" w14:textId="77777777" w:rsidR="0065020D" w:rsidRPr="0097061E" w:rsidRDefault="0065020D" w:rsidP="0097061E">
      <w:pPr>
        <w:widowControl w:val="0"/>
        <w:autoSpaceDE w:val="0"/>
        <w:autoSpaceDN w:val="0"/>
        <w:spacing w:after="0" w:line="240" w:lineRule="auto"/>
        <w:ind w:right="203" w:firstLine="720"/>
        <w:jc w:val="both"/>
        <w:rPr>
          <w:rFonts w:ascii="Times New Roman" w:eastAsia="Times New Roman" w:hAnsi="Times New Roman" w:cs="Times New Roman"/>
          <w:b/>
          <w:bCs/>
          <w:i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Реализация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воспитательного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потенциала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основных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школьных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дел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предусматривает</w:t>
      </w:r>
      <w:r w:rsidRPr="0097061E">
        <w:rPr>
          <w:rFonts w:ascii="Times New Roman" w:eastAsia="Times New Roman" w:hAnsi="Times New Roman" w:cs="Times New Roman"/>
          <w:b/>
          <w:bCs/>
          <w:i/>
          <w:color w:val="191919" w:themeColor="background1" w:themeShade="1A"/>
          <w:sz w:val="24"/>
          <w:szCs w:val="24"/>
          <w:lang w:val="ru-RU"/>
        </w:rPr>
        <w:t>:</w:t>
      </w:r>
    </w:p>
    <w:p w14:paraId="4361E27D" w14:textId="77777777" w:rsidR="0065020D" w:rsidRPr="0097061E" w:rsidRDefault="0065020D" w:rsidP="0097061E">
      <w:pPr>
        <w:widowControl w:val="0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общешкольные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многодневные тематические мероприятия, направленные на формирование личностных результатов обучающихся: Неделя толерантности, Марафон добрых дел, Неделя профориентации, Декада «Мы за ЗОЖ!», Неделя позитива, КТД «Новогодний переполох» и др.;</w:t>
      </w:r>
    </w:p>
    <w:p w14:paraId="1D3ABBB1" w14:textId="77777777" w:rsidR="0065020D" w:rsidRPr="0097061E" w:rsidRDefault="0065020D" w:rsidP="0097061E">
      <w:pPr>
        <w:widowControl w:val="0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ежегодные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мероприятия,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связанные с общероссийскими, региональными, муниципальными праздниками, памятными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датами,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которых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участвуют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все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классы: мероприятия в рамках календаря знаменательных дат;</w:t>
      </w:r>
    </w:p>
    <w:p w14:paraId="713F2673" w14:textId="77777777" w:rsidR="0065020D" w:rsidRPr="0097061E" w:rsidRDefault="0065020D" w:rsidP="0097061E">
      <w:pPr>
        <w:widowControl w:val="0"/>
        <w:numPr>
          <w:ilvl w:val="0"/>
          <w:numId w:val="12"/>
        </w:numPr>
        <w:tabs>
          <w:tab w:val="left" w:pos="286"/>
          <w:tab w:val="left" w:pos="426"/>
          <w:tab w:val="left" w:pos="709"/>
          <w:tab w:val="left" w:pos="1216"/>
        </w:tabs>
        <w:autoSpaceDE w:val="0"/>
        <w:autoSpaceDN w:val="0"/>
        <w:spacing w:after="0" w:line="240" w:lineRule="auto"/>
        <w:ind w:left="0" w:right="207" w:firstLine="426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участие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во всероссийских акциях, проектах, посвящённых значимым событиям в России,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мире: проект «Огневые рубежи», акции «Блокадный хлеб», «Диктант Победы», «Свеча памяти», «Час Земли», «Сад памяти» и др.);</w:t>
      </w:r>
    </w:p>
    <w:p w14:paraId="1EB30FFA" w14:textId="61BAA090" w:rsidR="0065020D" w:rsidRPr="0097061E" w:rsidRDefault="0065020D" w:rsidP="0097061E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торжественные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мероприятия, связанные с завершением образования,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6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переходом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следующий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уровень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образования: Последний звонок, церемония вручения аттестатов, праздник «Прощание с начальной школой»;</w:t>
      </w:r>
    </w:p>
    <w:p w14:paraId="5678A995" w14:textId="77777777" w:rsidR="0065020D" w:rsidRPr="0097061E" w:rsidRDefault="0065020D" w:rsidP="0097061E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240" w:lineRule="auto"/>
        <w:ind w:left="0" w:right="210" w:firstLine="426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мероприятия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символизирующие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приобретение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новых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социальных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статусов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общеобразовательной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организации,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обществе: ритуалы посвящения в первоклассники, пятиклассники, старшеклассники;</w:t>
      </w:r>
    </w:p>
    <w:p w14:paraId="6E0EA912" w14:textId="77777777" w:rsidR="0065020D" w:rsidRPr="0097061E" w:rsidRDefault="0065020D" w:rsidP="0097061E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240" w:lineRule="auto"/>
        <w:ind w:left="0" w:right="210" w:firstLine="426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церемонии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награждения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(по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итогам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учебного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периода,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года)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обучающихся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педагогов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за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участие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жизни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общеобразовательной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организации, достижения в конкурсах, соревнованиях, олимпиадах, вклад 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развитие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общеобразовательной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организации,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г. Болгар, Спасского района: праздник «За честь школы», чествование победителей и призёров муниципального и регионального этапа Всероссийской олимпиады школьников;</w:t>
      </w:r>
    </w:p>
    <w:p w14:paraId="4378FF9D" w14:textId="77777777" w:rsidR="0065020D" w:rsidRPr="0097061E" w:rsidRDefault="0065020D" w:rsidP="0097061E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240" w:lineRule="auto"/>
        <w:ind w:left="0" w:right="210" w:firstLine="426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федеральные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, региональные и муниципальные проекты, направленные на достижение целевых ориентиров воспитания: проекты «Орлята России», «Билет в будущее», конкурс «Большая перемена» и др.</w:t>
      </w:r>
    </w:p>
    <w:p w14:paraId="13F30F6B" w14:textId="77777777" w:rsidR="0065020D" w:rsidRPr="0097061E" w:rsidRDefault="0065020D" w:rsidP="0097061E">
      <w:pPr>
        <w:widowControl w:val="0"/>
        <w:numPr>
          <w:ilvl w:val="0"/>
          <w:numId w:val="12"/>
        </w:numPr>
        <w:tabs>
          <w:tab w:val="left" w:pos="426"/>
          <w:tab w:val="left" w:pos="709"/>
          <w:tab w:val="left" w:pos="1216"/>
        </w:tabs>
        <w:autoSpaceDE w:val="0"/>
        <w:autoSpaceDN w:val="0"/>
        <w:spacing w:after="0" w:line="240" w:lineRule="auto"/>
        <w:ind w:left="0" w:right="203" w:firstLine="426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социальные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проекты в общеобразовательной организации, совместно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6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разрабатываемые и реализуемые обучающимися и педагогами, в том числе с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участием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социальных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партнёров: «Школьные медиа против деструктивных сообществ», «Россия – моя история» и др.</w:t>
      </w:r>
    </w:p>
    <w:p w14:paraId="6EA32621" w14:textId="77777777" w:rsidR="0065020D" w:rsidRPr="0097061E" w:rsidRDefault="0065020D" w:rsidP="0097061E">
      <w:pPr>
        <w:widowControl w:val="0"/>
        <w:numPr>
          <w:ilvl w:val="0"/>
          <w:numId w:val="12"/>
        </w:numPr>
        <w:tabs>
          <w:tab w:val="left" w:pos="426"/>
          <w:tab w:val="left" w:pos="709"/>
          <w:tab w:val="left" w:pos="1216"/>
        </w:tabs>
        <w:autoSpaceDE w:val="0"/>
        <w:autoSpaceDN w:val="0"/>
        <w:spacing w:after="0" w:line="240" w:lineRule="auto"/>
        <w:ind w:left="0" w:right="203" w:firstLine="426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мероприятия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благотворительной,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6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экологической,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5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патриотической,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трудовой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 других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направленностей: тематические викторины, </w:t>
      </w:r>
      <w:proofErr w:type="spell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квесты</w:t>
      </w:r>
      <w:proofErr w:type="spell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, </w:t>
      </w:r>
      <w:proofErr w:type="spell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квизы</w:t>
      </w:r>
      <w:proofErr w:type="spell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, </w:t>
      </w:r>
      <w:proofErr w:type="spell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флешмобы</w:t>
      </w:r>
      <w:proofErr w:type="spell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; 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 </w:t>
      </w:r>
    </w:p>
    <w:p w14:paraId="03FAAAEA" w14:textId="77777777" w:rsidR="0065020D" w:rsidRPr="0097061E" w:rsidRDefault="0065020D" w:rsidP="0097061E">
      <w:pPr>
        <w:widowControl w:val="0"/>
        <w:numPr>
          <w:ilvl w:val="0"/>
          <w:numId w:val="12"/>
        </w:numPr>
        <w:tabs>
          <w:tab w:val="left" w:pos="426"/>
          <w:tab w:val="left" w:pos="709"/>
          <w:tab w:val="left" w:pos="1216"/>
        </w:tabs>
        <w:autoSpaceDE w:val="0"/>
        <w:autoSpaceDN w:val="0"/>
        <w:spacing w:after="0" w:line="240" w:lineRule="auto"/>
        <w:ind w:left="0" w:right="203" w:firstLine="426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участие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во Всероссийских онлайн-уроках Института изучения детства, семьи и воспитания Российской академии образования;</w:t>
      </w:r>
      <w:r w:rsidRPr="0097061E">
        <w:rPr>
          <w:rFonts w:ascii="Times New Roman" w:eastAsia="№Е" w:hAnsi="Times New Roman" w:cs="Times New Roman"/>
          <w:i/>
          <w:color w:val="191919" w:themeColor="background1" w:themeShade="1A"/>
          <w:sz w:val="24"/>
          <w:szCs w:val="24"/>
          <w:u w:val="single"/>
          <w:lang w:val="ru-RU"/>
        </w:rPr>
        <w:t xml:space="preserve"> </w:t>
      </w:r>
    </w:p>
    <w:p w14:paraId="427B8E47" w14:textId="77777777" w:rsidR="0065020D" w:rsidRPr="0097061E" w:rsidRDefault="0065020D" w:rsidP="0097061E">
      <w:pPr>
        <w:widowControl w:val="0"/>
        <w:numPr>
          <w:ilvl w:val="0"/>
          <w:numId w:val="12"/>
        </w:numPr>
        <w:tabs>
          <w:tab w:val="left" w:pos="426"/>
          <w:tab w:val="left" w:pos="709"/>
          <w:tab w:val="left" w:pos="1216"/>
        </w:tabs>
        <w:autoSpaceDE w:val="0"/>
        <w:autoSpaceDN w:val="0"/>
        <w:spacing w:after="0" w:line="240" w:lineRule="auto"/>
        <w:ind w:left="0" w:right="204" w:firstLine="426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через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формирование творческих групп как на уровне класса, так и на уровне Школы вовлечение по возможности каждого обучающегося в школьные дела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6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разных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ролях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(сценаристов,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постановщиков,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исполнителей,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корреспондентов,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ведущих,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lastRenderedPageBreak/>
        <w:t>оформителей,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музыкальных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редакторов,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ответственных за костюмы и оборудование, за приглашение и встречу гостей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67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 т. д.), помощь обучающимся в освоении навыков подготовки, проведения,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анализа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общешкольных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дел;</w:t>
      </w:r>
    </w:p>
    <w:p w14:paraId="190E0746" w14:textId="77777777" w:rsidR="0065020D" w:rsidRPr="0097061E" w:rsidRDefault="0065020D" w:rsidP="0097061E">
      <w:pPr>
        <w:widowControl w:val="0"/>
        <w:numPr>
          <w:ilvl w:val="0"/>
          <w:numId w:val="12"/>
        </w:numPr>
        <w:tabs>
          <w:tab w:val="left" w:pos="426"/>
          <w:tab w:val="left" w:pos="709"/>
          <w:tab w:val="left" w:pos="1216"/>
        </w:tabs>
        <w:autoSpaceDE w:val="0"/>
        <w:autoSpaceDN w:val="0"/>
        <w:spacing w:after="0" w:line="240" w:lineRule="auto"/>
        <w:ind w:left="0" w:right="209" w:firstLine="426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наблюдение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за поведением обучающихся в ситуациях подготовки,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проведения, анализа основных школьных дел, мероприятий, их отношениями с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обучающимися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разных возрастов,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педагогами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другими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взрослыми с последующей корректировкой организации взаимодействия с обучающимися.</w:t>
      </w:r>
    </w:p>
    <w:p w14:paraId="4D4A406D" w14:textId="77777777" w:rsidR="00EF279D" w:rsidRPr="0097061E" w:rsidRDefault="00EF279D" w:rsidP="0097061E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34966147" w14:textId="0823AD77" w:rsidR="00EF279D" w:rsidRPr="0097061E" w:rsidRDefault="005E5C11" w:rsidP="0097061E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</w:rPr>
        <w:t>II</w:t>
      </w: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 xml:space="preserve">. </w:t>
      </w:r>
      <w:r w:rsidR="00964296"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 xml:space="preserve">СОДЕРЖАНИЕ УЧЕБНОГО ПРЕДМЕТА </w:t>
      </w:r>
    </w:p>
    <w:p w14:paraId="54022283" w14:textId="77777777" w:rsidR="00DD2566" w:rsidRPr="0097061E" w:rsidRDefault="00964296" w:rsidP="0097061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ab/>
      </w:r>
      <w:r w:rsidR="00DD2566" w:rsidRPr="0097061E">
        <w:rPr>
          <w:rFonts w:ascii="Times New Roman" w:eastAsia="Times New Roman" w:hAnsi="Times New Roman" w:cs="Times New Roman"/>
          <w:b/>
          <w:bCs/>
          <w:caps/>
          <w:color w:val="191919" w:themeColor="background1" w:themeShade="1A"/>
          <w:sz w:val="24"/>
          <w:szCs w:val="24"/>
          <w:lang w:val="ru-RU"/>
        </w:rPr>
        <w:t>1 КЛАСС</w:t>
      </w:r>
    </w:p>
    <w:p w14:paraId="70F2E0BE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  <w:lang w:val="ru-RU"/>
        </w:rPr>
        <w:t>Человек и общество</w:t>
      </w:r>
    </w:p>
    <w:p w14:paraId="30A4BB1B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14:paraId="3AAACBCF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Семья.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Моя семья в прошлом и настоящем.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Имена и фамилии членов семьи, их профессии. Взаимоотношения и взаимопомощь в семье.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Совместный труд и отдых.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Домашний адрес.</w:t>
      </w:r>
    </w:p>
    <w:p w14:paraId="4559853D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</w:t>
      </w: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рукотворного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мира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.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 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поведения в социуме.</w:t>
      </w:r>
    </w:p>
    <w:p w14:paraId="1659421D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  <w:lang w:val="ru-RU"/>
        </w:rPr>
        <w:t>Человек и природа</w:t>
      </w:r>
    </w:p>
    <w:p w14:paraId="794A1AEA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Взаимосвязи между человеком и природой.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Правила нравственного и безопасного поведения в природе.</w:t>
      </w:r>
    </w:p>
    <w:p w14:paraId="2AF76EAE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715DE3CC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Мир животных Разные группы животных (звери, насекомые, птицы, рыбы и </w:t>
      </w: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др. )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. Домашние и дикие животные (различия в условиях жизни). Забота о домашних питомцах.</w:t>
      </w:r>
    </w:p>
    <w:p w14:paraId="39F8FA1A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  <w:lang w:val="ru-RU"/>
        </w:rPr>
        <w:t>Правила безопасной жизни</w:t>
      </w:r>
    </w:p>
    <w:p w14:paraId="1F9F8DFD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безопасности в быту: пользование бытовыми электроприборами, газовыми плитами.</w:t>
      </w:r>
    </w:p>
    <w:p w14:paraId="4716F4E2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56BD5100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14:paraId="37D9511B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Универсальные учебные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действия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(пропедевтический уровень)</w:t>
      </w:r>
    </w:p>
    <w:p w14:paraId="27094610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Познавательные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универсальные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учебные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действия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:</w:t>
      </w:r>
    </w:p>
    <w:p w14:paraId="29D191B4" w14:textId="77777777" w:rsidR="00DD2566" w:rsidRPr="0097061E" w:rsidRDefault="00DD2566" w:rsidP="0097061E">
      <w:pPr>
        <w:numPr>
          <w:ilvl w:val="0"/>
          <w:numId w:val="1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сравнивать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происходящие в природе изменения, наблюдать зависимость изменений в живой природе от состояния неживой природы;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67CF8194" w14:textId="77777777" w:rsidR="00DD2566" w:rsidRPr="0097061E" w:rsidRDefault="00DD2566" w:rsidP="0097061E">
      <w:pPr>
        <w:numPr>
          <w:ilvl w:val="0"/>
          <w:numId w:val="1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приводить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1EAAE6C8" w14:textId="77777777" w:rsidR="00DD2566" w:rsidRPr="0097061E" w:rsidRDefault="00DD2566" w:rsidP="0097061E">
      <w:pPr>
        <w:numPr>
          <w:ilvl w:val="0"/>
          <w:numId w:val="1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lastRenderedPageBreak/>
        <w:t>приводить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примеры лиственных и хвойных растений, сравнивать их, устанавливать различия во внешнем виде.</w:t>
      </w:r>
    </w:p>
    <w:p w14:paraId="1D643C3B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Работа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с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информацией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:</w:t>
      </w:r>
    </w:p>
    <w:p w14:paraId="29677867" w14:textId="77777777" w:rsidR="00DD2566" w:rsidRPr="0097061E" w:rsidRDefault="00DD2566" w:rsidP="0097061E">
      <w:pPr>
        <w:numPr>
          <w:ilvl w:val="0"/>
          <w:numId w:val="15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понимать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, что информация может быть представлена в разной форме — текста, иллюстраций, видео, таблицы;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0182E083" w14:textId="77777777" w:rsidR="00DD2566" w:rsidRPr="0097061E" w:rsidRDefault="00DD2566" w:rsidP="0097061E">
      <w:pPr>
        <w:numPr>
          <w:ilvl w:val="0"/>
          <w:numId w:val="15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соотносить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иллюстрацию явления (объекта, предмета) с его названием.</w:t>
      </w:r>
    </w:p>
    <w:p w14:paraId="14EBB3F2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Коммуникативные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универсальные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учебные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действия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:</w:t>
      </w:r>
    </w:p>
    <w:p w14:paraId="316300CA" w14:textId="77777777" w:rsidR="00DD2566" w:rsidRPr="0097061E" w:rsidRDefault="00DD2566" w:rsidP="0097061E">
      <w:pPr>
        <w:numPr>
          <w:ilvl w:val="0"/>
          <w:numId w:val="1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процессе учебного диалога слушать говорящего; отвечать на вопросы, дополнять ответы участников; уважительно от носиться к разным мнениям;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E221B5D" w14:textId="77777777" w:rsidR="00DD2566" w:rsidRPr="0097061E" w:rsidRDefault="00DD2566" w:rsidP="0097061E">
      <w:pPr>
        <w:numPr>
          <w:ilvl w:val="0"/>
          <w:numId w:val="1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воспроизводить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названия своего населенного пункта, название страны, её столицы; воспроизводить наизусть слова гимна России;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D80960A" w14:textId="77777777" w:rsidR="00DD2566" w:rsidRPr="0097061E" w:rsidRDefault="00DD2566" w:rsidP="0097061E">
      <w:pPr>
        <w:numPr>
          <w:ilvl w:val="0"/>
          <w:numId w:val="1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соотносить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предметы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декоративно-прикладного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искусства с принадлежностью народу РФ, описывать предмет по предложенному плану;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0908D84D" w14:textId="77777777" w:rsidR="00DD2566" w:rsidRPr="0097061E" w:rsidRDefault="00DD2566" w:rsidP="0097061E">
      <w:pPr>
        <w:numPr>
          <w:ilvl w:val="0"/>
          <w:numId w:val="1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описывать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по предложенному плану время года, передавать в рассказе своё отношение к природным явлениям;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35EAD35" w14:textId="77777777" w:rsidR="00DD2566" w:rsidRPr="0097061E" w:rsidRDefault="00DD2566" w:rsidP="0097061E">
      <w:pPr>
        <w:numPr>
          <w:ilvl w:val="0"/>
          <w:numId w:val="1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сравнивать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домашних и диких животных, объяснять, чем они различаются.</w:t>
      </w:r>
    </w:p>
    <w:p w14:paraId="52279CAD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Регулятивные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универсальные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учебные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действия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:</w:t>
      </w:r>
    </w:p>
    <w:p w14:paraId="54B26B31" w14:textId="77777777" w:rsidR="00DD2566" w:rsidRPr="0097061E" w:rsidRDefault="00DD2566" w:rsidP="0097061E">
      <w:pPr>
        <w:numPr>
          <w:ilvl w:val="0"/>
          <w:numId w:val="1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сравнивать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BC7288A" w14:textId="77777777" w:rsidR="00DD2566" w:rsidRPr="0097061E" w:rsidRDefault="00DD2566" w:rsidP="0097061E">
      <w:pPr>
        <w:numPr>
          <w:ilvl w:val="0"/>
          <w:numId w:val="1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оценивать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выполнение правил безопасного поведения на дорогах и улицах другими детьми, выполнять самооценку;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026B2C00" w14:textId="77777777" w:rsidR="00DD2566" w:rsidRPr="0097061E" w:rsidRDefault="00DD2566" w:rsidP="0097061E">
      <w:pPr>
        <w:numPr>
          <w:ilvl w:val="0"/>
          <w:numId w:val="1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анализировать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электро</w:t>
      </w:r>
      <w:proofErr w:type="spell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 газовыми приборами.</w:t>
      </w:r>
    </w:p>
    <w:p w14:paraId="6483A4C2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Совместная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деятельность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:</w:t>
      </w:r>
    </w:p>
    <w:p w14:paraId="29549F7D" w14:textId="77777777" w:rsidR="00DD2566" w:rsidRPr="0097061E" w:rsidRDefault="00DD2566" w:rsidP="0097061E">
      <w:pPr>
        <w:numPr>
          <w:ilvl w:val="0"/>
          <w:numId w:val="1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соблюдать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08D2C22C" w14:textId="77777777" w:rsidR="00DD2566" w:rsidRPr="0097061E" w:rsidRDefault="00DD2566" w:rsidP="0097061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aps/>
          <w:color w:val="191919" w:themeColor="background1" w:themeShade="1A"/>
          <w:sz w:val="24"/>
          <w:szCs w:val="24"/>
          <w:lang w:val="ru-RU"/>
        </w:rPr>
        <w:t>2 КЛАСС</w:t>
      </w:r>
    </w:p>
    <w:p w14:paraId="186FD5B9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  <w:lang w:val="ru-RU"/>
        </w:rPr>
        <w:t>Человек и общество</w:t>
      </w:r>
    </w:p>
    <w:p w14:paraId="1566D57A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Наша </w:t>
      </w: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Родина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—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Россия,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Российская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Федерация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Россия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и её столица на карте. Государственные </w:t>
      </w: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символы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России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.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Москва — столица России. Святыни Москвы — святыни России: Кремль, Красная площадь, Большой театр и др.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Характеристика отдельных исторических событий, связанных с Москвой (основание Москвы, строительство Кремля и др.). </w:t>
      </w: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Герб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Москвы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.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Расположение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Москвы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на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карте.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Города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России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.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251876CC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369242E8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— главные правила взаимоотношений членов общества.</w:t>
      </w:r>
    </w:p>
    <w:p w14:paraId="241D8D1C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  <w:lang w:val="ru-RU"/>
        </w:rPr>
        <w:t>Человек и природа</w:t>
      </w:r>
    </w:p>
    <w:p w14:paraId="1CBB21F2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Методы познания природы: наблюдения, опыты, измерения. 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lastRenderedPageBreak/>
        <w:t>местным природным признакам, Солнцу. Компас, устройство; ориентирование с помощью компаса.</w:t>
      </w:r>
    </w:p>
    <w:p w14:paraId="52121249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Связи в природе.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1A545E67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31B64DC4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  <w:lang w:val="ru-RU"/>
        </w:rPr>
        <w:t>Правила безопасной жизни</w:t>
      </w:r>
    </w:p>
    <w:p w14:paraId="39D22275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Интернет.</w:t>
      </w:r>
    </w:p>
    <w:p w14:paraId="4D80BC91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Универсальные учебные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действия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(пропедевтический уровень)</w:t>
      </w:r>
    </w:p>
    <w:p w14:paraId="5ECEED40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Познавательные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универсальные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учебные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действия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:</w:t>
      </w:r>
    </w:p>
    <w:p w14:paraId="4370A3A4" w14:textId="77777777" w:rsidR="00DD2566" w:rsidRPr="0097061E" w:rsidRDefault="00DD2566" w:rsidP="0097061E">
      <w:pPr>
        <w:numPr>
          <w:ilvl w:val="0"/>
          <w:numId w:val="1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ориентироваться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 методах познания природы (наблюдение, опыт, сравнение, измерение);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34299ED" w14:textId="77777777" w:rsidR="00DD2566" w:rsidRPr="0097061E" w:rsidRDefault="00DD2566" w:rsidP="0097061E">
      <w:pPr>
        <w:numPr>
          <w:ilvl w:val="0"/>
          <w:numId w:val="1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основе наблюдения определять состояние вещества (жидкое, твёрдое, газообразное);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D1800A6" w14:textId="77777777" w:rsidR="00DD2566" w:rsidRPr="0097061E" w:rsidRDefault="00DD2566" w:rsidP="0097061E">
      <w:pPr>
        <w:numPr>
          <w:ilvl w:val="0"/>
          <w:numId w:val="1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различать</w:t>
      </w:r>
      <w:proofErr w:type="spell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символы</w:t>
      </w:r>
      <w:proofErr w:type="spell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 xml:space="preserve"> РФ; </w:t>
      </w:r>
    </w:p>
    <w:p w14:paraId="5CDDBB31" w14:textId="77777777" w:rsidR="00DD2566" w:rsidRPr="0097061E" w:rsidRDefault="00DD2566" w:rsidP="0097061E">
      <w:pPr>
        <w:numPr>
          <w:ilvl w:val="0"/>
          <w:numId w:val="1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различать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деревья, кустарники, травы; приводить примеры (в пределах изученного);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41632D4E" w14:textId="77777777" w:rsidR="00DD2566" w:rsidRPr="0097061E" w:rsidRDefault="00DD2566" w:rsidP="0097061E">
      <w:pPr>
        <w:numPr>
          <w:ilvl w:val="0"/>
          <w:numId w:val="1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группировать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растения: дикорастущие и культурные; лекарственные и ядовитые (в пределах изученного);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14CDCF66" w14:textId="77777777" w:rsidR="00DD2566" w:rsidRPr="0097061E" w:rsidRDefault="00DD2566" w:rsidP="0097061E">
      <w:pPr>
        <w:numPr>
          <w:ilvl w:val="0"/>
          <w:numId w:val="1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различать</w:t>
      </w:r>
      <w:proofErr w:type="spellEnd"/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прошлое</w:t>
      </w:r>
      <w:proofErr w:type="spell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 xml:space="preserve">, </w:t>
      </w:r>
      <w:proofErr w:type="spell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настоящее</w:t>
      </w:r>
      <w:proofErr w:type="spell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 xml:space="preserve">, </w:t>
      </w:r>
      <w:proofErr w:type="spell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будущее</w:t>
      </w:r>
      <w:proofErr w:type="spell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.</w:t>
      </w:r>
    </w:p>
    <w:p w14:paraId="369A292A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Работа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с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информацией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:</w:t>
      </w:r>
    </w:p>
    <w:p w14:paraId="5329F112" w14:textId="77777777" w:rsidR="00DD2566" w:rsidRPr="0097061E" w:rsidRDefault="00DD2566" w:rsidP="0097061E">
      <w:pPr>
        <w:numPr>
          <w:ilvl w:val="0"/>
          <w:numId w:val="20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различать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информацию, представленную в тексте, графически, аудиовизуально;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0B121DF4" w14:textId="77777777" w:rsidR="00DD2566" w:rsidRPr="0097061E" w:rsidRDefault="00DD2566" w:rsidP="0097061E">
      <w:pPr>
        <w:numPr>
          <w:ilvl w:val="0"/>
          <w:numId w:val="20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читать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информацию, представленную в схеме, таблице;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113C805" w14:textId="77777777" w:rsidR="00DD2566" w:rsidRPr="0097061E" w:rsidRDefault="00DD2566" w:rsidP="0097061E">
      <w:pPr>
        <w:numPr>
          <w:ilvl w:val="0"/>
          <w:numId w:val="20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используя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текстовую информацию, заполнять таблицы; дополнять схемы;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7EED525C" w14:textId="77777777" w:rsidR="00DD2566" w:rsidRPr="0097061E" w:rsidRDefault="00DD2566" w:rsidP="0097061E">
      <w:pPr>
        <w:numPr>
          <w:ilvl w:val="0"/>
          <w:numId w:val="20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соотносить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пример (рисунок, предложенную ситуацию) со временем протекания.</w:t>
      </w:r>
    </w:p>
    <w:p w14:paraId="717D9EDC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  <w:lang w:val="ru-RU"/>
        </w:rPr>
        <w:t>Коммуникативные универсальные учебные действия:</w:t>
      </w:r>
    </w:p>
    <w:p w14:paraId="7B445F78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1. ориентироваться в терминах (понятиях), соотносить их с краткой характеристикой:</w:t>
      </w:r>
    </w:p>
    <w:p w14:paraId="090F810C" w14:textId="77777777" w:rsidR="00DD2566" w:rsidRPr="0097061E" w:rsidRDefault="00DD2566" w:rsidP="0097061E">
      <w:pPr>
        <w:numPr>
          <w:ilvl w:val="0"/>
          <w:numId w:val="21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понятия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2D665FA" w14:textId="77777777" w:rsidR="00DD2566" w:rsidRPr="0097061E" w:rsidRDefault="00DD2566" w:rsidP="0097061E">
      <w:pPr>
        <w:numPr>
          <w:ilvl w:val="0"/>
          <w:numId w:val="21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понятия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 термины, связанные с миром природы (среда обитания, тело, явление, вещество; заповедник);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6612FFA2" w14:textId="77777777" w:rsidR="00DD2566" w:rsidRPr="0097061E" w:rsidRDefault="00DD2566" w:rsidP="0097061E">
      <w:pPr>
        <w:numPr>
          <w:ilvl w:val="0"/>
          <w:numId w:val="21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понятия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14:paraId="01E5E590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2. описывать условия жизни на Земле, отличие нашей планеты от других планет Солнечной системы;</w:t>
      </w:r>
    </w:p>
    <w:p w14:paraId="6BA47484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3. создавать небольшие описания на предложенную тему (например, «Моя семья», «Какие бывают профессии?», «Что «умеют» органы чувств?», «Лес — природное сообщество» и др.);</w:t>
      </w:r>
    </w:p>
    <w:p w14:paraId="1F16D66E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lastRenderedPageBreak/>
        <w:t>4. 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4A2D08B6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5. приводить примеры растений и животных, занесённых в Красную книгу России (на примере своей местности);</w:t>
      </w:r>
    </w:p>
    <w:p w14:paraId="3CB40449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6. описывать современные события от имени их участника.</w:t>
      </w:r>
    </w:p>
    <w:p w14:paraId="61153A03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Регулятивные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универсальные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учебные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действия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:</w:t>
      </w:r>
    </w:p>
    <w:p w14:paraId="065F6899" w14:textId="77777777" w:rsidR="00DD2566" w:rsidRPr="0097061E" w:rsidRDefault="00DD2566" w:rsidP="0097061E">
      <w:pPr>
        <w:numPr>
          <w:ilvl w:val="0"/>
          <w:numId w:val="2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следовать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образцу, предложенному плану и инструкции при решении учебной задачи;</w:t>
      </w:r>
    </w:p>
    <w:p w14:paraId="153C7174" w14:textId="77777777" w:rsidR="00DD2566" w:rsidRPr="0097061E" w:rsidRDefault="00DD2566" w:rsidP="0097061E">
      <w:pPr>
        <w:numPr>
          <w:ilvl w:val="0"/>
          <w:numId w:val="2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контролировать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 небольшой помощью учителя последовательность действий по решению учебной задачи;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4AD927A3" w14:textId="77777777" w:rsidR="00DD2566" w:rsidRPr="0097061E" w:rsidRDefault="00DD2566" w:rsidP="0097061E">
      <w:pPr>
        <w:numPr>
          <w:ilvl w:val="0"/>
          <w:numId w:val="2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оценивать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результаты своей работы, анализировать оценку учителя и одноклассников, спокойно, без обид принимать советы и замечания.</w:t>
      </w:r>
    </w:p>
    <w:p w14:paraId="07D27069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Совместная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деятельность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:</w:t>
      </w:r>
    </w:p>
    <w:p w14:paraId="2F2F179B" w14:textId="77777777" w:rsidR="00DD2566" w:rsidRPr="0097061E" w:rsidRDefault="00DD2566" w:rsidP="0097061E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строить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свою учебную и игровую деятельность, житейские ситуации в соответствии с правилами поведения, принятыми в обществе;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CA95646" w14:textId="77777777" w:rsidR="00DD2566" w:rsidRPr="0097061E" w:rsidRDefault="00DD2566" w:rsidP="0097061E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оценивать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жизненные ситуации с точки зрения правил поведения, культуры общения, проявления терпения и уважения к собеседнику;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475F816A" w14:textId="77777777" w:rsidR="00DD2566" w:rsidRPr="0097061E" w:rsidRDefault="00DD2566" w:rsidP="0097061E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проводить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5F48C03" w14:textId="77777777" w:rsidR="00DD2566" w:rsidRPr="0097061E" w:rsidRDefault="00DD2566" w:rsidP="0097061E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определять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причины возможных конфликтов, выбирать (из предложенных) способы их разрешения.</w:t>
      </w:r>
    </w:p>
    <w:p w14:paraId="4484BD74" w14:textId="77777777" w:rsidR="00DD2566" w:rsidRPr="0097061E" w:rsidRDefault="00DD2566" w:rsidP="0097061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aps/>
          <w:color w:val="191919" w:themeColor="background1" w:themeShade="1A"/>
          <w:sz w:val="24"/>
          <w:szCs w:val="24"/>
          <w:lang w:val="ru-RU"/>
        </w:rPr>
        <w:t>3 КЛАСС</w:t>
      </w:r>
    </w:p>
    <w:p w14:paraId="3364ECB3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  <w:lang w:val="ru-RU"/>
        </w:rPr>
        <w:t>Человек и общество</w:t>
      </w:r>
    </w:p>
    <w:p w14:paraId="41D95589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49B33FB0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Семья — коллектив близких, родных людей. Семейный бюджет, доходы и расходы семьи.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Уважение к семейным ценностям.</w:t>
      </w:r>
    </w:p>
    <w:p w14:paraId="7C9F1162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7D6AE39E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Значение труда в жизни человека и общества.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08AB30E5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Страны и народы мира. Памятники природы и культуры — символы стран, в которых они находятся.</w:t>
      </w:r>
    </w:p>
    <w:p w14:paraId="2A7F647C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  <w:lang w:val="ru-RU"/>
        </w:rPr>
        <w:t>Человек и природа</w:t>
      </w:r>
    </w:p>
    <w:p w14:paraId="743EB1B9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Методы изучения природы. Карта мира. Материки и части света. Вещество. Разнообразие веществ в окружающем мире.</w:t>
      </w:r>
    </w:p>
    <w:p w14:paraId="24350DC1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Примеры веществ: соль, сахар, вода, природный газ. Твёрдые тела, жидкости, газы. Простейшие практические работы с веществами, жидкостями, газами. Воздух — смесь газов.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Свойства воздуха. Значение воздуха для растений, животных, человека. Вода.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Свойства воды.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Почва, её состав, значение для живой природы и хозяйственной жизни человека.</w:t>
      </w:r>
    </w:p>
    <w:p w14:paraId="225D6F38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Первоначальные представления о бактериях. Грибы: строение шляпочных грибов. Грибы съедобные и несъедобные. Разнообразие растений. Зависимость жизненного цикла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lastRenderedPageBreak/>
        <w:t xml:space="preserve">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Условия, необходимые для жизни растения (свет, тепло, воздух, вода). Наблюдение роста растений, фиксация изменений. Растения родного </w:t>
      </w: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края,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названия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 краткая характеристика на основе наблюдений. Охрана растений.</w:t>
      </w:r>
    </w:p>
    <w:p w14:paraId="75808378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5E408169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Природные сообщества: лес, луг, пруд. Взаимосвязи в природном сообществе: растения — пища и укрытие для животных; животные — распространители </w:t>
      </w: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плодов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семян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растений. Влияние человека на природные сообщества. Природные сообщества родного края (2—3 примера на основе наблюдений). Правила нравственного поведения в природных сообществах.</w:t>
      </w:r>
    </w:p>
    <w:p w14:paraId="6BB18BDB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Человек —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отдельных органов и систем органов человека. Измерение температуры тела человека, частоты пульса.</w:t>
      </w:r>
    </w:p>
    <w:p w14:paraId="154F5449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  <w:lang w:val="ru-RU"/>
        </w:rPr>
        <w:t>Правила безопасной жизни</w:t>
      </w:r>
    </w:p>
    <w:p w14:paraId="1F613496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Интернет.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6F2B1D94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Универсальные учебные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действия.</w:t>
      </w:r>
    </w:p>
    <w:p w14:paraId="641AB4B8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  <w:lang w:val="ru-RU"/>
        </w:rPr>
        <w:t>Познавательные универсальные учебные действия:</w:t>
      </w:r>
    </w:p>
    <w:p w14:paraId="6F93DDB8" w14:textId="77777777" w:rsidR="00DD2566" w:rsidRPr="0097061E" w:rsidRDefault="00DD2566" w:rsidP="0097061E">
      <w:pPr>
        <w:numPr>
          <w:ilvl w:val="0"/>
          <w:numId w:val="2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проводить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16ADC4BF" w14:textId="77777777" w:rsidR="00DD2566" w:rsidRPr="0097061E" w:rsidRDefault="00DD2566" w:rsidP="0097061E">
      <w:pPr>
        <w:numPr>
          <w:ilvl w:val="0"/>
          <w:numId w:val="2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устанавливать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зависимость между внешним видом, особенностями поведения и условиями жизни животного;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23619241" w14:textId="77777777" w:rsidR="00DD2566" w:rsidRPr="0097061E" w:rsidRDefault="00DD2566" w:rsidP="0097061E">
      <w:pPr>
        <w:numPr>
          <w:ilvl w:val="0"/>
          <w:numId w:val="2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определять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(в процессе рассматривания объектов и явлений) существенные признаки и отношения между объектами и явлениями;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71348A4C" w14:textId="77777777" w:rsidR="00DD2566" w:rsidRPr="0097061E" w:rsidRDefault="00DD2566" w:rsidP="0097061E">
      <w:pPr>
        <w:numPr>
          <w:ilvl w:val="0"/>
          <w:numId w:val="2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моделировать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цепи питания в природном сообществе;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07AA78C7" w14:textId="77777777" w:rsidR="00DD2566" w:rsidRPr="0097061E" w:rsidRDefault="00DD2566" w:rsidP="0097061E">
      <w:pPr>
        <w:numPr>
          <w:ilvl w:val="0"/>
          <w:numId w:val="2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различать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понятия «век», «столетие», «историческое время»; соотносить историческое событие с датой (историческим периодом).</w:t>
      </w:r>
    </w:p>
    <w:p w14:paraId="31E824D0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Работа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с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информацией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:</w:t>
      </w:r>
    </w:p>
    <w:p w14:paraId="31D91415" w14:textId="77777777" w:rsidR="00DD2566" w:rsidRPr="0097061E" w:rsidRDefault="00DD2566" w:rsidP="0097061E">
      <w:pPr>
        <w:numPr>
          <w:ilvl w:val="0"/>
          <w:numId w:val="25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понимать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, что работа с моделями Земли (глобус, карта) может дать полезную и интересную информацию о природе нашей планеты;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6FE43F45" w14:textId="77777777" w:rsidR="00DD2566" w:rsidRPr="0097061E" w:rsidRDefault="00DD2566" w:rsidP="0097061E">
      <w:pPr>
        <w:numPr>
          <w:ilvl w:val="0"/>
          <w:numId w:val="25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находить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на глобусе материки и океаны, воспроизводить их названия; находить на карте нашу страну, столицу, свой регион;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225C2B83" w14:textId="77777777" w:rsidR="00DD2566" w:rsidRPr="0097061E" w:rsidRDefault="00DD2566" w:rsidP="0097061E">
      <w:pPr>
        <w:numPr>
          <w:ilvl w:val="0"/>
          <w:numId w:val="25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lastRenderedPageBreak/>
        <w:t>читать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несложные планы, соотносить условные обозначения с изображёнными объектами;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44FDF45E" w14:textId="77777777" w:rsidR="00DD2566" w:rsidRPr="0097061E" w:rsidRDefault="00DD2566" w:rsidP="0097061E">
      <w:pPr>
        <w:numPr>
          <w:ilvl w:val="0"/>
          <w:numId w:val="25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находить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по предложению учителя информацию в разных источниках — текстах, таблицах, схемах, в том числе в Интернете (в условиях контролируемого входа);</w:t>
      </w:r>
    </w:p>
    <w:p w14:paraId="5D948154" w14:textId="77777777" w:rsidR="00DD2566" w:rsidRPr="0097061E" w:rsidRDefault="00DD2566" w:rsidP="0097061E">
      <w:pPr>
        <w:numPr>
          <w:ilvl w:val="0"/>
          <w:numId w:val="25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соблюдать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безопасности при работе в информационной среде.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253262C9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Коммуникативные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универсальные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учебные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действия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:</w:t>
      </w:r>
    </w:p>
    <w:p w14:paraId="190488BF" w14:textId="77777777" w:rsidR="00DD2566" w:rsidRPr="0097061E" w:rsidRDefault="00DD2566" w:rsidP="0097061E">
      <w:pPr>
        <w:numPr>
          <w:ilvl w:val="0"/>
          <w:numId w:val="2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ориентироваться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 понятиях, соотносить понятия и термины с их краткой характеристикой:</w:t>
      </w:r>
    </w:p>
    <w:p w14:paraId="5DFEC50D" w14:textId="77777777" w:rsidR="00DD2566" w:rsidRPr="0097061E" w:rsidRDefault="00DD2566" w:rsidP="0097061E">
      <w:pPr>
        <w:numPr>
          <w:ilvl w:val="0"/>
          <w:numId w:val="2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понятия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 термины, связанные с социальным миром (безопасность, семейный бюджет, памятник культуры);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11DA705F" w14:textId="77777777" w:rsidR="00DD2566" w:rsidRPr="0097061E" w:rsidRDefault="00DD2566" w:rsidP="0097061E">
      <w:pPr>
        <w:numPr>
          <w:ilvl w:val="0"/>
          <w:numId w:val="2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понятия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0415AE87" w14:textId="77777777" w:rsidR="00DD2566" w:rsidRPr="0097061E" w:rsidRDefault="00DD2566" w:rsidP="0097061E">
      <w:pPr>
        <w:numPr>
          <w:ilvl w:val="0"/>
          <w:numId w:val="2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понятия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4ED5257E" w14:textId="77777777" w:rsidR="00DD2566" w:rsidRPr="0097061E" w:rsidRDefault="00DD2566" w:rsidP="0097061E">
      <w:pPr>
        <w:numPr>
          <w:ilvl w:val="0"/>
          <w:numId w:val="2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описывать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(характеризовать) условия жизни на Земле;</w:t>
      </w:r>
    </w:p>
    <w:p w14:paraId="620C324E" w14:textId="77777777" w:rsidR="00DD2566" w:rsidRPr="0097061E" w:rsidRDefault="00DD2566" w:rsidP="0097061E">
      <w:pPr>
        <w:numPr>
          <w:ilvl w:val="0"/>
          <w:numId w:val="2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основе сравнения объектов природы описывать схожие, различные, индивидуальные признаки;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08F2CAE2" w14:textId="77777777" w:rsidR="00DD2566" w:rsidRPr="0097061E" w:rsidRDefault="00DD2566" w:rsidP="0097061E">
      <w:pPr>
        <w:numPr>
          <w:ilvl w:val="0"/>
          <w:numId w:val="2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приводить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примеры, кратко характеризовать представителей разных царств природы;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655DECD5" w14:textId="77777777" w:rsidR="00DD2566" w:rsidRPr="0097061E" w:rsidRDefault="00DD2566" w:rsidP="0097061E">
      <w:pPr>
        <w:numPr>
          <w:ilvl w:val="0"/>
          <w:numId w:val="2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называть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признаки (характеризовать) животного (растения) как живого организма;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F539213" w14:textId="77777777" w:rsidR="00DD2566" w:rsidRPr="0097061E" w:rsidRDefault="00DD2566" w:rsidP="0097061E">
      <w:pPr>
        <w:numPr>
          <w:ilvl w:val="0"/>
          <w:numId w:val="2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описывать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(характеризовать) отдельные страницы истории нашей страны (в пределах изученного).</w:t>
      </w:r>
    </w:p>
    <w:p w14:paraId="2417D5EB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Регулятивные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универсальные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учебные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действия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:</w:t>
      </w:r>
    </w:p>
    <w:p w14:paraId="41766B3E" w14:textId="77777777" w:rsidR="00DD2566" w:rsidRPr="0097061E" w:rsidRDefault="00DD2566" w:rsidP="0097061E">
      <w:pPr>
        <w:numPr>
          <w:ilvl w:val="0"/>
          <w:numId w:val="2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планировать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шаги по решению учебной задачи, контролировать свои действия (при небольшой помощи учителя);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76FCFF50" w14:textId="77777777" w:rsidR="00DD2566" w:rsidRPr="0097061E" w:rsidRDefault="00DD2566" w:rsidP="0097061E">
      <w:pPr>
        <w:numPr>
          <w:ilvl w:val="0"/>
          <w:numId w:val="2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устанавливать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причину возникающей трудности или ошибки, корректировать свои действия.</w:t>
      </w:r>
    </w:p>
    <w:p w14:paraId="62DB9F70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Совместная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деятельность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:</w:t>
      </w:r>
    </w:p>
    <w:p w14:paraId="1E8083CD" w14:textId="77777777" w:rsidR="00DD2566" w:rsidRPr="0097061E" w:rsidRDefault="00DD2566" w:rsidP="0097061E">
      <w:pPr>
        <w:numPr>
          <w:ilvl w:val="0"/>
          <w:numId w:val="30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участвуя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 совместной деятельности, выполнять роли руководителя (лидера), подчинённого;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434D0978" w14:textId="77777777" w:rsidR="00DD2566" w:rsidRPr="0097061E" w:rsidRDefault="00DD2566" w:rsidP="0097061E">
      <w:pPr>
        <w:numPr>
          <w:ilvl w:val="0"/>
          <w:numId w:val="30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справедливо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оценивать результаты деятельности участников, положительно реагировать на советы и замечания в свой адрес;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7D710AB2" w14:textId="77777777" w:rsidR="00DD2566" w:rsidRPr="0097061E" w:rsidRDefault="00DD2566" w:rsidP="0097061E">
      <w:pPr>
        <w:numPr>
          <w:ilvl w:val="0"/>
          <w:numId w:val="30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выполнять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совместной деятельности, признавать право другого человека иметь собственное суждение, мнение;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74B44127" w14:textId="77777777" w:rsidR="00DD2566" w:rsidRPr="0097061E" w:rsidRDefault="00DD2566" w:rsidP="0097061E">
      <w:pPr>
        <w:numPr>
          <w:ilvl w:val="0"/>
          <w:numId w:val="30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самостоятельно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разрешать возникающие конфликты с учётом этики общения.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423463FD" w14:textId="77777777" w:rsidR="00DD2566" w:rsidRPr="0097061E" w:rsidRDefault="00DD2566" w:rsidP="0097061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aps/>
          <w:color w:val="191919" w:themeColor="background1" w:themeShade="1A"/>
          <w:sz w:val="24"/>
          <w:szCs w:val="24"/>
          <w:lang w:val="ru-RU"/>
        </w:rPr>
        <w:t>4 КЛАСС</w:t>
      </w:r>
    </w:p>
    <w:p w14:paraId="6EECAD42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  <w:lang w:val="ru-RU"/>
        </w:rPr>
        <w:t>Человек и общество</w:t>
      </w:r>
    </w:p>
    <w:p w14:paraId="08BFC0B4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Конституция — Основной закон Российской Федерации. Права и обязанности гражданина Российской Федерации. Президент Российской Федерации —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3F507974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0D503C99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5A316ACF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История Отечества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lastRenderedPageBreak/>
        <w:t>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34DB6E00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6117D7EE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  <w:lang w:val="ru-RU"/>
        </w:rPr>
        <w:t>Человек и природа</w:t>
      </w:r>
    </w:p>
    <w:p w14:paraId="6AC3AECF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Солнце —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</w:t>
      </w: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дня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ночи. Обращение Земли вокруг Солнца и смена времён года.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701623DF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(2—3 объекта).</w:t>
      </w:r>
    </w:p>
    <w:p w14:paraId="1C6B18B3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539F5A13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нравственного поведения в природе. Международная Красная книга (отдельные примеры).</w:t>
      </w:r>
    </w:p>
    <w:p w14:paraId="234F7CF2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  <w:lang w:val="ru-RU"/>
        </w:rPr>
        <w:t>Правила безопасной жизни</w:t>
      </w:r>
    </w:p>
    <w:p w14:paraId="3B7914EC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Здоровый образ жизни: профилактика вредных привычек. 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велосипедиста. 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14:paraId="2F2486BD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Универсальные учебные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действия</w:t>
      </w:r>
    </w:p>
    <w:p w14:paraId="2751D4CE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  <w:lang w:val="ru-RU"/>
        </w:rPr>
        <w:t>Познавательные универсальные учебные действия:</w:t>
      </w:r>
    </w:p>
    <w:p w14:paraId="095DBC01" w14:textId="77777777" w:rsidR="00DD2566" w:rsidRPr="0097061E" w:rsidRDefault="00DD2566" w:rsidP="0097061E">
      <w:pPr>
        <w:numPr>
          <w:ilvl w:val="0"/>
          <w:numId w:val="31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устанавливать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последовательность этапов возрастного развития человека;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6C022BAE" w14:textId="77777777" w:rsidR="00DD2566" w:rsidRPr="0097061E" w:rsidRDefault="00DD2566" w:rsidP="0097061E">
      <w:pPr>
        <w:numPr>
          <w:ilvl w:val="0"/>
          <w:numId w:val="31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конструировать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 учебных и игровых ситуациях правила безопасного поведения в среде обитания;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2A52B0B1" w14:textId="77777777" w:rsidR="00DD2566" w:rsidRPr="0097061E" w:rsidRDefault="00DD2566" w:rsidP="0097061E">
      <w:pPr>
        <w:numPr>
          <w:ilvl w:val="0"/>
          <w:numId w:val="31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моделировать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схемы природных объектов (строение почвы; движение реки, форма поверхности);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41514128" w14:textId="77777777" w:rsidR="00DD2566" w:rsidRPr="0097061E" w:rsidRDefault="00DD2566" w:rsidP="0097061E">
      <w:pPr>
        <w:numPr>
          <w:ilvl w:val="0"/>
          <w:numId w:val="31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соотносить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объекты природы с принадлежностью к определённой природной зоне;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653D609D" w14:textId="77777777" w:rsidR="00DD2566" w:rsidRPr="0097061E" w:rsidRDefault="00DD2566" w:rsidP="0097061E">
      <w:pPr>
        <w:numPr>
          <w:ilvl w:val="0"/>
          <w:numId w:val="31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классифицировать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природные объекты по принадлежности к природной зоне;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7EB05301" w14:textId="77777777" w:rsidR="00DD2566" w:rsidRPr="0097061E" w:rsidRDefault="00DD2566" w:rsidP="0097061E">
      <w:pPr>
        <w:numPr>
          <w:ilvl w:val="0"/>
          <w:numId w:val="31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определять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разрыв между реальным и желательным состоянием объекта (ситуации) на основе предложенных учителем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вопросов.</w:t>
      </w:r>
    </w:p>
    <w:p w14:paraId="4D6D43C0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Работа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с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информацией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:</w:t>
      </w:r>
    </w:p>
    <w:p w14:paraId="73CCF649" w14:textId="77777777" w:rsidR="00DD2566" w:rsidRPr="0097061E" w:rsidRDefault="00DD2566" w:rsidP="0097061E">
      <w:pPr>
        <w:numPr>
          <w:ilvl w:val="0"/>
          <w:numId w:val="3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lastRenderedPageBreak/>
        <w:t>использовать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ресурсов школы;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1911510C" w14:textId="77777777" w:rsidR="00DD2566" w:rsidRPr="0097061E" w:rsidRDefault="00DD2566" w:rsidP="0097061E">
      <w:pPr>
        <w:numPr>
          <w:ilvl w:val="0"/>
          <w:numId w:val="3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использовать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для уточнения и расширения своих знаний об окружающем мире словари, справочники, энциклопедии, в том числе и Интернет (в условиях контролируемого выхода);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485EFD05" w14:textId="77777777" w:rsidR="00DD2566" w:rsidRPr="0097061E" w:rsidRDefault="00DD2566" w:rsidP="0097061E">
      <w:pPr>
        <w:numPr>
          <w:ilvl w:val="0"/>
          <w:numId w:val="3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основе дополнительной информации делать сообщения (доклады) на предложенную тему, подготавливать презентацию, включая в неё иллюстрации, таблицы, диаграммы.</w:t>
      </w:r>
    </w:p>
    <w:p w14:paraId="7F1D837A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Коммуникативные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универсальные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учебные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действия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:</w:t>
      </w:r>
    </w:p>
    <w:p w14:paraId="2A49D748" w14:textId="77777777" w:rsidR="00DD2566" w:rsidRPr="0097061E" w:rsidRDefault="00DD2566" w:rsidP="0097061E">
      <w:pPr>
        <w:numPr>
          <w:ilvl w:val="0"/>
          <w:numId w:val="3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ориентироваться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 понятиях: организм, возраст, система органов; культура, долг, соотечественник, берестяная грамота, первопечатник, иконопись,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объект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Всемирного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природного и культурного наследия;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6DD4B7A6" w14:textId="77777777" w:rsidR="00DD2566" w:rsidRPr="0097061E" w:rsidRDefault="00DD2566" w:rsidP="0097061E">
      <w:pPr>
        <w:numPr>
          <w:ilvl w:val="0"/>
          <w:numId w:val="3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характеризовать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14965AFC" w14:textId="77777777" w:rsidR="00DD2566" w:rsidRPr="0097061E" w:rsidRDefault="00DD2566" w:rsidP="0097061E">
      <w:pPr>
        <w:numPr>
          <w:ilvl w:val="0"/>
          <w:numId w:val="3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создавать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текст-рассуждение: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объяснять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вред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для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здоровья и самочувствия организма вредных привычек;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672D3CCD" w14:textId="77777777" w:rsidR="00DD2566" w:rsidRPr="0097061E" w:rsidRDefault="00DD2566" w:rsidP="0097061E">
      <w:pPr>
        <w:numPr>
          <w:ilvl w:val="0"/>
          <w:numId w:val="3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описывать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ситуации проявления нравственных качеств — отзывчивости, доброты, справедливости и др.;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4D827AB6" w14:textId="77777777" w:rsidR="00DD2566" w:rsidRPr="0097061E" w:rsidRDefault="00DD2566" w:rsidP="0097061E">
      <w:pPr>
        <w:numPr>
          <w:ilvl w:val="0"/>
          <w:numId w:val="3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составлять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краткие суждения о связях и зависимостях в природе (на основе сезонных изменений, особенностей жизни природных зон, пищевых цепей);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21AA63B9" w14:textId="77777777" w:rsidR="00DD2566" w:rsidRPr="0097061E" w:rsidRDefault="00DD2566" w:rsidP="0097061E">
      <w:pPr>
        <w:numPr>
          <w:ilvl w:val="0"/>
          <w:numId w:val="3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составлять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небольшие тексты «Права и обязанности гражданина РФ»;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20C06E40" w14:textId="77777777" w:rsidR="00DD2566" w:rsidRPr="0097061E" w:rsidRDefault="00DD2566" w:rsidP="0097061E">
      <w:pPr>
        <w:numPr>
          <w:ilvl w:val="0"/>
          <w:numId w:val="3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создавать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небольшие тексты о знаменательных страницах истории нашей страны (в рамках изученного).</w:t>
      </w:r>
    </w:p>
    <w:p w14:paraId="11525004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Регулятивные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универсальные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учебные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действия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:</w:t>
      </w:r>
    </w:p>
    <w:p w14:paraId="1DD456DD" w14:textId="77777777" w:rsidR="00DD2566" w:rsidRPr="0097061E" w:rsidRDefault="00DD2566" w:rsidP="0097061E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самостоятельно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планировать алгоритм решения учебной задачи; предвидеть трудности и возможные ошибки;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7615129B" w14:textId="77777777" w:rsidR="00DD2566" w:rsidRPr="0097061E" w:rsidRDefault="00DD2566" w:rsidP="0097061E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контролировать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процесс и результат выполнения задания, корректировать учебные действия при необходимости;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2177B899" w14:textId="77777777" w:rsidR="00DD2566" w:rsidRPr="0097061E" w:rsidRDefault="00DD2566" w:rsidP="0097061E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адекватно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принимать оценку своей работы; планировать работу над ошибками;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08F19BD4" w14:textId="77777777" w:rsidR="00DD2566" w:rsidRPr="0097061E" w:rsidRDefault="00DD2566" w:rsidP="0097061E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находить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ошибки в своей и чужих работах, устанавливать их причины.</w:t>
      </w:r>
    </w:p>
    <w:p w14:paraId="37F3CA1D" w14:textId="77777777" w:rsidR="00DD2566" w:rsidRPr="0097061E" w:rsidRDefault="00DD2566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Совместная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 xml:space="preserve"> </w:t>
      </w:r>
      <w:proofErr w:type="spellStart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деятельность</w:t>
      </w:r>
      <w:proofErr w:type="spellEnd"/>
      <w:r w:rsidRPr="0097061E">
        <w:rPr>
          <w:rFonts w:ascii="Times New Roman" w:eastAsia="Times New Roman" w:hAnsi="Times New Roman" w:cs="Times New Roman"/>
          <w:i/>
          <w:iCs/>
          <w:color w:val="191919" w:themeColor="background1" w:themeShade="1A"/>
          <w:sz w:val="24"/>
          <w:szCs w:val="24"/>
        </w:rPr>
        <w:t>:</w:t>
      </w:r>
    </w:p>
    <w:p w14:paraId="1E9D99EC" w14:textId="77777777" w:rsidR="00DD2566" w:rsidRPr="0097061E" w:rsidRDefault="00DD2566" w:rsidP="0097061E">
      <w:pPr>
        <w:numPr>
          <w:ilvl w:val="0"/>
          <w:numId w:val="35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выполнять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совместной деятельности при выполнении разных ролей — руководитель, подчинённый, напарник, член большого коллектива;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1F26AEFB" w14:textId="77777777" w:rsidR="00DD2566" w:rsidRPr="0097061E" w:rsidRDefault="00DD2566" w:rsidP="0097061E">
      <w:pPr>
        <w:numPr>
          <w:ilvl w:val="0"/>
          <w:numId w:val="35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ответственно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относиться к своим обязанностям в процессе совместной деятельности, объективно оценивать свой вклад в общее дело;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2A138829" w14:textId="77777777" w:rsidR="00DD2566" w:rsidRPr="0097061E" w:rsidRDefault="00DD2566" w:rsidP="0097061E">
      <w:pPr>
        <w:numPr>
          <w:ilvl w:val="0"/>
          <w:numId w:val="35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анализировать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14:paraId="1D34ACB8" w14:textId="77777777" w:rsidR="00DD2566" w:rsidRPr="0097061E" w:rsidRDefault="00DD2566" w:rsidP="0097061E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7BAF7D59" w14:textId="77777777" w:rsidR="00361349" w:rsidRPr="0097061E" w:rsidRDefault="00361349" w:rsidP="0097061E">
      <w:pPr>
        <w:autoSpaceDE w:val="0"/>
        <w:autoSpaceDN w:val="0"/>
        <w:spacing w:after="0" w:line="240" w:lineRule="auto"/>
        <w:ind w:left="240" w:right="52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2EAF5B01" w14:textId="4CECDC6F" w:rsidR="00EF279D" w:rsidRPr="0097061E" w:rsidRDefault="005E5C11" w:rsidP="0097061E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</w:rPr>
        <w:t>III</w:t>
      </w: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 xml:space="preserve">. </w:t>
      </w:r>
      <w:r w:rsidR="00964296"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ПЛАНИРУЕМЫЕ ОБРАЗОВАТЕЛЬНЫЕ РЕЗУЛЬТАТЫ</w:t>
      </w:r>
    </w:p>
    <w:p w14:paraId="5BA4110D" w14:textId="77777777" w:rsidR="005A2C2A" w:rsidRPr="0097061E" w:rsidRDefault="005A2C2A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Изучение предмета "Окружающий мир" на уровне начального общего образования направлено на достижение обучающимися личностных, </w:t>
      </w:r>
      <w:proofErr w:type="spell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метапредметных</w:t>
      </w:r>
      <w:proofErr w:type="spell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14:paraId="5F40B459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ЛИЧНОСТНЫЕ РЕЗУЛЬТАТЫ</w:t>
      </w:r>
    </w:p>
    <w:p w14:paraId="505392BF" w14:textId="77777777" w:rsidR="00EF279D" w:rsidRPr="0097061E" w:rsidRDefault="00964296" w:rsidP="0097061E">
      <w:pPr>
        <w:tabs>
          <w:tab w:val="left" w:pos="180"/>
        </w:tabs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ab/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br/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ab/>
      </w: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Гражданско-патриотического воспитания:</w:t>
      </w:r>
    </w:p>
    <w:p w14:paraId="3131901D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lastRenderedPageBreak/>
        <w:t>—  становление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ценностного отношения к своей Родине — России; понимание особой роли многонациональной России в современном мире; </w:t>
      </w:r>
    </w:p>
    <w:p w14:paraId="5572837F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осознание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252B8C9C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сопричастность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</w:t>
      </w:r>
    </w:p>
    <w:p w14:paraId="12BDFE9D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первоначальные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представления о человеке как члене общества, осознание прав и ответственности человека как члена общества.</w:t>
      </w:r>
    </w:p>
    <w:p w14:paraId="1DDD7A85" w14:textId="77777777" w:rsidR="00EF279D" w:rsidRPr="0097061E" w:rsidRDefault="00964296" w:rsidP="0097061E">
      <w:pPr>
        <w:autoSpaceDE w:val="0"/>
        <w:autoSpaceDN w:val="0"/>
        <w:spacing w:after="0" w:line="240" w:lineRule="auto"/>
        <w:ind w:left="180"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Духовно-нравственного воспитания:</w:t>
      </w:r>
    </w:p>
    <w:p w14:paraId="54B1FD9B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проявление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культуры общения, уважительного отношения к людям, их взглядам, признанию их индивидуальности; </w:t>
      </w:r>
    </w:p>
    <w:p w14:paraId="4B5B137A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принятие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000705F1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применение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14:paraId="287BA121" w14:textId="77777777" w:rsidR="00EF279D" w:rsidRPr="0097061E" w:rsidRDefault="00964296" w:rsidP="0097061E">
      <w:pPr>
        <w:autoSpaceDE w:val="0"/>
        <w:autoSpaceDN w:val="0"/>
        <w:spacing w:after="0" w:line="240" w:lineRule="auto"/>
        <w:ind w:left="180"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Эстетического воспитания:</w:t>
      </w:r>
    </w:p>
    <w:p w14:paraId="29E139C5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понимание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40720652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использование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полученных знаний в продуктивной и преобразующей деятельности, в разных видах художественной деятельности.</w:t>
      </w:r>
    </w:p>
    <w:p w14:paraId="716943C3" w14:textId="77777777" w:rsidR="00EF279D" w:rsidRPr="0097061E" w:rsidRDefault="00964296" w:rsidP="0097061E">
      <w:pPr>
        <w:autoSpaceDE w:val="0"/>
        <w:autoSpaceDN w:val="0"/>
        <w:spacing w:after="0" w:line="240" w:lineRule="auto"/>
        <w:ind w:left="180"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6E599715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соблюдение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br/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информационной); </w:t>
      </w:r>
    </w:p>
    <w:p w14:paraId="7E05FB95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приобретение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опыта эмоционального отношения к среде обитания, бережное отношение к физическому и психическому здоровью.</w:t>
      </w:r>
    </w:p>
    <w:p w14:paraId="2FEC0354" w14:textId="77777777" w:rsidR="00EF279D" w:rsidRPr="0097061E" w:rsidRDefault="00964296" w:rsidP="0097061E">
      <w:pPr>
        <w:autoSpaceDE w:val="0"/>
        <w:autoSpaceDN w:val="0"/>
        <w:spacing w:after="0" w:line="240" w:lineRule="auto"/>
        <w:ind w:left="180"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Трудового воспитания:</w:t>
      </w:r>
    </w:p>
    <w:p w14:paraId="0C4885DC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осознание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55440251" w14:textId="77777777" w:rsidR="00EF279D" w:rsidRPr="0097061E" w:rsidRDefault="00964296" w:rsidP="0097061E">
      <w:pPr>
        <w:autoSpaceDE w:val="0"/>
        <w:autoSpaceDN w:val="0"/>
        <w:spacing w:after="0" w:line="240" w:lineRule="auto"/>
        <w:ind w:left="180"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Экологического воспитания:</w:t>
      </w:r>
    </w:p>
    <w:p w14:paraId="2D19BC83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осознание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14:paraId="4F61B452" w14:textId="77777777" w:rsidR="00EF279D" w:rsidRPr="0097061E" w:rsidRDefault="00964296" w:rsidP="0097061E">
      <w:pPr>
        <w:autoSpaceDE w:val="0"/>
        <w:autoSpaceDN w:val="0"/>
        <w:spacing w:after="0" w:line="240" w:lineRule="auto"/>
        <w:ind w:left="180"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Ценности научного познания:</w:t>
      </w:r>
    </w:p>
    <w:p w14:paraId="724F999C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ориентация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 деятельности на первоначальные представления о научной картине мира; </w:t>
      </w:r>
    </w:p>
    <w:p w14:paraId="72C4DE1F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осознание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14:paraId="742172C5" w14:textId="77777777" w:rsidR="00F50DE4" w:rsidRPr="0097061E" w:rsidRDefault="00F50DE4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</w:pPr>
    </w:p>
    <w:p w14:paraId="058A2D32" w14:textId="1B2EF95F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МЕТАПРЕДМЕТНЫЕ РЕЗУЛЬТАТЫ</w:t>
      </w:r>
    </w:p>
    <w:p w14:paraId="2F35DCB9" w14:textId="77777777" w:rsidR="00F50DE4" w:rsidRPr="0097061E" w:rsidRDefault="00964296" w:rsidP="0097061E">
      <w:pPr>
        <w:autoSpaceDE w:val="0"/>
        <w:autoSpaceDN w:val="0"/>
        <w:spacing w:after="0" w:line="240" w:lineRule="auto"/>
        <w:ind w:left="180" w:right="51"/>
        <w:jc w:val="both"/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Познавательные</w:t>
      </w:r>
      <w:r w:rsidR="00E7492B"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 xml:space="preserve">универсальные учебные действия: </w:t>
      </w:r>
    </w:p>
    <w:p w14:paraId="20F49A3A" w14:textId="1389F983" w:rsidR="00EF279D" w:rsidRPr="0097061E" w:rsidRDefault="00964296" w:rsidP="0097061E">
      <w:pPr>
        <w:autoSpaceDE w:val="0"/>
        <w:autoSpaceDN w:val="0"/>
        <w:spacing w:after="0" w:line="240" w:lineRule="auto"/>
        <w:ind w:left="180"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color w:val="191919" w:themeColor="background1" w:themeShade="1A"/>
          <w:sz w:val="24"/>
          <w:szCs w:val="24"/>
          <w:lang w:val="ru-RU"/>
        </w:rPr>
        <w:t>1</w:t>
      </w:r>
      <w:r w:rsidR="007F7841" w:rsidRPr="0097061E">
        <w:rPr>
          <w:rFonts w:ascii="Times New Roman" w:eastAsia="Times New Roman" w:hAnsi="Times New Roman" w:cs="Times New Roman"/>
          <w:i/>
          <w:color w:val="191919" w:themeColor="background1" w:themeShade="1A"/>
          <w:sz w:val="24"/>
          <w:szCs w:val="24"/>
          <w:lang w:val="ru-RU"/>
        </w:rPr>
        <w:t>) Базовые</w:t>
      </w:r>
      <w:r w:rsidRPr="0097061E">
        <w:rPr>
          <w:rFonts w:ascii="Times New Roman" w:eastAsia="Times New Roman" w:hAnsi="Times New Roman" w:cs="Times New Roman"/>
          <w:i/>
          <w:color w:val="191919" w:themeColor="background1" w:themeShade="1A"/>
          <w:sz w:val="24"/>
          <w:szCs w:val="24"/>
          <w:lang w:val="ru-RU"/>
        </w:rPr>
        <w:t xml:space="preserve"> логические действия:</w:t>
      </w:r>
    </w:p>
    <w:p w14:paraId="62CD6C59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понимать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7DC284E5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lastRenderedPageBreak/>
        <w:t>—  на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 </w:t>
      </w:r>
    </w:p>
    <w:p w14:paraId="2A713AFB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сравнивать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объекты окружающего мира, устанавливать основания для сравнения, устанавливать аналогии; </w:t>
      </w:r>
    </w:p>
    <w:p w14:paraId="54F07757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объединять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части объекта (объекты) по определённому признаку; </w:t>
      </w:r>
    </w:p>
    <w:p w14:paraId="281F1B60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определять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существенный признак для классификации, классифицировать предложенные объекты; </w:t>
      </w:r>
    </w:p>
    <w:p w14:paraId="4C69F263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находить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закономерности и противоречия в рассматриваемых фактах, данных и наблюдениях на основе предложенного алгоритма; </w:t>
      </w:r>
    </w:p>
    <w:p w14:paraId="1784A8DE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выявлять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недостаток информации для решения учебной (практической) задачи на основе предложенного алгоритма</w:t>
      </w:r>
    </w:p>
    <w:p w14:paraId="574F0B83" w14:textId="77777777" w:rsidR="00EF279D" w:rsidRPr="0097061E" w:rsidRDefault="00964296" w:rsidP="0097061E">
      <w:pPr>
        <w:autoSpaceDE w:val="0"/>
        <w:autoSpaceDN w:val="0"/>
        <w:spacing w:after="0" w:line="240" w:lineRule="auto"/>
        <w:ind w:left="180"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color w:val="191919" w:themeColor="background1" w:themeShade="1A"/>
          <w:sz w:val="24"/>
          <w:szCs w:val="24"/>
          <w:lang w:val="ru-RU"/>
        </w:rPr>
        <w:t>2)  Базовые исследовательские действия:</w:t>
      </w:r>
    </w:p>
    <w:p w14:paraId="0E7989A5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проводить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</w:t>
      </w:r>
    </w:p>
    <w:p w14:paraId="67A22561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определять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разницу между реальным и желательным состоянием объекта (ситуации) на основе предложенных вопросов; </w:t>
      </w:r>
    </w:p>
    <w:p w14:paraId="5280DB0B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формулировать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25C3BC58" w14:textId="4CD6C32B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моделировать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</w:t>
      </w:r>
      <w:r w:rsidR="007F7841"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последствия; коллективный труд и его результаты и др. ); </w:t>
      </w:r>
    </w:p>
    <w:p w14:paraId="611D49D1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проводить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по предложенному плану опыт, несложное исследование по установлению особенностей объекта изучения и связей между объектами (часть — целое, причина —следствие); </w:t>
      </w:r>
    </w:p>
    <w:p w14:paraId="3BA5CC90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формулировать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выводы и подкреплять их доказательствами на основе результатов проведённого наблюдения (опыта, измерения, исследования).</w:t>
      </w:r>
    </w:p>
    <w:p w14:paraId="62A590E5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color w:val="191919" w:themeColor="background1" w:themeShade="1A"/>
          <w:sz w:val="24"/>
          <w:szCs w:val="24"/>
          <w:lang w:val="ru-RU"/>
        </w:rPr>
        <w:t>3)  Работа с информацией:</w:t>
      </w:r>
    </w:p>
    <w:p w14:paraId="04B48034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использовать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различные источники для поиска информации, выбирать источник получения информации с учётом учебной задачи; </w:t>
      </w:r>
    </w:p>
    <w:p w14:paraId="1BA70AA8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согласно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заданному алгоритму находить в предложенном источнике информацию, представленную в явном виде; </w:t>
      </w:r>
    </w:p>
    <w:p w14:paraId="7250989C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распознавать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достоверную и недостоверную информацию самостоятельно или на основе предложенного учителем способа её проверки; </w:t>
      </w:r>
    </w:p>
    <w:p w14:paraId="18FB80C0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находить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 использовать для решения учебных задач текстовую, графическую, аудиовизуальную информацию; </w:t>
      </w:r>
    </w:p>
    <w:p w14:paraId="038704C5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читать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 интерпретировать графически представленную информацию (схему, таблицу, иллюстрацию); </w:t>
      </w:r>
    </w:p>
    <w:p w14:paraId="6DCEA3D3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соблюдать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информационной безопасности в условиях контролируемого доступа в Интернет (с помощью учителя); </w:t>
      </w:r>
    </w:p>
    <w:p w14:paraId="2B6FC094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анализировать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 создавать текстовую, видео, графическую, звуковую информацию в соответствии с учебной задачей;</w:t>
      </w:r>
    </w:p>
    <w:p w14:paraId="793BA908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фиксировать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полученные результаты в текстовой форме (отчёт, выступление, высказывание) и графическом виде (рисунок, схема, диаграмма).</w:t>
      </w:r>
    </w:p>
    <w:p w14:paraId="00D08BC0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Коммуникативные универсальные учебные действия:</w:t>
      </w:r>
    </w:p>
    <w:p w14:paraId="5B8DF155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в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процессе диалогов задавать вопросы, высказывать суждения, оценивать выступления участников; </w:t>
      </w:r>
    </w:p>
    <w:p w14:paraId="6F7026A4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признавать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3C8741F0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lastRenderedPageBreak/>
        <w:t>—  соблюдать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ведения диалога и дискуссии; проявлять уважительное отношение к собеседнику; </w:t>
      </w:r>
    </w:p>
    <w:p w14:paraId="2BF95E71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использовать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18A8EF1E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создавать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устные и письменные тексты (описание, рассуждение, повествование); </w:t>
      </w:r>
    </w:p>
    <w:p w14:paraId="23EA121D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конструировать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обобщения и выводы на основе полученных результатов наблюдений и опытной работы, подкреплять их доказательствами; </w:t>
      </w:r>
    </w:p>
    <w:p w14:paraId="65C5AF8F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находить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ошибки и восстанавливать деформированный текст об изученных объектах и явлениях природы, событиях социальной жизни; </w:t>
      </w:r>
    </w:p>
    <w:p w14:paraId="6BECF6A9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готовить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небольшие публичные выступления с возможной презентацией (текст, рисунки, фото, плакаты и др. ) к тексту выступления.</w:t>
      </w:r>
    </w:p>
    <w:p w14:paraId="6D819F0B" w14:textId="77777777" w:rsidR="007F7841" w:rsidRPr="0097061E" w:rsidRDefault="00964296" w:rsidP="0097061E">
      <w:pPr>
        <w:autoSpaceDE w:val="0"/>
        <w:autoSpaceDN w:val="0"/>
        <w:spacing w:after="0" w:line="240" w:lineRule="auto"/>
        <w:ind w:left="180" w:right="51"/>
        <w:jc w:val="both"/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 xml:space="preserve">Регулятивные универсальные учебные действия: </w:t>
      </w:r>
    </w:p>
    <w:p w14:paraId="14239CCB" w14:textId="525A4E7B" w:rsidR="00EF279D" w:rsidRPr="0097061E" w:rsidRDefault="00964296" w:rsidP="0097061E">
      <w:pPr>
        <w:autoSpaceDE w:val="0"/>
        <w:autoSpaceDN w:val="0"/>
        <w:spacing w:after="0" w:line="240" w:lineRule="auto"/>
        <w:ind w:left="142"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color w:val="191919" w:themeColor="background1" w:themeShade="1A"/>
          <w:sz w:val="24"/>
          <w:szCs w:val="24"/>
          <w:lang w:val="ru-RU"/>
        </w:rPr>
        <w:t>1)  Самоорганизация:</w:t>
      </w:r>
    </w:p>
    <w:p w14:paraId="3542DC88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планировать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самостоятельно или с небольшой помощью учителя действия по решению учебной задачи; </w:t>
      </w:r>
    </w:p>
    <w:p w14:paraId="61131D81" w14:textId="77777777" w:rsidR="00EF279D" w:rsidRPr="0097061E" w:rsidRDefault="00964296" w:rsidP="0097061E">
      <w:pPr>
        <w:autoSpaceDE w:val="0"/>
        <w:autoSpaceDN w:val="0"/>
        <w:spacing w:after="0" w:line="240" w:lineRule="auto"/>
        <w:ind w:left="142" w:right="51" w:firstLine="142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выстраивать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последовательность выбранных действий и операций.</w:t>
      </w:r>
    </w:p>
    <w:p w14:paraId="355FBE5F" w14:textId="77777777" w:rsidR="00EF279D" w:rsidRPr="0097061E" w:rsidRDefault="00964296" w:rsidP="0097061E">
      <w:pPr>
        <w:autoSpaceDE w:val="0"/>
        <w:autoSpaceDN w:val="0"/>
        <w:spacing w:after="0" w:line="240" w:lineRule="auto"/>
        <w:ind w:left="142"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color w:val="191919" w:themeColor="background1" w:themeShade="1A"/>
          <w:sz w:val="24"/>
          <w:szCs w:val="24"/>
          <w:lang w:val="ru-RU"/>
        </w:rPr>
        <w:t>2)  Самоконтроль:</w:t>
      </w:r>
    </w:p>
    <w:p w14:paraId="35171A8E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осуществлять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контроль процесса и результата своей деятельности; </w:t>
      </w:r>
    </w:p>
    <w:p w14:paraId="52627D78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находить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ошибки в своей работе и устанавливать их причины; корректировать свои действия при необходимости (с небольшой помощью учителя); </w:t>
      </w:r>
    </w:p>
    <w:p w14:paraId="2774542A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предвидеть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14:paraId="34CD947E" w14:textId="77777777" w:rsidR="00EF279D" w:rsidRPr="0097061E" w:rsidRDefault="00964296" w:rsidP="0097061E">
      <w:pPr>
        <w:autoSpaceDE w:val="0"/>
        <w:autoSpaceDN w:val="0"/>
        <w:spacing w:after="0" w:line="240" w:lineRule="auto"/>
        <w:ind w:left="142"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i/>
          <w:color w:val="191919" w:themeColor="background1" w:themeShade="1A"/>
          <w:sz w:val="24"/>
          <w:szCs w:val="24"/>
          <w:lang w:val="ru-RU"/>
        </w:rPr>
        <w:t>3)  Самооценка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:</w:t>
      </w:r>
    </w:p>
    <w:p w14:paraId="4DC67951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объективно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оценивать результаты своей деятельности, соотносить свою оценку с оценкой учителя; </w:t>
      </w:r>
    </w:p>
    <w:p w14:paraId="52290692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оценивать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целесообразность выбранных способов действия, при необходимости корректировать их.</w:t>
      </w:r>
    </w:p>
    <w:p w14:paraId="0AEDE955" w14:textId="77777777" w:rsidR="00EF279D" w:rsidRPr="0097061E" w:rsidRDefault="00964296" w:rsidP="0097061E">
      <w:pPr>
        <w:autoSpaceDE w:val="0"/>
        <w:autoSpaceDN w:val="0"/>
        <w:spacing w:after="0" w:line="240" w:lineRule="auto"/>
        <w:ind w:left="180"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Совместная деятельность:</w:t>
      </w:r>
    </w:p>
    <w:p w14:paraId="641D10A2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понимать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значение коллективной деятельности для успешного решения учебной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br/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4A13FDE1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коллективно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7BFF7135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проявлять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готовность руководить, выполнять поручения, подчиняться; </w:t>
      </w:r>
    </w:p>
    <w:p w14:paraId="11A7019B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выполнять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совместной деятельности: справедливо распределять и оценивать работу каждого участника; считаться с наличием разных мнений; не допускать  конфликтов, при их возникновении мирно разрешать без участия взрослого; </w:t>
      </w:r>
    </w:p>
    <w:p w14:paraId="4EF55AD2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—  ответственно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выполнять свою часть работы.</w:t>
      </w:r>
    </w:p>
    <w:p w14:paraId="35A9F704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ПРЕДМЕТНЫЕ РЕЗУЛЬТАТЫ</w:t>
      </w:r>
    </w:p>
    <w:p w14:paraId="5A6A485E" w14:textId="77777777" w:rsidR="005A2C2A" w:rsidRPr="0097061E" w:rsidRDefault="005A2C2A" w:rsidP="0097061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aps/>
          <w:color w:val="191919" w:themeColor="background1" w:themeShade="1A"/>
          <w:sz w:val="24"/>
          <w:szCs w:val="24"/>
          <w:lang w:val="ru-RU"/>
        </w:rPr>
        <w:t>1 КЛАСС</w:t>
      </w:r>
    </w:p>
    <w:p w14:paraId="3A671871" w14:textId="77777777" w:rsidR="005A2C2A" w:rsidRPr="0097061E" w:rsidRDefault="005A2C2A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 концу обучения 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1 классе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обучающийся научится:</w:t>
      </w:r>
    </w:p>
    <w:p w14:paraId="20216CD0" w14:textId="77777777" w:rsidR="005A2C2A" w:rsidRPr="0097061E" w:rsidRDefault="005A2C2A" w:rsidP="0097061E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называть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D581F29" w14:textId="77777777" w:rsidR="005A2C2A" w:rsidRPr="0097061E" w:rsidRDefault="005A2C2A" w:rsidP="0097061E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воспроизводить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название своего населённого пункта, региона, страны;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78B03930" w14:textId="77777777" w:rsidR="005A2C2A" w:rsidRPr="0097061E" w:rsidRDefault="005A2C2A" w:rsidP="0097061E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приводить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примеры культурных объектов родного края, школьных традиций и праздников, традиций и ценностей своей семьи, профессий;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1B8EE9B7" w14:textId="77777777" w:rsidR="005A2C2A" w:rsidRPr="0097061E" w:rsidRDefault="005A2C2A" w:rsidP="0097061E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lastRenderedPageBreak/>
        <w:t>различать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животных(насекомые, рыбы, птицы, звери);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4A8CDF2" w14:textId="77777777" w:rsidR="005A2C2A" w:rsidRPr="0097061E" w:rsidRDefault="005A2C2A" w:rsidP="0097061E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описывать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6AF1AD28" w14:textId="77777777" w:rsidR="005A2C2A" w:rsidRPr="0097061E" w:rsidRDefault="005A2C2A" w:rsidP="0097061E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применять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ухода за комнатными растениями и домашними животными;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48CB51E" w14:textId="77777777" w:rsidR="005A2C2A" w:rsidRPr="0097061E" w:rsidRDefault="005A2C2A" w:rsidP="0097061E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проводить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50D14CB" w14:textId="77777777" w:rsidR="005A2C2A" w:rsidRPr="0097061E" w:rsidRDefault="005A2C2A" w:rsidP="0097061E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использовать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для ответов на вопросы небольшие тексты о природе и обществе;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1E381DE" w14:textId="77777777" w:rsidR="005A2C2A" w:rsidRPr="0097061E" w:rsidRDefault="005A2C2A" w:rsidP="0097061E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оценивать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ситуации, раскрывающие положительное и негативное отношение к природе; правила поведения в быту, в общественных местах;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1FF9FE7D" w14:textId="77777777" w:rsidR="005A2C2A" w:rsidRPr="0097061E" w:rsidRDefault="005A2C2A" w:rsidP="0097061E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соблюдать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безопасности на учебном месте школьника; во время наблюдений и опытов; безопасно пользоваться бытовыми электроприборами;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4A4B6E8" w14:textId="77777777" w:rsidR="005A2C2A" w:rsidRPr="0097061E" w:rsidRDefault="005A2C2A" w:rsidP="0097061E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соблюдать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здорового питания и личной гигиены;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4E09D6A5" w14:textId="77777777" w:rsidR="005A2C2A" w:rsidRPr="0097061E" w:rsidRDefault="005A2C2A" w:rsidP="0097061E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соблюдать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безопасного поведения пешехода;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6A7C5526" w14:textId="77777777" w:rsidR="005A2C2A" w:rsidRPr="0097061E" w:rsidRDefault="005A2C2A" w:rsidP="0097061E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соблюдать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безопасного поведения в природе;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EDB9182" w14:textId="77777777" w:rsidR="005A2C2A" w:rsidRPr="0097061E" w:rsidRDefault="005A2C2A" w:rsidP="0097061E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помощью взрослых (учителя, родителей) пользоваться электронным дневником и электронными ресурсами школы.</w:t>
      </w:r>
    </w:p>
    <w:p w14:paraId="086A07FD" w14:textId="77777777" w:rsidR="005A2C2A" w:rsidRPr="0097061E" w:rsidRDefault="005A2C2A" w:rsidP="0097061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aps/>
          <w:color w:val="191919" w:themeColor="background1" w:themeShade="1A"/>
          <w:sz w:val="24"/>
          <w:szCs w:val="24"/>
          <w:lang w:val="ru-RU"/>
        </w:rPr>
        <w:t>2 КЛАСС</w:t>
      </w:r>
    </w:p>
    <w:p w14:paraId="66C12DA1" w14:textId="77777777" w:rsidR="005A2C2A" w:rsidRPr="0097061E" w:rsidRDefault="005A2C2A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 концу обучения во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2 классе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обучающийся научится:</w:t>
      </w:r>
    </w:p>
    <w:p w14:paraId="1C006696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находить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Россию на карте мира, на карте России - Москву, свой регион и его главный город;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66C4DF3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узнавать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государственную символику Российской Федерации (гимн, герб, флаг) и своего региона;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13F74BBB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проявлять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1121005B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распознавать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изученные объекты окружающего мира по их описанию, рисункам и фотографиям, различать их в окружающем мире;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A17581C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приводить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2C9BF4BA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проводить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, соблюдая правила безопасного труда, несложные наблюдения и опыты с природными объектами, измерения;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76085324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приводить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примеры изученных взаимосвязей в природе, при меры, иллюстрирующие значение природы в жизни человека;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86A8889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описывать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на основе предложенного плана или опорных слов изученные культурные объекты (достопримечательности родного края, музейные экспонаты);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6A04BE5E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описывать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на основе предложенного плана или опорных слов изученные природные объекты и явления, в том числе звёзды, созвездия, планеты;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3080ABE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группировать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изученные объекты живой и неживой природы по предложенным признакам;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7690F8C1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сравнивать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объекты живой и неживой природы на основе внешних признаков;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2A40D3C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ориентироваться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на местности по местным природным при знакам, Солнцу, компасу;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A9C79DB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создавать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по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заданному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плану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развёрнутые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высказывания о природе и обществе;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FFBB634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использовать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для ответов на вопросы небольшие тексты о природе и обществе;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689B518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lastRenderedPageBreak/>
        <w:t>соблюдать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BF52924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соблюдать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безопасного поведения в школе, правила безопасного поведения пассажира наземного транспорта и метро;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67383898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соблюдать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режим дня и питания;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72E01C59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безопасно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использовать мессенджеры Интернета в условиях контролируемого доступа в Интернет;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1AAC6936" w14:textId="77777777" w:rsidR="005A2C2A" w:rsidRPr="0097061E" w:rsidRDefault="005A2C2A" w:rsidP="0097061E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безопасно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осуществлять коммуникацию в школьных сообществах с помощью учителя в случае необходимости.</w:t>
      </w:r>
    </w:p>
    <w:p w14:paraId="634CFF3A" w14:textId="77777777" w:rsidR="005A2C2A" w:rsidRPr="0097061E" w:rsidRDefault="005A2C2A" w:rsidP="0097061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aps/>
          <w:color w:val="191919" w:themeColor="background1" w:themeShade="1A"/>
          <w:sz w:val="24"/>
          <w:szCs w:val="24"/>
          <w:lang w:val="ru-RU"/>
        </w:rPr>
        <w:t>3 КЛАСС</w:t>
      </w:r>
    </w:p>
    <w:p w14:paraId="1BE84045" w14:textId="77777777" w:rsidR="005A2C2A" w:rsidRPr="0097061E" w:rsidRDefault="005A2C2A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 концу обучения в 3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классе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обучающийся научится:</w:t>
      </w:r>
    </w:p>
    <w:p w14:paraId="37F655A2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различать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государственную символику Российской Федерации (гимн, герб, флаг); проявлять уважение к государственным символам России и своего региона;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003FF508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проявлять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уважение к семейным ценностям и традициям, традициям своего народа и других народов; соблюдать правила нравственного поведения в социуме;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0A7EAD4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приводить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4E8A654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показывать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на карте мира материки, изученные страны мира;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C41A82D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различать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расходы и доходы семейного бюджета;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DDDA102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распознавать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изученные объекты природы по их описанию, рисункам и фотографиям, различать их в окружающем мире;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1A76C1B0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проводить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8F14F5C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группировать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изученные объекты живой и неживой природы, проводить простейшую классификацию;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C7E4EC5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сравнивать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по заданному количеству признаков объекты живой и неживой природы;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4A0A6F1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описывать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на основе предложенного плана изученные объекты и явления природы, выделяя их существенные признаки и характерные свойства;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231616A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использовать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различные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источники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информации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природе и обществе для поиска и извлечения информации, ответов на вопросы;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2B72EEA2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использовать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знания о взаимосвязях в природе, связи человека и природы для объяснения простейших явлений и процессов в природе, организме человека;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73398F7F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фиксировать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результаты наблюдений, опытной работы, в процессе коллективной деятельности обобщать полученные результаты и делать выводы;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0242E264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создавать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AF3D57E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соблюдать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безопасного поведения пассажира железнодорожного, водного и авиатранспорта;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7522156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соблюдать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периодичность двигательной активности и профилактики заболеваний;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04D5B391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соблюдать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безопасного поведения во дворе жилого дома;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1556748E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соблюдать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нравственного поведения на природе;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0C22BE0" w14:textId="77777777" w:rsidR="005A2C2A" w:rsidRPr="0097061E" w:rsidRDefault="005A2C2A" w:rsidP="0097061E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безопасно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использовать персональные данные в условиях контролируемого доступа в Интернет; ориентироваться в возможных мошеннических действиях при общении в мессенджерах.</w:t>
      </w:r>
    </w:p>
    <w:p w14:paraId="241A045F" w14:textId="77777777" w:rsidR="005A2C2A" w:rsidRPr="0097061E" w:rsidRDefault="005A2C2A" w:rsidP="0097061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bCs/>
          <w:caps/>
          <w:color w:val="191919" w:themeColor="background1" w:themeShade="1A"/>
          <w:sz w:val="24"/>
          <w:szCs w:val="24"/>
          <w:lang w:val="ru-RU"/>
        </w:rPr>
        <w:t>4 КЛАСС</w:t>
      </w:r>
    </w:p>
    <w:p w14:paraId="15267BBE" w14:textId="77777777" w:rsidR="005A2C2A" w:rsidRPr="0097061E" w:rsidRDefault="005A2C2A" w:rsidP="0097061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К концу обучения в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4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  <w:lang w:val="ru-RU"/>
        </w:rPr>
        <w:t>классе</w:t>
      </w:r>
      <w:r w:rsidRPr="0097061E">
        <w:rPr>
          <w:rFonts w:ascii="Times New Roman" w:eastAsia="Times New Roman" w:hAnsi="Times New Roman" w:cs="Times New Roman"/>
          <w:b/>
          <w:bCs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обучающийся научится:</w:t>
      </w:r>
    </w:p>
    <w:p w14:paraId="0065E997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lastRenderedPageBreak/>
        <w:t>проявлять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60BEF6DB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показывать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России</w:t>
      </w:r>
      <w:proofErr w:type="spell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); </w:t>
      </w:r>
    </w:p>
    <w:p w14:paraId="191127D3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показывать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на исторической карте места изученных исторических событий;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4231799B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находить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место изученных событий на «ленте времени»;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7F1312BC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знать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основные права и обязанности гражданина Российской Федерации;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19C2B7ED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соотносить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изученные исторические события и исторических деятелей с веками и периодами истории России;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E16BBDD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рассказывать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2931F30A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описывать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7C4593BB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проводить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1441699E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распознавать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изученные объекты и явления живой и неживой природы по их описанию, рисункам и фотографиям, различать их в окружающем мире;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2C7D8F77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группировать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изученные объекты живой и неживой природы, самостоятельно выбирая признак для группировки; проводить простейшие классификации;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67F5A37E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сравнивать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объекты живой и неживой природы на основе их внешних признаков и известных характерных свойств;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558DFBC1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использовать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42FFF2EE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называть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наиболее значимые природные объекты Всемирного наследия в России и за рубежом (в пределах изученного);</w:t>
      </w:r>
    </w:p>
    <w:p w14:paraId="701769CD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называть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экологические проблемы и определять пути их решения;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4D42D967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создавать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по заданному плану собственные развёрнутые высказывания о природе и обществе;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189B2F0B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использовать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различные источники информации для поиска и извлечения информации, ответов на вопросы;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14687EAF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соблюдать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нравственного поведения на природе;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07D0B035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осознавать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возможные последствия вредных привычек для здоровья и жизни человека;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6C04904E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соблюдать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0621033D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соблюдать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правила безопасного поведения при езде на велосипеде, самокате;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</w:p>
    <w:p w14:paraId="3B85FB39" w14:textId="77777777" w:rsidR="005A2C2A" w:rsidRPr="0097061E" w:rsidRDefault="005A2C2A" w:rsidP="0097061E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gramStart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осуществлять</w:t>
      </w:r>
      <w:proofErr w:type="gramEnd"/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безопасный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поиск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образовательных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</w:rPr>
        <w:t> </w:t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ресурсов и достоверной информации в Интернете.</w:t>
      </w:r>
    </w:p>
    <w:p w14:paraId="1E039F2A" w14:textId="77777777" w:rsidR="005A2C2A" w:rsidRPr="0097061E" w:rsidRDefault="005A2C2A" w:rsidP="0097061E">
      <w:pPr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sectPr w:rsidR="005A2C2A" w:rsidRPr="0097061E" w:rsidSect="001B46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7B1F520" w14:textId="77777777" w:rsidR="00EF279D" w:rsidRPr="0097061E" w:rsidRDefault="00EF279D" w:rsidP="0097061E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1115AE7C" w14:textId="0672F232" w:rsidR="00EF279D" w:rsidRPr="0097061E" w:rsidRDefault="005E5C11" w:rsidP="0097061E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w w:val="101"/>
          <w:sz w:val="24"/>
          <w:szCs w:val="24"/>
        </w:rPr>
        <w:t>IV</w:t>
      </w: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w w:val="101"/>
          <w:sz w:val="24"/>
          <w:szCs w:val="24"/>
          <w:lang w:val="ru-RU"/>
        </w:rPr>
        <w:t xml:space="preserve">. </w:t>
      </w:r>
      <w:r w:rsidR="00964296" w:rsidRPr="0097061E">
        <w:rPr>
          <w:rFonts w:ascii="Times New Roman" w:eastAsia="Times New Roman" w:hAnsi="Times New Roman" w:cs="Times New Roman"/>
          <w:b/>
          <w:color w:val="191919" w:themeColor="background1" w:themeShade="1A"/>
          <w:w w:val="101"/>
          <w:sz w:val="24"/>
          <w:szCs w:val="24"/>
          <w:lang w:val="ru-RU"/>
        </w:rPr>
        <w:t xml:space="preserve">ТЕМАТИЧЕСКОЕ ПЛАНИРОВАНИЕ </w:t>
      </w:r>
      <w:r w:rsidR="0069187C" w:rsidRPr="0097061E">
        <w:rPr>
          <w:rFonts w:ascii="Times New Roman" w:eastAsia="Times New Roman" w:hAnsi="Times New Roman" w:cs="Times New Roman"/>
          <w:b/>
          <w:color w:val="191919" w:themeColor="background1" w:themeShade="1A"/>
          <w:w w:val="101"/>
          <w:sz w:val="24"/>
          <w:szCs w:val="24"/>
          <w:lang w:val="ru-RU"/>
        </w:rPr>
        <w:t>1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074"/>
        <w:gridCol w:w="528"/>
        <w:gridCol w:w="1106"/>
        <w:gridCol w:w="1140"/>
        <w:gridCol w:w="864"/>
        <w:gridCol w:w="3410"/>
        <w:gridCol w:w="1248"/>
        <w:gridCol w:w="3664"/>
      </w:tblGrid>
      <w:tr w:rsidR="00EF279D" w:rsidRPr="0097061E" w14:paraId="684FE9A1" w14:textId="7777777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D3871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right="144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№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F15D9B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A0F99F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51B55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Дата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изучения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466C2A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Виды деятельности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04A65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Виды, формы контроля</w:t>
            </w:r>
          </w:p>
        </w:tc>
        <w:tc>
          <w:tcPr>
            <w:tcW w:w="3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22D4F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Электронные </w:t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(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цифровые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)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образовательные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ресурсы</w:t>
            </w:r>
            <w:proofErr w:type="spellEnd"/>
          </w:p>
        </w:tc>
      </w:tr>
      <w:tr w:rsidR="00EF279D" w:rsidRPr="0097061E" w14:paraId="05E7EC7A" w14:textId="77777777" w:rsidTr="007F7841">
        <w:trPr>
          <w:trHeight w:hRule="exact" w:val="54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BBA6" w14:textId="77777777" w:rsidR="00EF279D" w:rsidRPr="0097061E" w:rsidRDefault="00EF279D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BA4E" w14:textId="77777777" w:rsidR="00EF279D" w:rsidRPr="0097061E" w:rsidRDefault="00EF279D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E90480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5E64E3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контрольные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512FC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практические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F068" w14:textId="77777777" w:rsidR="00EF279D" w:rsidRPr="0097061E" w:rsidRDefault="00EF279D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91D5" w14:textId="77777777" w:rsidR="00EF279D" w:rsidRPr="0097061E" w:rsidRDefault="00EF279D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803A" w14:textId="77777777" w:rsidR="00EF279D" w:rsidRPr="0097061E" w:rsidRDefault="00EF279D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27D6" w14:textId="77777777" w:rsidR="00EF279D" w:rsidRPr="0097061E" w:rsidRDefault="00EF279D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</w:tr>
      <w:tr w:rsidR="00EF279D" w:rsidRPr="0097061E" w14:paraId="7D50D24E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67AC7C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Раздел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1.</w:t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Человек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и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общество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</w:tr>
      <w:tr w:rsidR="00EF279D" w:rsidRPr="0097061E" w14:paraId="210DB04F" w14:textId="77777777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A1028F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EBE41E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Школьные традиции и праздники. Классный, школьный коллектив, совместная деятельность.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9B274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3E49C5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A10440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2CE47D" w14:textId="7287ACE3" w:rsidR="00EF279D" w:rsidRPr="0097061E" w:rsidRDefault="00EF279D" w:rsidP="0097061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467610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00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Экскурсия по школе, знакомство с помещениями;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2C17F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Устный опрос;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9FEB2B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resh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subject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lesson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/5958/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start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/104569/ </w:t>
            </w:r>
          </w:p>
        </w:tc>
      </w:tr>
      <w:tr w:rsidR="00EF279D" w:rsidRPr="0097061E" w14:paraId="5BEAD606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31787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1.2.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E6C4FE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Одноклассники, взаимоотношения между ними; ценность дружбы,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взаимной помощи.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202FB9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D391F7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938EB0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D5ED98" w14:textId="5A007700" w:rsidR="00EF279D" w:rsidRPr="0097061E" w:rsidRDefault="00EF279D" w:rsidP="0097061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08E37E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Обсуждение ситуаций по теме «Правила поведения в классе и в;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школе»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;</w:t>
            </w:r>
            <w:proofErr w:type="gramEnd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C3B9B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Устный опрос;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577330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iu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video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-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lessons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/818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f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4005-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65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b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-4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76-86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ae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-8975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b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5585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f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05</w:t>
            </w:r>
          </w:p>
        </w:tc>
      </w:tr>
      <w:tr w:rsidR="00EF279D" w:rsidRPr="0097061E" w14:paraId="3C08A178" w14:textId="7777777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2178FF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2BC028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Рабочее место школьника. Правила безопасной работы на учебном месте, режим труда и отдыха.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777920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6E9C1E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67D60E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8BC8E7" w14:textId="7F449F1E" w:rsidR="005A2C2A" w:rsidRPr="0097061E" w:rsidRDefault="005A2C2A" w:rsidP="0097061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71C77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Беседа по теме «Как содержать рабочее место в порядке»;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FBACD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Устный опрос; Практическая работа;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228300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iu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video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-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lessons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960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ef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9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f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-5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eb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5-4199-8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aab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-74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cda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879504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a</w:t>
            </w:r>
          </w:p>
        </w:tc>
      </w:tr>
      <w:tr w:rsidR="00EF279D" w:rsidRPr="0097061E" w14:paraId="17A2ED6A" w14:textId="77777777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2745D9" w14:textId="488F0F72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AF53BA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Россия Москва — столица России. Народы России.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2BBB6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C0EDB5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6BEE53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A2E17C" w14:textId="06993AE9" w:rsidR="00EF279D" w:rsidRPr="0097061E" w:rsidRDefault="00EF279D" w:rsidP="0097061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B12B4A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Просмотр и обсуждение иллюстраций,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видеофрагментов и других материалов (по выбору) на темы «Москва — столица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России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»,«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Экскурсия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 по Москве»;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D6762C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Практическая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работа;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proofErr w:type="spellStart"/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использованием«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Оценочного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8049FB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resh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subject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lesson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/5091/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start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/118888/</w:t>
            </w:r>
          </w:p>
        </w:tc>
      </w:tr>
      <w:tr w:rsidR="00EF279D" w:rsidRPr="0097061E" w14:paraId="55298F19" w14:textId="77777777">
        <w:trPr>
          <w:trHeight w:hRule="exact" w:val="111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7ABD12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1.5.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B432E7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422"/>
              <w:jc w:val="both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Первоначальные сведения о родном крае. Название своего   населённого пункта (города, села), региона.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11C02E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066CA5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82B7CE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D226B6" w14:textId="17E62C89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</w:p>
        </w:tc>
        <w:tc>
          <w:tcPr>
            <w:tcW w:w="34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23FBE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Рассматривание и описание изделий народных промыслов родного края и народов России;</w:t>
            </w:r>
          </w:p>
        </w:tc>
        <w:tc>
          <w:tcPr>
            <w:tcW w:w="12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8349A0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proofErr w:type="spellStart"/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использованием«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Оценочного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36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AC32E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Урок «Что такое Родина и что мы знаем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о народах России?» (РЭШ)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resh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subject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lesson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/5091/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start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/118888/</w:t>
            </w:r>
          </w:p>
        </w:tc>
      </w:tr>
      <w:tr w:rsidR="00EF279D" w:rsidRPr="0097061E" w14:paraId="678036E0" w14:textId="77777777">
        <w:trPr>
          <w:trHeight w:hRule="exact" w:val="8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3A15A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31C96C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Культурные объекты родного края. Труд людей. Ценность и красота рукотворного мира.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08F1E7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34F133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1619E8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EC8DBB" w14:textId="744748B3" w:rsidR="00EF279D" w:rsidRPr="0097061E" w:rsidRDefault="00EF279D" w:rsidP="0097061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061E78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right="432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Экскурсии, целевые прогулки, просмотр иллюстраций, видеофрагментов и других материалов о родном крае, труде людей;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CBABC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899E07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https://education.yandex.ru/main/</w:t>
            </w:r>
          </w:p>
        </w:tc>
      </w:tr>
      <w:tr w:rsidR="00EF279D" w:rsidRPr="0097061E" w14:paraId="0E62DC46" w14:textId="7777777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C6226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2293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Правила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поведения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в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социуме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935F5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BCA5CE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31A19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10B17C" w14:textId="6DBCFF6C" w:rsidR="00EF279D" w:rsidRPr="0097061E" w:rsidRDefault="00EF279D" w:rsidP="0097061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75D28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Беседа по теме «Правила поведения в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учреждениях культуры — в театре, музее, библиотеке»;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19DE1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69941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Урок «Как живёт семья? Моя семья!» (РЭШ)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resh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subject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lesson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/3632/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start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/122820/</w:t>
            </w:r>
          </w:p>
        </w:tc>
      </w:tr>
      <w:tr w:rsidR="00EF279D" w:rsidRPr="0097061E" w14:paraId="18BE2B98" w14:textId="7777777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A9197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4287E7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Моя семья в прошлом и настоящем. Имена и фамилии членов семьи, их профессии.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648010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91AE45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D75958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8B5B5D" w14:textId="069FD0F1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3CC2D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Учебный диалог по теме «Что такое семья»;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0AC96E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DE646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72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http://school-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collection.edu.ru/catalog/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rubr</w:t>
            </w:r>
            <w:proofErr w:type="spellEnd"/>
          </w:p>
        </w:tc>
      </w:tr>
      <w:tr w:rsidR="00EF279D" w:rsidRPr="0097061E" w14:paraId="34010297" w14:textId="77777777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B22D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4438F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Взаимоотношения и взаимопомощь в семье.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Совместный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труд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 и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отдых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F09A4A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5C04D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318A09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895961" w14:textId="3C1F6705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36BD7A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Рассказы детей по теме «Как наша семья проводит свободное время»;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0F9FA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6BA0B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72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http://school-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collection.edu.ru/catalog/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rubr</w:t>
            </w:r>
            <w:proofErr w:type="spellEnd"/>
          </w:p>
        </w:tc>
      </w:tr>
      <w:tr w:rsidR="00EF279D" w:rsidRPr="0097061E" w14:paraId="08ED5F98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CD3598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1.10.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8DE0C9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Домашний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адрес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54D5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A41582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DA0A7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CF98AB" w14:textId="1BC010DF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0CFA2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Научить правильно называть адрес своего проживания (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улица;;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дом);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A48E7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;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Письменный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  <w:br/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контроль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5B9199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https://uchi.ru/teachers/hometasks/new</w:t>
            </w:r>
          </w:p>
        </w:tc>
      </w:tr>
      <w:tr w:rsidR="00EF279D" w:rsidRPr="0097061E" w14:paraId="24DDEE4A" w14:textId="77777777">
        <w:trPr>
          <w:trHeight w:hRule="exact" w:val="328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7908DD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Итого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по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5B41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18</w:t>
            </w:r>
          </w:p>
        </w:tc>
        <w:tc>
          <w:tcPr>
            <w:tcW w:w="114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E9C956" w14:textId="77777777" w:rsidR="00EF279D" w:rsidRPr="0097061E" w:rsidRDefault="00EF279D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</w:tr>
      <w:tr w:rsidR="00EF279D" w:rsidRPr="0097061E" w14:paraId="7AC5189D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92E0C2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lastRenderedPageBreak/>
              <w:t>Раздел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2.</w:t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Человек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и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природа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</w:tr>
      <w:tr w:rsidR="00EF279D" w:rsidRPr="0097061E" w14:paraId="60503492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4E2A55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AE87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Природа и предметы, созданные человеком. Природные материалы. Бережное отношение к пред метам, вещам, уход за ними.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74816F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964A42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AB6BAB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4E409B" w14:textId="349FA3EF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117C93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right="576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Учебный диалог по теме «Почему люди должны оберегать и охранять природу»;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E4D1D2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522487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http://school-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collection.edu.ru/catalog/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rubr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/c6bd8391-5353-9687-</w:t>
            </w:r>
          </w:p>
        </w:tc>
      </w:tr>
      <w:tr w:rsidR="00EF279D" w:rsidRPr="0097061E" w14:paraId="65C7F8E2" w14:textId="77777777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FDA3AB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7CE722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Неживая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и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живая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природа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BBE1B0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CDEAB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B236CA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ECA1B9" w14:textId="6B60D4FF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0514D7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Работа с иллюстративным материалом: «Живая и неживая природа»;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D65C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357B4C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https://education.yandex.ru/main/</w:t>
            </w:r>
          </w:p>
        </w:tc>
      </w:tr>
      <w:tr w:rsidR="00EF279D" w:rsidRPr="0097061E" w14:paraId="25FAECA5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A3F40E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D6A3E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Погода и термометр. Наблюдение за погодой своего края.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Сезонные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  <w:br/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изменения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в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природе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5A1D65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6950B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30894F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106C06" w14:textId="691E6199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0CF13B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Практическая работа по теме «Измеряем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температуру»;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Работа с иллюстративным материалом: «Живая и неживая природа»;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F301C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;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Практическая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работа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358D8C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Урок «Когда придёт суббота? </w:t>
            </w:r>
          </w:p>
          <w:p w14:paraId="0983F28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Когда наступит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лето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?»(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РЭШ)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resh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subject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lesson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/5364/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start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/154731/</w:t>
            </w:r>
          </w:p>
        </w:tc>
      </w:tr>
      <w:tr w:rsidR="00EF279D" w:rsidRPr="0097061E" w14:paraId="4CAF85DA" w14:textId="77777777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54F1C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C89E7E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Взаимосвязи между человеком и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природой. Правила нравственного и безопасного поведения в природе.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751FE3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5538AF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6C56BC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4836DF" w14:textId="4D930CE3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DFB47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Обсуждение ситуаций по теме «Правила поведения в природе»;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4DACC9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proofErr w:type="spellStart"/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использованием«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Оценочного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EA544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Урок «Откуда берется мусор и грязь?» (РЭШ)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resh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subject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lesson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/3963/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start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/295927/</w:t>
            </w:r>
          </w:p>
        </w:tc>
      </w:tr>
      <w:tr w:rsidR="00EF279D" w:rsidRPr="0097061E" w14:paraId="003D786A" w14:textId="77777777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AECB2C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B51BB2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Растения ближайшего окружения (узнавание, называние, краткое описание).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F444CA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00045F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B4AE9E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9BB1D9" w14:textId="1D62464B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02B27D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Определение названия по внешнему виду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дерева;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Работа с иллюстративным материалом: деление растений на две группы — дикорастущие и культурные;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864B6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;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Практическая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работа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6F6F9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Урок «Что у нас над головой и что у нас под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ногами?» (РЭШ)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resh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subject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lesson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/5127/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conspect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/105671</w:t>
            </w:r>
          </w:p>
        </w:tc>
      </w:tr>
      <w:tr w:rsidR="00EF279D" w:rsidRPr="0097061E" w14:paraId="32A143A1" w14:textId="77777777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4138B3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28FBBA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Лиственные и хвойные растения.</w:t>
            </w:r>
          </w:p>
          <w:p w14:paraId="154DE87D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Дикорастущие и культурные растения.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DCB5AF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32F63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1C1DDB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B222DC" w14:textId="5E2F7F50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F05CFD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Определение названия по внешнему виду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дерева;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Работа с иллюстративным материалом: деление растений на две группы — дикорастущие и культурные;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2C348B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Устный опрос; Практическая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работа;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proofErr w:type="spellStart"/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использованием«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Оценочного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8A22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Урок "Хвойные и лиственные деревья"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resh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subject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lesson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/4043/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train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/117461/</w:t>
            </w:r>
          </w:p>
        </w:tc>
      </w:tr>
      <w:tr w:rsidR="00EF279D" w:rsidRPr="0097061E" w14:paraId="32FAB45A" w14:textId="77777777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AC376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D641EF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Части растения (называние, краткая характеристика значения для жизни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растения): корень, стебель, лист, цветок, плод, семя.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C4DA9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2C0C1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D86A9B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7E9926" w14:textId="0841E56C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C5FC4D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Практическая работа по теме «Найдите у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растений их части»;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Рассматривание и зарисовка разнообразия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частей растения: разные листья, разные цветки и плоды, разные корни (по выбору);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6D0A57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контроль;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26288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Урок «Растения. Части растения» (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iu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video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-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lessons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/8109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edd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1-6631-4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a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13-8374-052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a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83838684</w:t>
            </w:r>
          </w:p>
        </w:tc>
      </w:tr>
      <w:tr w:rsidR="00EF279D" w:rsidRPr="0097061E" w14:paraId="24C1DCF9" w14:textId="77777777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E5BC55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76E85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Комнатные растения, правила содержания и ухода.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BC14D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776D2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A2E868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BA87AA" w14:textId="630B0852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F37333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Практическая работа по теме «Найдите у растений их части»;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9761B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контроль;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8B8803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Урок «Что общего у разных растений?</w:t>
            </w:r>
          </w:p>
          <w:p w14:paraId="51EDA438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Какие растения растут дома и на клумбе?» (РЭШ)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resh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subject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lesson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/3610/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start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/154046/</w:t>
            </w:r>
          </w:p>
        </w:tc>
      </w:tr>
      <w:tr w:rsidR="00EF279D" w:rsidRPr="0097061E" w14:paraId="5C6F2DFF" w14:textId="77777777">
        <w:trPr>
          <w:trHeight w:hRule="exact" w:val="14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71420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DBD709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Разные группы животных (звери, насекомые, птицы, рыбы и др.).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D52BB7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FAF535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9DB10B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9DD514" w14:textId="394B1273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04313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Игра-соревнование по теме «Кто больше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назовёт насекомых (птиц, зверей…)»;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Наблюдения за поведением животных в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естественных условиях: повадки птиц,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движения зверей, условия обитаний насекомых (во время экскурсий, целевых прогулок,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просмотра видеоматериалов);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DFDEE0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контроль;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75E217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Урок «Такие разные животные?» (РЭШ)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resh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subject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lesson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/3940/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start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/154258/</w:t>
            </w:r>
          </w:p>
        </w:tc>
      </w:tr>
      <w:tr w:rsidR="00EF279D" w:rsidRPr="0097061E" w14:paraId="05595C5C" w14:textId="7777777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6DE4C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2.10.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EE457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Домашние и дикие животные (различия в условиях жизни).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EBAF4A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B0612F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8CFD80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5DE8A" w14:textId="100F8565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96FFBE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Логическая задача: найди ошибку в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иллюстрациях — какое животное попало в эту группу неправильно;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DDEAED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;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Практическая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работа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A43D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Урок «Царство Животные» (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iu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video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-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lessons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bb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301165-36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be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-4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f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7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-9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dfd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af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44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a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99792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4</w:t>
            </w:r>
          </w:p>
        </w:tc>
      </w:tr>
      <w:tr w:rsidR="00EF279D" w:rsidRPr="0097061E" w14:paraId="37974FDC" w14:textId="77777777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38F350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lastRenderedPageBreak/>
              <w:t>2.11.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DB1F40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Забота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о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домашних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питомцах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AB642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3F044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93ECD6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F1ADCC" w14:textId="3E7D2F56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A5661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Рассказы детей по теме «Мой домашний питомец»;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4976DE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контроль;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61CA35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Урок «Почему мы любим кошек и собак? Мои домашние питомцы» (РЭШ)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resh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subject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lesson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/3664/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start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/154781/</w:t>
            </w:r>
          </w:p>
        </w:tc>
      </w:tr>
      <w:tr w:rsidR="00EF279D" w:rsidRPr="0097061E" w14:paraId="4BB772B5" w14:textId="77777777">
        <w:trPr>
          <w:trHeight w:hRule="exact" w:val="506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DF8775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Итого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по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C79DC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40</w:t>
            </w:r>
          </w:p>
        </w:tc>
        <w:tc>
          <w:tcPr>
            <w:tcW w:w="114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BBA50B" w14:textId="77777777" w:rsidR="00EF279D" w:rsidRPr="0097061E" w:rsidRDefault="00EF279D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</w:tr>
      <w:tr w:rsidR="00EF279D" w:rsidRPr="0097061E" w14:paraId="59B47A2A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B8702E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Раздел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3.</w:t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Правила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безопасной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жизни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</w:tr>
      <w:tr w:rsidR="00EF279D" w:rsidRPr="0097061E" w14:paraId="12781DC7" w14:textId="77777777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BF74D8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3.1.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F28FA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Необходимость соблюдения режима дня, правил здорового питания и личной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гигиены.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7D1BC8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9FB115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593BE9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5C25D9" w14:textId="638DC032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4C542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Беседа по теме «Что такое режим дня»: обсуждение режима дня первоклассника; Рассказ учителя: «Что такое правильное питание»;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B03D22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контроль;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26181F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Урок «Как мы будем заботиться о здоровье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?»(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РЭШ)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resh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subject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lesson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/4002/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start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/119243/</w:t>
            </w:r>
          </w:p>
        </w:tc>
      </w:tr>
      <w:tr w:rsidR="00EF279D" w:rsidRPr="0097061E" w14:paraId="7470E234" w14:textId="7777777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1B1DD5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3.2.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54333F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Правила безопасности в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быту: пользование бытовыми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электро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 приборами, газовыми плитами.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3EBA92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88663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C5B9B3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71D593" w14:textId="501322B8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1B6888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Практическое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занятие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в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кабинете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85F443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F8736D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Урок «Здоровый образ жизни. Гигиена» (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iu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video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-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lessons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18093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fe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-4889-44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a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3-8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fd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2-789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b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4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a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2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ff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520</w:t>
            </w:r>
          </w:p>
        </w:tc>
      </w:tr>
      <w:tr w:rsidR="00EF279D" w:rsidRPr="0097061E" w14:paraId="633CCF1D" w14:textId="77777777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A2DB47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3.3.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C30C55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Дорога от дома до школы. Правила безопасного поведения пешехода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(дорожные знаки, дорожная разметка, дорожные сигналы).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BCF50A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16A82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2FC9F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36F7B" w14:textId="0927BD8C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B8935B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Практическое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занятие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в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кабинете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9E37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;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Практическая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работа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7810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Урок «Что окружает нас дома? Что может быть опасным дома и на дороге?»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(РЭШ)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https://resh.edu.ru/subject/lesson/4062/start/81551/</w:t>
            </w:r>
          </w:p>
        </w:tc>
      </w:tr>
      <w:tr w:rsidR="00EF279D" w:rsidRPr="0097061E" w14:paraId="0FBD0404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E27DE1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3.4.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03DB42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Безопасность в сети Интернет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(электронный дневник и электронные ресурсы школы) в условиях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контролируемого доступа в Интернет.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FF477F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66A8C7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65CBBC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5C549" w14:textId="549F4906" w:rsidR="00EF279D" w:rsidRPr="0097061E" w:rsidRDefault="00EF279D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E6122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Практическое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занятие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в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кабинете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D1002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FF0DB0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Урок «Итоговый урок по разделу «Что и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кто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?»(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РЭШ)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https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resh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subject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lesson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/3999/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start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/270597/</w:t>
            </w:r>
          </w:p>
        </w:tc>
      </w:tr>
      <w:tr w:rsidR="00EF279D" w:rsidRPr="0097061E" w14:paraId="575AA276" w14:textId="77777777">
        <w:trPr>
          <w:trHeight w:hRule="exact" w:val="348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4FBBD5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Итого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по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E5C4ED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8</w:t>
            </w:r>
          </w:p>
        </w:tc>
        <w:tc>
          <w:tcPr>
            <w:tcW w:w="114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09D2C" w14:textId="77777777" w:rsidR="00EF279D" w:rsidRPr="0097061E" w:rsidRDefault="00EF279D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</w:tr>
      <w:tr w:rsidR="00EF279D" w:rsidRPr="0097061E" w14:paraId="16DA8429" w14:textId="77777777">
        <w:trPr>
          <w:trHeight w:hRule="exact" w:val="348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175DE9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Резервное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A93B4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8134FC" w14:textId="77777777" w:rsidR="00EF279D" w:rsidRPr="0097061E" w:rsidRDefault="00EF279D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</w:tr>
      <w:tr w:rsidR="00EF279D" w:rsidRPr="0097061E" w14:paraId="5870ACD7" w14:textId="77777777">
        <w:trPr>
          <w:trHeight w:hRule="exact" w:val="520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0CDFDA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 w:right="86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F48890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66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27B209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E5E62D" w14:textId="77777777" w:rsidR="00EF279D" w:rsidRPr="0097061E" w:rsidRDefault="00964296" w:rsidP="0097061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19</w:t>
            </w:r>
          </w:p>
        </w:tc>
        <w:tc>
          <w:tcPr>
            <w:tcW w:w="91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BC28AA" w14:textId="77777777" w:rsidR="00EF279D" w:rsidRPr="0097061E" w:rsidRDefault="00EF279D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</w:tr>
    </w:tbl>
    <w:p w14:paraId="75A39EF3" w14:textId="77777777" w:rsidR="00EF279D" w:rsidRPr="0097061E" w:rsidRDefault="00EF279D" w:rsidP="0097061E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</w:rPr>
      </w:pPr>
    </w:p>
    <w:p w14:paraId="52F22E02" w14:textId="77777777" w:rsidR="00DD53E2" w:rsidRPr="0097061E" w:rsidRDefault="00DD53E2" w:rsidP="0097061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191919" w:themeColor="background1" w:themeShade="1A"/>
          <w:w w:val="101"/>
          <w:sz w:val="24"/>
          <w:szCs w:val="24"/>
        </w:rPr>
      </w:pPr>
    </w:p>
    <w:p w14:paraId="6C0FC084" w14:textId="02C21666" w:rsidR="0069187C" w:rsidRPr="0097061E" w:rsidRDefault="0069187C" w:rsidP="0097061E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w w:val="101"/>
          <w:sz w:val="24"/>
          <w:szCs w:val="24"/>
        </w:rPr>
        <w:t xml:space="preserve">ТЕМАТИЧЕСКОЕ ПЛАНИРОВАНИЕ </w:t>
      </w: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w w:val="101"/>
          <w:sz w:val="24"/>
          <w:szCs w:val="24"/>
          <w:lang w:val="ru-RU"/>
        </w:rPr>
        <w:t>2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550"/>
        <w:gridCol w:w="530"/>
        <w:gridCol w:w="1104"/>
        <w:gridCol w:w="1140"/>
        <w:gridCol w:w="866"/>
        <w:gridCol w:w="3240"/>
        <w:gridCol w:w="1238"/>
        <w:gridCol w:w="2366"/>
      </w:tblGrid>
      <w:tr w:rsidR="0069187C" w:rsidRPr="0097061E" w14:paraId="3F8B18AF" w14:textId="77777777" w:rsidTr="001B4642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597D7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right="144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№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п/п</w:t>
            </w:r>
          </w:p>
        </w:tc>
        <w:tc>
          <w:tcPr>
            <w:tcW w:w="4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B2E2AB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28D5E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Количество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AA3576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Дата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  <w:br/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5C4197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Виды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4D026A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Виды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,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формы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627E10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Электронные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(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цифровые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)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образовательные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ресурсы</w:t>
            </w:r>
            <w:proofErr w:type="spellEnd"/>
          </w:p>
        </w:tc>
      </w:tr>
      <w:tr w:rsidR="0069187C" w:rsidRPr="0097061E" w14:paraId="3ACFFD90" w14:textId="77777777" w:rsidTr="001B4642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87D" w14:textId="77777777" w:rsidR="0069187C" w:rsidRPr="0097061E" w:rsidRDefault="0069187C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419E5839" w14:textId="77777777" w:rsidR="0069187C" w:rsidRPr="0097061E" w:rsidRDefault="0069187C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B635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FCCC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контрольные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2F36E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практические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775ACCA7" w14:textId="77777777" w:rsidR="0069187C" w:rsidRPr="0097061E" w:rsidRDefault="0069187C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716A2976" w14:textId="77777777" w:rsidR="0069187C" w:rsidRPr="0097061E" w:rsidRDefault="0069187C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8B62" w14:textId="77777777" w:rsidR="0069187C" w:rsidRPr="0097061E" w:rsidRDefault="0069187C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D74B" w14:textId="77777777" w:rsidR="0069187C" w:rsidRPr="0097061E" w:rsidRDefault="0069187C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</w:tr>
      <w:tr w:rsidR="0069187C" w:rsidRPr="0097061E" w14:paraId="0DE028CC" w14:textId="77777777" w:rsidTr="001B464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3F425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Раздел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1.</w:t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Человек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и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общество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</w:tr>
      <w:tr w:rsidR="0069187C" w:rsidRPr="0097061E" w14:paraId="4D92B665" w14:textId="77777777" w:rsidTr="001B4642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89C7E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1.1.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FC64EFF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Наша Родина — Россия, Российская Федерация. Россия и её столица на карте.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1461C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7B5FD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1963E5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91A3462" w14:textId="7DC1489D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589EE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Рассказ учителя, рассматривание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иллюстраций, чтение текстов о федеративном устройстве России, о многонациональном составе населения страны;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D4847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9C76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102D44CD" w14:textId="77777777" w:rsidTr="001B464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6C1896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DF7E87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Государственные символы России,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символика  своего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 региона.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9D087F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BDAF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CD02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AF99958" w14:textId="7B0B9C4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7C9B8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Рассказ учителя, рассматривание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иллюстраций, чтение текстов о федеративном устройстве России, о многонациональном составе населения страны;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66C28F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2DD37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1E82DB58" w14:textId="77777777" w:rsidTr="001B4642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B51A5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1.3.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5BFE8A6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Москва —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столи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ца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. Достопримечательности Москвы.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Страницы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истории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Москвы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4D03D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9A342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CF107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3B842DB" w14:textId="077749B5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E9B547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Рассказ учителя, рассматривание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иллюстраций, чтение текстов о федеративном устройстве России, о многонациональном составе населения страны;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Игра-путешествие по теме «Работаем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экскурсоводами, проводим экскурсии по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Москве, Санкт-Петербургу»;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Рассказ учителя по теме «История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возникновения Москвы»;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DC706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D048BA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1A61407C" w14:textId="77777777" w:rsidTr="001B464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25754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1.4.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1118C2C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Города России. Свой регион и его столица на карте РФ.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3B4A3A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B6F88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293C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3BC8EFD" w14:textId="06534640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65B40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 w:right="43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Работа с картой: Россия, Москва, Санкт-Петербург, наш регион на карте РФ;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A769D5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940A7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259471AD" w14:textId="77777777" w:rsidTr="001B4642">
        <w:trPr>
          <w:trHeight w:hRule="exact" w:val="14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F387B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1.5.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CA9AFC6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Россия — многонациональное государство. Народы России, их традиции, обычаи, праздники.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C91F49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C223FC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EB6D1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EC5C0F5" w14:textId="43BAC025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886587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Чтение текстов учебника о народах России, об их традициях, обычаях, праздниках;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B9C86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;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Контрольная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  <w:br/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работа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A0882A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</w:tbl>
    <w:p w14:paraId="4AD9B916" w14:textId="77777777" w:rsidR="0069187C" w:rsidRPr="0097061E" w:rsidRDefault="0069187C" w:rsidP="0097061E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550"/>
        <w:gridCol w:w="530"/>
        <w:gridCol w:w="1104"/>
        <w:gridCol w:w="1140"/>
        <w:gridCol w:w="866"/>
        <w:gridCol w:w="3240"/>
        <w:gridCol w:w="1238"/>
        <w:gridCol w:w="2366"/>
      </w:tblGrid>
      <w:tr w:rsidR="0069187C" w:rsidRPr="0097061E" w14:paraId="7ED79836" w14:textId="77777777" w:rsidTr="001B464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9E6686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1.6.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0CFDAE0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129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Родной край, его природные и культурные достопримечательности.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0CA60F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4B496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4B6728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3C13DAE" w14:textId="6E6A1C70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67EF0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Составление сообщения об истории родного края (при помощи взрослых, с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использованием дополнительных источников информации);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4925C6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3AF50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62B369FE" w14:textId="77777777" w:rsidTr="001B4642">
        <w:trPr>
          <w:trHeight w:hRule="exact" w:val="15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F73B1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1.7.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AA1C0EF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Значимые события истории родного края. Свой регион и его главный город   на карте.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736EC8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DE65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298E56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D465C13" w14:textId="77D1DC16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470EC7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Составление сообщения об истории родного края (при помощи взрослых, с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использованием дополнительных источников информации);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EEC3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89DB6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0593E0DB" w14:textId="77777777" w:rsidTr="001B464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F6121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6219808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proofErr w:type="gram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Хозяйственные  занятия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, профессии жителей родного  края. Значение труда в жизни человека и общества.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D25F45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9DB747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8CF72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1F1B31C" w14:textId="48F52B4E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71184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Учебный диалог по теме «Зачем чело век трудится?»;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Дидактическая игра по теме «Профессии города и села»;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BC62B6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;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Контрольная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  <w:br/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работа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23A59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02189B5C" w14:textId="77777777" w:rsidTr="001B4642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5ECF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1.9.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B010E3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Семья </w:t>
            </w:r>
            <w:r w:rsidRPr="0097061E">
              <w:rPr>
                <w:rFonts w:ascii="Times New Roman" w:eastAsia="Times New Roman" w:hAnsi="Times New Roman" w:cs="Times New Roman"/>
                <w:b/>
                <w:i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— </w:t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коллектив. Семейное древо. Семейные ценности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. и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 традиции.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BDE5A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DDF258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A6F707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35FB876" w14:textId="008B3E29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4567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Учебный диалог по теме «Послушаем друг друга, расскажем о своей семье»;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50325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B670F7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4DBE1275" w14:textId="77777777" w:rsidTr="001B4642">
        <w:trPr>
          <w:trHeight w:hRule="exact" w:val="15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0CD3E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1.10.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82A9A6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proofErr w:type="gram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Совместный  труд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 и отдых. Участие детей в делах семьи.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1CBC0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A2891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716F59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9C9942E" w14:textId="78DC50CE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46834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Практическая работа по теме «Составление схемы родословного древа семьи»;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27EB99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86497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1BAAA673" w14:textId="77777777" w:rsidTr="001B4642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D6E860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1.11.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29D647F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Правила культурного поведения в общественных местах.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2529C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BFFE9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9613F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B89886E" w14:textId="3714EB98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3D4A7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 w:right="43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Учебный диалог по теме «Оцени себя —умеешь ли ты сдерживать эмоции?»;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41EBB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;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Практическая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работа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FC147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156082B1" w14:textId="77777777" w:rsidTr="001B4642">
        <w:trPr>
          <w:trHeight w:hRule="exact" w:val="14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0559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1.12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9A1054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Доброта, справедливость, честность, уважение к чужому мнению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и особенностям других людей — главные правила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взаимоотношений членов общества.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5388D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B4C40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D0C496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D12A77F" w14:textId="389EF5DE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B0C0D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Анализ ситуаций, раскрывающих примеры гуманного отношения к людям;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Работа в группе: работа с пословицами,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сравнение и группировка слов по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противоположному значению (добрый —жадный, смелый — трусливый, правдивый —лживый и др.);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E24B1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;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Контрольная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  <w:br/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работа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66EB5F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</w:tbl>
    <w:p w14:paraId="32827859" w14:textId="77777777" w:rsidR="0069187C" w:rsidRPr="0097061E" w:rsidRDefault="0069187C" w:rsidP="0097061E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550"/>
        <w:gridCol w:w="530"/>
        <w:gridCol w:w="1104"/>
        <w:gridCol w:w="1140"/>
        <w:gridCol w:w="866"/>
        <w:gridCol w:w="3240"/>
        <w:gridCol w:w="1238"/>
        <w:gridCol w:w="2366"/>
      </w:tblGrid>
      <w:tr w:rsidR="0069187C" w:rsidRPr="0097061E" w14:paraId="721D36AB" w14:textId="77777777" w:rsidTr="001B4642">
        <w:trPr>
          <w:trHeight w:hRule="exact" w:val="348"/>
        </w:trPr>
        <w:tc>
          <w:tcPr>
            <w:tcW w:w="5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24FC31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Итого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по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FB9A7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17</w:t>
            </w:r>
          </w:p>
        </w:tc>
        <w:tc>
          <w:tcPr>
            <w:tcW w:w="9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112DB" w14:textId="77777777" w:rsidR="0069187C" w:rsidRPr="0097061E" w:rsidRDefault="0069187C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</w:tr>
      <w:tr w:rsidR="0069187C" w:rsidRPr="0097061E" w14:paraId="26F6D02E" w14:textId="77777777" w:rsidTr="001B464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C73987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Раздел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2.</w:t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Человек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и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природа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</w:tr>
      <w:tr w:rsidR="0069187C" w:rsidRPr="0097061E" w14:paraId="2AED15F5" w14:textId="77777777" w:rsidTr="001B4642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9D29E8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2.1.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95DA82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Наблюдения, опыты, измерения. Звёзды и созвездия, наблюдения звёздного неба.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Планеты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080E0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0FB93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40C77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B304C29" w14:textId="454B22B6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E6A260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Просмотр и обсуждение иллюстраций,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видеофрагментов и других материалов (по выбору) на тему «Звёздное небо Созвездия»;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F022C7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3075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5961CA4A" w14:textId="77777777" w:rsidTr="001B464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7015F8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B07AD40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Чем Земля отличается от других планет.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Условия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жизни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на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Земле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8E482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72696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41F2C7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20B80C7" w14:textId="6E7F6A85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582CE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 w:right="57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Учебный диалог по теме «Чем Земля отличается от других планет»;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BEA4B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C2707A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2899BAD0" w14:textId="77777777" w:rsidTr="001B4642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9A6E26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2.3.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A80658C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Изображения Земли: глобус, карта, план.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4791C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670B6C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2E2FCA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0EC0E1B" w14:textId="29265852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E604B8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Практическая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работа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с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глобусом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4FC855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C53548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1A1C2E7C" w14:textId="77777777" w:rsidTr="001B4642">
        <w:trPr>
          <w:trHeight w:hRule="exact" w:val="150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A0851F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2.4.</w:t>
            </w:r>
          </w:p>
        </w:tc>
        <w:tc>
          <w:tcPr>
            <w:tcW w:w="45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51FC726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Карта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мира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.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Материки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,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океаны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27C69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F9B55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AF2BD7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431B165" w14:textId="3F16F9C3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6F44D0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Рассказ учителя, работа с текстом учебника: описание и особенности океанов и материков на Земле;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AFA03A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;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Контрольная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  <w:br/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работа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A2A18C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67547B9D" w14:textId="77777777" w:rsidTr="001B4642">
        <w:trPr>
          <w:trHeight w:hRule="exact" w:val="16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300E7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2.5.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CA870CE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Определение сторон горизонта при помощи компаса. Компас, его устройство, ориентирование на местности.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FC6CCC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E69F69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7E35B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8DEAA22" w14:textId="6F787B9D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31BB3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Практическая работа с картой: «Как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показывать объекты на настенной карте»;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E8C15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4D161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47B8D260" w14:textId="77777777" w:rsidTr="001B4642">
        <w:trPr>
          <w:trHeight w:hRule="exact" w:val="14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17366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2.6.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88E539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Многообразие растений. Деревья, кустарники, травы.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28FF8C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E0933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7BD06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CF63D1B" w14:textId="1E2BF22C" w:rsidR="0069187C" w:rsidRPr="0097061E" w:rsidRDefault="0069187C" w:rsidP="0097061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93182A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Экскурсия в парк: сравнение деревьев, кустарников, трав;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Игра-соревнование по теме «Кто больше вспомнит названий деревьев»;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Коммуникативная деятельность: описание растений по иллюстрациям и живым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объектам;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12D7B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E9E31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</w:tbl>
    <w:p w14:paraId="186B867E" w14:textId="77777777" w:rsidR="0069187C" w:rsidRPr="0097061E" w:rsidRDefault="0069187C" w:rsidP="0097061E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550"/>
        <w:gridCol w:w="530"/>
        <w:gridCol w:w="1104"/>
        <w:gridCol w:w="1140"/>
        <w:gridCol w:w="866"/>
        <w:gridCol w:w="3240"/>
        <w:gridCol w:w="1238"/>
        <w:gridCol w:w="2366"/>
      </w:tblGrid>
      <w:tr w:rsidR="0069187C" w:rsidRPr="0097061E" w14:paraId="5FCA8FB9" w14:textId="77777777" w:rsidTr="001B464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134C8A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2.7.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F6C2FE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Дикорастущие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и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культурные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растения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75E4B7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D424B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921B7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235400F" w14:textId="0033ED1C" w:rsidR="0069187C" w:rsidRPr="0097061E" w:rsidRDefault="0069187C" w:rsidP="0097061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E75B6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Классификация растений (по иллюстрациям): дикорастущие — культурные;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A9B9EF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4EDEE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568CE1F3" w14:textId="77777777" w:rsidTr="001B4642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F8887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19747E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Связи в природе. Годовой ход изменений в жизни растения.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ADE4F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35002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5331F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7B0456C" w14:textId="631BFF3F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63E36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Практическая работа по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теме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Рассматривание растений, обсуждение условий благополучного роста и развития растения»;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Работа в группах с иллюстративным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материалом: составление коллективного рассказа по теме «Каким бывает растение в разные сезоны»;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6BAF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0189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38058147" w14:textId="77777777" w:rsidTr="001B464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C519F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2.9.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58302A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Мир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животных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(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фауна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08E748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9D743F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816C7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D2B6B1F" w14:textId="441BF6F2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B9663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 w:right="57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Дидактическая игра по теме «Угадай животное по описанию»;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925A9E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AB19B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20624DE5" w14:textId="77777777" w:rsidTr="001B4642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3D62C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2.10.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C041C6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Насекомые, рыбы, птицы, звери, земноводные,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пресмыкающиеся: общая характеристика (особенности внешнего вида,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движений,  питания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,  размножения).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C36628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32B6D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9E2E2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25E51CA" w14:textId="7FDD68B8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7452E6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Логическая задача по теме «Найди ошибку —какое животное попало в эту группу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случайно»;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Учебный диалог с использованием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иллюстративного материала по теме «Как живут животные в разные времена года»;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9D3B5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96346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40B3412C" w14:textId="77777777" w:rsidTr="001B464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531F6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2.11.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DE7E098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Сезонная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жизнь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животных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A019EE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FC34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C2A84C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1BF45F9" w14:textId="6C074DA2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EC3D8C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Ролевая игра по теме «Собрание в лесу — кто как готовится к зиме»;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01E066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;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Контрольная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  <w:br/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работа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0AA04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4A9A97D8" w14:textId="77777777" w:rsidTr="001B4642">
        <w:trPr>
          <w:trHeight w:hRule="exact" w:val="15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D8011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2.12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4AF7DF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Красная книга России, её значение, отдельные представители растений и животных Красной книги.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81458E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5608C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9B192C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D21A265" w14:textId="6F3A242E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5FEED0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Учебный диалог по теме «Что такое Красная книга?»;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Просмотр и обсуждение иллюстраций,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видеофрагментов и других материалов (по выбору) на тему: «Растения и животные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Красной книги»;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9474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;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Практическая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работа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0F4A1A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</w:tbl>
    <w:p w14:paraId="27C00F7D" w14:textId="77777777" w:rsidR="0069187C" w:rsidRPr="0097061E" w:rsidRDefault="0069187C" w:rsidP="0097061E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550"/>
        <w:gridCol w:w="530"/>
        <w:gridCol w:w="1104"/>
        <w:gridCol w:w="1140"/>
        <w:gridCol w:w="866"/>
        <w:gridCol w:w="3240"/>
        <w:gridCol w:w="1238"/>
        <w:gridCol w:w="2366"/>
      </w:tblGrid>
      <w:tr w:rsidR="0069187C" w:rsidRPr="0097061E" w14:paraId="153CF675" w14:textId="77777777" w:rsidTr="001B4642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1EF5F8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2.13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4CEF07A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Заповедники, природные парки. Охрана природы. Правила нравственного поведения на природе.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EC59CE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DF36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AE84E9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42DD317" w14:textId="248ADAF2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7C7E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Рассказ учителя: «Растения и животные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нашего края, занесённые в Красную книгу»; Коллективное составление памятки по </w:t>
            </w:r>
            <w:proofErr w:type="spellStart"/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теме«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Правила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 поведения в заповедных местах»; Работа в группе: чтение текстов учебника и использование полученной информации для подготовки собственного рассказа о Красной книге;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C2195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;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Контрольная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  <w:br/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работа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F15455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77DFF852" w14:textId="77777777" w:rsidTr="001B4642">
        <w:trPr>
          <w:trHeight w:hRule="exact" w:val="348"/>
        </w:trPr>
        <w:tc>
          <w:tcPr>
            <w:tcW w:w="5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EC7951C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Итого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по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B02C4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36</w:t>
            </w:r>
          </w:p>
        </w:tc>
        <w:tc>
          <w:tcPr>
            <w:tcW w:w="9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9EDF0E" w14:textId="77777777" w:rsidR="0069187C" w:rsidRPr="0097061E" w:rsidRDefault="0069187C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</w:tr>
      <w:tr w:rsidR="0069187C" w:rsidRPr="0097061E" w14:paraId="32DCD99C" w14:textId="77777777" w:rsidTr="001B464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4652A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Раздел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3.</w:t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Правила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безопасной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жизни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</w:tr>
      <w:tr w:rsidR="0069187C" w:rsidRPr="0097061E" w14:paraId="62624B08" w14:textId="77777777" w:rsidTr="001B464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94F775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6E62FC7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3AAD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D501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75A03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D8FA050" w14:textId="7DFE2E7B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60A76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 w:right="43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Учебный диалог по теме «Зачем нужен режим дня? Почему нужно правильно питаться?»;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CC0BD6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EEE8B5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3269CD3F" w14:textId="77777777" w:rsidTr="001B4642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56598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3.2.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E77637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Физическая культура, закаливание, игры на воздухе как условие сохранения и укрепления здоровья.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2EBD3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1CE427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69A6D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831D3D4" w14:textId="1B4A2A35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984A6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Беседа по теме «Что может случиться на прогулке, на игровой площадке, дома и в школе, если не соблюдать правила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безопасности»;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6C0C58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225028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07C3FA87" w14:textId="77777777" w:rsidTr="001B464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F3C500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3.3.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5D9660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proofErr w:type="gram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Правила  безопасности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 в школе (маршрут до школы, правила поведения на  занятиях, переменах, при приёмах пищи, а также на пришкольной территории).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2C940D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38B1AF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053CD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6FB319D" w14:textId="0742011C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AB081C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Ролевая игра по теме «Мы — пешеходы»; Анализ дорожных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ситуаций.;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62FD3A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99790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2FE0E8AD" w14:textId="77777777" w:rsidTr="001B464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6EB46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3.4.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60AD4F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Правила безопасного поведения пассажира наземного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транспорта и метро.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Номера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телефонов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экстренной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помощи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97E40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132559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8CB480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BF5854B" w14:textId="0A313816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74C36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 w:right="576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Беседа по теме «Правила поведения в общественном транспорте»;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395C5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Устный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опрос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95A4D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184DD736" w14:textId="77777777" w:rsidTr="001B4642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4B0D43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3.5.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448AA10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Правила поведения при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пользовании  компьютером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</w:p>
          <w:p w14:paraId="22B1292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138"/>
              <w:jc w:val="both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Безопасность в Интернете (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>коммуникация  в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b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 мессенджерах и социальных группах) в условиях контролируемого доступа в Интернет.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841157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99E01E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37AA81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694E05F" w14:textId="1D415E37" w:rsidR="0069187C" w:rsidRPr="0097061E" w:rsidRDefault="0069187C" w:rsidP="00970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70574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 w:right="43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Практическая работа по теме «Правила пользования компьютером»;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D0420A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Устный опрос; Контрольная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работа;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proofErr w:type="spellStart"/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использованием«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Оценочного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242E9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Электронное приложение к </w:t>
            </w:r>
            <w:proofErr w:type="gram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учебнику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«</w:t>
            </w:r>
            <w:proofErr w:type="gram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Окружающий мир», 2 класс (Диск С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D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) единая коллекция цифровых образовательных ресурсов (или по адресу: </w:t>
            </w:r>
            <w:r w:rsidRPr="0097061E"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  <w:br/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http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://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school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 xml:space="preserve">- 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collection</w:t>
            </w: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edu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ru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)</w:t>
            </w:r>
          </w:p>
        </w:tc>
      </w:tr>
      <w:tr w:rsidR="0069187C" w:rsidRPr="0097061E" w14:paraId="78493592" w14:textId="77777777" w:rsidTr="001B4642">
        <w:trPr>
          <w:trHeight w:hRule="exact" w:val="348"/>
        </w:trPr>
        <w:tc>
          <w:tcPr>
            <w:tcW w:w="5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D46020A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Итого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по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C92828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15</w:t>
            </w:r>
          </w:p>
        </w:tc>
        <w:tc>
          <w:tcPr>
            <w:tcW w:w="9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163703" w14:textId="77777777" w:rsidR="0069187C" w:rsidRPr="0097061E" w:rsidRDefault="0069187C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</w:tr>
      <w:tr w:rsidR="0069187C" w:rsidRPr="0097061E" w14:paraId="316EDAD9" w14:textId="77777777" w:rsidTr="001B4642">
        <w:trPr>
          <w:trHeight w:hRule="exact" w:val="328"/>
        </w:trPr>
        <w:tc>
          <w:tcPr>
            <w:tcW w:w="5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B991DD2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Резервное</w:t>
            </w:r>
            <w:proofErr w:type="spellEnd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9DDD4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0</w:t>
            </w:r>
          </w:p>
        </w:tc>
        <w:tc>
          <w:tcPr>
            <w:tcW w:w="9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FCE00" w14:textId="77777777" w:rsidR="0069187C" w:rsidRPr="0097061E" w:rsidRDefault="0069187C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</w:tr>
    </w:tbl>
    <w:p w14:paraId="04CE92A0" w14:textId="77777777" w:rsidR="0069187C" w:rsidRPr="0097061E" w:rsidRDefault="0069187C" w:rsidP="0097061E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18"/>
        <w:gridCol w:w="530"/>
        <w:gridCol w:w="1104"/>
        <w:gridCol w:w="1140"/>
        <w:gridCol w:w="7710"/>
      </w:tblGrid>
      <w:tr w:rsidR="0069187C" w:rsidRPr="0097061E" w14:paraId="33054CEE" w14:textId="77777777" w:rsidTr="001B4642">
        <w:trPr>
          <w:trHeight w:hRule="exact" w:val="328"/>
        </w:trPr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3DBA4CC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  <w:lang w:val="ru-RU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4DE115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0943B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037EB6" w14:textId="77777777" w:rsidR="0069187C" w:rsidRPr="0097061E" w:rsidRDefault="0069187C" w:rsidP="0097061E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rFonts w:ascii="Times New Roman" w:eastAsia="Times New Roman" w:hAnsi="Times New Roman" w:cs="Times New Roman"/>
                <w:color w:val="191919" w:themeColor="background1" w:themeShade="1A"/>
                <w:w w:val="97"/>
                <w:sz w:val="24"/>
                <w:szCs w:val="24"/>
              </w:rPr>
              <w:t>4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20FFE1" w14:textId="77777777" w:rsidR="0069187C" w:rsidRPr="0097061E" w:rsidRDefault="0069187C" w:rsidP="0097061E">
            <w:pPr>
              <w:spacing w:after="0" w:line="240" w:lineRule="auto"/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</w:tr>
    </w:tbl>
    <w:p w14:paraId="6D651967" w14:textId="77777777" w:rsidR="0069187C" w:rsidRPr="0097061E" w:rsidRDefault="0069187C" w:rsidP="0097061E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</w:rPr>
      </w:pPr>
    </w:p>
    <w:p w14:paraId="2FDBDAC5" w14:textId="77777777" w:rsidR="00DD53E2" w:rsidRPr="0097061E" w:rsidRDefault="00DD53E2" w:rsidP="0097061E">
      <w:pPr>
        <w:spacing w:after="0" w:line="240" w:lineRule="auto"/>
        <w:ind w:left="107"/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</w:rPr>
      </w:pPr>
    </w:p>
    <w:p w14:paraId="464169BC" w14:textId="0A578E53" w:rsidR="00DD53E2" w:rsidRPr="0097061E" w:rsidRDefault="00DD53E2" w:rsidP="0097061E">
      <w:pPr>
        <w:spacing w:after="0" w:line="240" w:lineRule="auto"/>
        <w:ind w:left="107"/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</w:rPr>
      </w:pPr>
      <w:r w:rsidRPr="0097061E"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</w:rPr>
        <w:t>ТЕМАТИЧЕСКОЕ</w:t>
      </w:r>
      <w:r w:rsidRPr="0097061E">
        <w:rPr>
          <w:rFonts w:ascii="Times New Roman" w:hAnsi="Times New Roman" w:cs="Times New Roman"/>
          <w:b/>
          <w:color w:val="191919" w:themeColor="background1" w:themeShade="1A"/>
          <w:spacing w:val="7"/>
          <w:sz w:val="24"/>
          <w:szCs w:val="24"/>
        </w:rPr>
        <w:t xml:space="preserve"> </w:t>
      </w:r>
      <w:r w:rsidRPr="0097061E"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</w:rPr>
        <w:t>ПЛАНИРОВАНИЕ 3 КЛАСС</w:t>
      </w:r>
    </w:p>
    <w:p w14:paraId="56822F08" w14:textId="77777777" w:rsidR="00DD53E2" w:rsidRPr="0097061E" w:rsidRDefault="00DD53E2" w:rsidP="0097061E">
      <w:pPr>
        <w:pStyle w:val="af0"/>
        <w:spacing w:after="0" w:line="240" w:lineRule="auto"/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31"/>
        <w:gridCol w:w="2977"/>
        <w:gridCol w:w="567"/>
        <w:gridCol w:w="142"/>
        <w:gridCol w:w="708"/>
        <w:gridCol w:w="993"/>
        <w:gridCol w:w="1275"/>
        <w:gridCol w:w="3544"/>
        <w:gridCol w:w="1134"/>
        <w:gridCol w:w="3564"/>
      </w:tblGrid>
      <w:tr w:rsidR="00DD53E2" w:rsidRPr="0097061E" w14:paraId="5959FACB" w14:textId="77777777" w:rsidTr="001B4642">
        <w:trPr>
          <w:trHeight w:val="335"/>
        </w:trPr>
        <w:tc>
          <w:tcPr>
            <w:tcW w:w="602" w:type="dxa"/>
            <w:gridSpan w:val="2"/>
            <w:vMerge w:val="restart"/>
          </w:tcPr>
          <w:p w14:paraId="5B5328A9" w14:textId="77777777" w:rsidR="00DD53E2" w:rsidRPr="0097061E" w:rsidRDefault="00DD53E2" w:rsidP="0097061E">
            <w:pPr>
              <w:pStyle w:val="TableParagraph"/>
              <w:spacing w:before="0"/>
              <w:ind w:left="47" w:right="188" w:firstLine="33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№</w:t>
            </w:r>
            <w:r w:rsidRPr="0097061E">
              <w:rPr>
                <w:b/>
                <w:color w:val="191919" w:themeColor="background1" w:themeShade="1A"/>
                <w:spacing w:val="-37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</w:tcPr>
          <w:p w14:paraId="204BC4AC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Наименование</w:t>
            </w:r>
            <w:r w:rsidRPr="0097061E">
              <w:rPr>
                <w:b/>
                <w:color w:val="191919" w:themeColor="background1" w:themeShade="1A"/>
                <w:spacing w:val="37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разделов</w:t>
            </w:r>
            <w:r w:rsidRPr="0097061E">
              <w:rPr>
                <w:b/>
                <w:color w:val="191919" w:themeColor="background1" w:themeShade="1A"/>
                <w:spacing w:val="3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37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тем</w:t>
            </w:r>
            <w:r w:rsidRPr="0097061E">
              <w:rPr>
                <w:b/>
                <w:color w:val="191919" w:themeColor="background1" w:themeShade="1A"/>
                <w:spacing w:val="3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программы</w:t>
            </w:r>
          </w:p>
        </w:tc>
        <w:tc>
          <w:tcPr>
            <w:tcW w:w="2410" w:type="dxa"/>
            <w:gridSpan w:val="4"/>
          </w:tcPr>
          <w:p w14:paraId="15C4B5D5" w14:textId="77777777" w:rsidR="00DD53E2" w:rsidRPr="0097061E" w:rsidRDefault="00DD53E2" w:rsidP="0097061E">
            <w:pPr>
              <w:pStyle w:val="TableParagraph"/>
              <w:spacing w:before="0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Количество</w:t>
            </w:r>
            <w:r w:rsidRPr="0097061E">
              <w:rPr>
                <w:b/>
                <w:color w:val="191919" w:themeColor="background1" w:themeShade="1A"/>
                <w:spacing w:val="36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часов</w:t>
            </w:r>
          </w:p>
        </w:tc>
        <w:tc>
          <w:tcPr>
            <w:tcW w:w="1275" w:type="dxa"/>
            <w:vMerge w:val="restart"/>
          </w:tcPr>
          <w:p w14:paraId="36805A76" w14:textId="77777777" w:rsidR="00DD53E2" w:rsidRPr="0097061E" w:rsidRDefault="00DD53E2" w:rsidP="0097061E">
            <w:pPr>
              <w:pStyle w:val="TableParagraph"/>
              <w:spacing w:before="0"/>
              <w:ind w:left="74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Дата</w:t>
            </w:r>
            <w:r w:rsidRPr="0097061E">
              <w:rPr>
                <w:b/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изучения</w:t>
            </w:r>
          </w:p>
        </w:tc>
        <w:tc>
          <w:tcPr>
            <w:tcW w:w="3544" w:type="dxa"/>
            <w:vMerge w:val="restart"/>
          </w:tcPr>
          <w:p w14:paraId="751B2F8A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Виды</w:t>
            </w:r>
            <w:r w:rsidRPr="0097061E">
              <w:rPr>
                <w:b/>
                <w:color w:val="191919" w:themeColor="background1" w:themeShade="1A"/>
                <w:spacing w:val="10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деятельности</w:t>
            </w:r>
          </w:p>
        </w:tc>
        <w:tc>
          <w:tcPr>
            <w:tcW w:w="1134" w:type="dxa"/>
            <w:vMerge w:val="restart"/>
          </w:tcPr>
          <w:p w14:paraId="2EFBB6B2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Виды,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формы</w:t>
            </w:r>
            <w:r w:rsidRPr="0097061E">
              <w:rPr>
                <w:b/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контроля</w:t>
            </w:r>
          </w:p>
        </w:tc>
        <w:tc>
          <w:tcPr>
            <w:tcW w:w="3564" w:type="dxa"/>
            <w:vMerge w:val="restart"/>
          </w:tcPr>
          <w:p w14:paraId="099CA45B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Электронные</w:t>
            </w:r>
            <w:r w:rsidRPr="0097061E">
              <w:rPr>
                <w:b/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(цифровые)</w:t>
            </w:r>
            <w:r w:rsidRPr="0097061E">
              <w:rPr>
                <w:b/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образовательные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ресурсы</w:t>
            </w:r>
          </w:p>
        </w:tc>
      </w:tr>
      <w:tr w:rsidR="00DD53E2" w:rsidRPr="0097061E" w14:paraId="2FC4907C" w14:textId="77777777" w:rsidTr="001B4642">
        <w:trPr>
          <w:trHeight w:val="566"/>
        </w:trPr>
        <w:tc>
          <w:tcPr>
            <w:tcW w:w="602" w:type="dxa"/>
            <w:gridSpan w:val="2"/>
            <w:vMerge/>
            <w:tcBorders>
              <w:top w:val="nil"/>
            </w:tcBorders>
          </w:tcPr>
          <w:p w14:paraId="6BF71F60" w14:textId="77777777" w:rsidR="00DD53E2" w:rsidRPr="0097061E" w:rsidRDefault="00DD53E2" w:rsidP="0097061E">
            <w:pPr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027B99B8" w14:textId="77777777" w:rsidR="00DD53E2" w:rsidRPr="0097061E" w:rsidRDefault="00DD53E2" w:rsidP="0097061E">
            <w:pPr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5AC4D46D" w14:textId="77777777" w:rsidR="00DD53E2" w:rsidRPr="0097061E" w:rsidRDefault="00DD53E2" w:rsidP="0097061E">
            <w:pPr>
              <w:pStyle w:val="TableParagraph"/>
              <w:spacing w:before="0"/>
              <w:rPr>
                <w:b/>
                <w:color w:val="191919" w:themeColor="background1" w:themeShade="1A"/>
                <w:sz w:val="24"/>
                <w:szCs w:val="24"/>
              </w:rPr>
            </w:pPr>
            <w:proofErr w:type="gramStart"/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708" w:type="dxa"/>
          </w:tcPr>
          <w:p w14:paraId="4C16365C" w14:textId="77777777" w:rsidR="00DD53E2" w:rsidRPr="0097061E" w:rsidRDefault="00DD53E2" w:rsidP="0097061E">
            <w:pPr>
              <w:pStyle w:val="TableParagraph"/>
              <w:spacing w:before="0"/>
              <w:rPr>
                <w:b/>
                <w:color w:val="191919" w:themeColor="background1" w:themeShade="1A"/>
                <w:sz w:val="24"/>
                <w:szCs w:val="24"/>
              </w:rPr>
            </w:pPr>
            <w:proofErr w:type="gramStart"/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контрольн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lastRenderedPageBreak/>
              <w:t>ые</w:t>
            </w:r>
            <w:proofErr w:type="gramEnd"/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работы</w:t>
            </w:r>
          </w:p>
        </w:tc>
        <w:tc>
          <w:tcPr>
            <w:tcW w:w="993" w:type="dxa"/>
          </w:tcPr>
          <w:p w14:paraId="0B305352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b/>
                <w:color w:val="191919" w:themeColor="background1" w:themeShade="1A"/>
                <w:sz w:val="24"/>
                <w:szCs w:val="24"/>
              </w:rPr>
            </w:pPr>
            <w:proofErr w:type="gramStart"/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lastRenderedPageBreak/>
              <w:t>практические</w:t>
            </w:r>
            <w:proofErr w:type="gramEnd"/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57F939D8" w14:textId="77777777" w:rsidR="00DD53E2" w:rsidRPr="0097061E" w:rsidRDefault="00DD53E2" w:rsidP="0097061E">
            <w:pPr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14:paraId="0F2CF122" w14:textId="77777777" w:rsidR="00DD53E2" w:rsidRPr="0097061E" w:rsidRDefault="00DD53E2" w:rsidP="0097061E">
            <w:pPr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A2B5AC6" w14:textId="77777777" w:rsidR="00DD53E2" w:rsidRPr="0097061E" w:rsidRDefault="00DD53E2" w:rsidP="0097061E">
            <w:pPr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64" w:type="dxa"/>
            <w:vMerge/>
            <w:tcBorders>
              <w:top w:val="nil"/>
            </w:tcBorders>
          </w:tcPr>
          <w:p w14:paraId="7C464B52" w14:textId="77777777" w:rsidR="00DD53E2" w:rsidRPr="0097061E" w:rsidRDefault="00DD53E2" w:rsidP="0097061E">
            <w:pPr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</w:tr>
      <w:tr w:rsidR="00DD53E2" w:rsidRPr="0097061E" w14:paraId="2F4DDF3E" w14:textId="77777777" w:rsidTr="001B4642">
        <w:trPr>
          <w:trHeight w:val="340"/>
        </w:trPr>
        <w:tc>
          <w:tcPr>
            <w:tcW w:w="15506" w:type="dxa"/>
            <w:gridSpan w:val="11"/>
          </w:tcPr>
          <w:p w14:paraId="22E7BD17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lastRenderedPageBreak/>
              <w:t>Раздел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1.</w:t>
            </w:r>
            <w:r w:rsidRPr="0097061E">
              <w:rPr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Человек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общество.</w:t>
            </w:r>
          </w:p>
        </w:tc>
      </w:tr>
      <w:tr w:rsidR="00DD53E2" w:rsidRPr="0097061E" w14:paraId="3F7FA6B7" w14:textId="77777777" w:rsidTr="001B4642">
        <w:trPr>
          <w:trHeight w:val="724"/>
        </w:trPr>
        <w:tc>
          <w:tcPr>
            <w:tcW w:w="602" w:type="dxa"/>
            <w:gridSpan w:val="2"/>
          </w:tcPr>
          <w:p w14:paraId="597A16BA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1.1.</w:t>
            </w:r>
          </w:p>
        </w:tc>
        <w:tc>
          <w:tcPr>
            <w:tcW w:w="2977" w:type="dxa"/>
          </w:tcPr>
          <w:p w14:paraId="3BC6C92B" w14:textId="77777777" w:rsidR="00DD53E2" w:rsidRPr="0097061E" w:rsidRDefault="00DD53E2" w:rsidP="0097061E">
            <w:pPr>
              <w:pStyle w:val="TableParagraph"/>
              <w:spacing w:before="0"/>
              <w:ind w:left="76" w:right="102"/>
              <w:jc w:val="both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Общество — совокупность людей, которые объединены общей</w:t>
            </w:r>
            <w:r w:rsidRPr="0097061E">
              <w:rPr>
                <w:b/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культурой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связаны</w:t>
            </w:r>
            <w:r w:rsidRPr="0097061E">
              <w:rPr>
                <w:b/>
                <w:color w:val="191919" w:themeColor="background1" w:themeShade="1A"/>
                <w:spacing w:val="32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друг</w:t>
            </w:r>
            <w:r w:rsidRPr="0097061E">
              <w:rPr>
                <w:b/>
                <w:color w:val="191919" w:themeColor="background1" w:themeShade="1A"/>
                <w:spacing w:val="32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с</w:t>
            </w:r>
            <w:r w:rsidRPr="0097061E">
              <w:rPr>
                <w:b/>
                <w:color w:val="191919" w:themeColor="background1" w:themeShade="1A"/>
                <w:spacing w:val="32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другом</w:t>
            </w:r>
            <w:r w:rsidRPr="0097061E">
              <w:rPr>
                <w:b/>
                <w:color w:val="191919" w:themeColor="background1" w:themeShade="1A"/>
                <w:spacing w:val="32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совместной</w:t>
            </w:r>
            <w:r w:rsidRPr="0097061E">
              <w:rPr>
                <w:b/>
                <w:color w:val="191919" w:themeColor="background1" w:themeShade="1A"/>
                <w:spacing w:val="32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деятельностью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во имя</w:t>
            </w:r>
            <w:r w:rsidRPr="0097061E">
              <w:rPr>
                <w:b/>
                <w:color w:val="191919" w:themeColor="background1" w:themeShade="1A"/>
                <w:spacing w:val="4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общей</w:t>
            </w:r>
            <w:r w:rsidRPr="0097061E">
              <w:rPr>
                <w:b/>
                <w:color w:val="191919" w:themeColor="background1" w:themeShade="1A"/>
                <w:spacing w:val="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цели.</w:t>
            </w:r>
          </w:p>
        </w:tc>
        <w:tc>
          <w:tcPr>
            <w:tcW w:w="709" w:type="dxa"/>
            <w:gridSpan w:val="2"/>
          </w:tcPr>
          <w:p w14:paraId="54204A2A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5CA1B66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58A18B4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DE2ACF2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C11ADE8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Рассказ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учителя,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рассматривание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иллюстраций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на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061E">
              <w:rPr>
                <w:color w:val="191919" w:themeColor="background1" w:themeShade="1A"/>
                <w:sz w:val="24"/>
                <w:szCs w:val="24"/>
              </w:rPr>
              <w:t>тему:«</w:t>
            </w:r>
            <w:proofErr w:type="gramEnd"/>
            <w:r w:rsidRPr="0097061E">
              <w:rPr>
                <w:color w:val="191919" w:themeColor="background1" w:themeShade="1A"/>
                <w:sz w:val="24"/>
                <w:szCs w:val="24"/>
              </w:rPr>
              <w:t>Что</w:t>
            </w:r>
            <w:proofErr w:type="spellEnd"/>
            <w:r w:rsidRPr="0097061E">
              <w:rPr>
                <w:color w:val="191919" w:themeColor="background1" w:themeShade="1A"/>
                <w:spacing w:val="3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такое</w:t>
            </w:r>
            <w:r w:rsidRPr="0097061E">
              <w:rPr>
                <w:color w:val="191919" w:themeColor="background1" w:themeShade="1A"/>
                <w:spacing w:val="-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общество»;</w:t>
            </w:r>
          </w:p>
        </w:tc>
        <w:tc>
          <w:tcPr>
            <w:tcW w:w="1134" w:type="dxa"/>
          </w:tcPr>
          <w:p w14:paraId="4D498FFF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1A260713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3FEA2AC9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1578346B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8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9">
              <w:r w:rsidR="00DD53E2" w:rsidRPr="0097061E">
                <w:rPr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>collection.edu.ru  /</w:t>
            </w:r>
          </w:p>
        </w:tc>
      </w:tr>
      <w:tr w:rsidR="00DD53E2" w:rsidRPr="0097061E" w14:paraId="75BA97E4" w14:textId="77777777" w:rsidTr="001B4642">
        <w:trPr>
          <w:trHeight w:val="719"/>
        </w:trPr>
        <w:tc>
          <w:tcPr>
            <w:tcW w:w="602" w:type="dxa"/>
            <w:gridSpan w:val="2"/>
          </w:tcPr>
          <w:p w14:paraId="1F2B9D03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1.2.</w:t>
            </w:r>
          </w:p>
        </w:tc>
        <w:tc>
          <w:tcPr>
            <w:tcW w:w="2977" w:type="dxa"/>
          </w:tcPr>
          <w:p w14:paraId="67335075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Наша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Родина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—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Российская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Федерация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—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многонациональная</w:t>
            </w:r>
            <w:r w:rsidRPr="0097061E">
              <w:rPr>
                <w:b/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страна.</w:t>
            </w:r>
          </w:p>
        </w:tc>
        <w:tc>
          <w:tcPr>
            <w:tcW w:w="709" w:type="dxa"/>
            <w:gridSpan w:val="2"/>
          </w:tcPr>
          <w:p w14:paraId="36A28693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41188BA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FB6FA71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29B2CE11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B983652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Просмотр</w:t>
            </w:r>
            <w:r w:rsidRPr="0097061E">
              <w:rPr>
                <w:color w:val="191919" w:themeColor="background1" w:themeShade="1A"/>
                <w:spacing w:val="1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1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обсуждение</w:t>
            </w:r>
            <w:r w:rsidRPr="0097061E">
              <w:rPr>
                <w:color w:val="191919" w:themeColor="background1" w:themeShade="1A"/>
                <w:spacing w:val="1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иллюстраций,</w:t>
            </w:r>
            <w:r w:rsidRPr="0097061E">
              <w:rPr>
                <w:color w:val="191919" w:themeColor="background1" w:themeShade="1A"/>
                <w:spacing w:val="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видеофрагментов</w:t>
            </w:r>
            <w:r w:rsidRPr="0097061E">
              <w:rPr>
                <w:color w:val="191919" w:themeColor="background1" w:themeShade="1A"/>
                <w:spacing w:val="1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других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материалов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(по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выбору)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на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тему: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«Жизнь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народов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нашей</w:t>
            </w:r>
            <w:r w:rsidRPr="0097061E">
              <w:rPr>
                <w:color w:val="191919" w:themeColor="background1" w:themeShade="1A"/>
                <w:spacing w:val="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страны»;</w:t>
            </w:r>
          </w:p>
        </w:tc>
        <w:tc>
          <w:tcPr>
            <w:tcW w:w="1134" w:type="dxa"/>
          </w:tcPr>
          <w:p w14:paraId="2968C0F5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32BF3053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6BADB844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0282F9ED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10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11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>collection.edu.ru  /</w:t>
            </w:r>
          </w:p>
        </w:tc>
      </w:tr>
      <w:tr w:rsidR="00DD53E2" w:rsidRPr="0097061E" w14:paraId="72E48184" w14:textId="77777777" w:rsidTr="001B4642">
        <w:trPr>
          <w:trHeight w:val="725"/>
        </w:trPr>
        <w:tc>
          <w:tcPr>
            <w:tcW w:w="602" w:type="dxa"/>
            <w:gridSpan w:val="2"/>
          </w:tcPr>
          <w:p w14:paraId="1261F8C6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1.3.</w:t>
            </w:r>
          </w:p>
        </w:tc>
        <w:tc>
          <w:tcPr>
            <w:tcW w:w="2977" w:type="dxa"/>
          </w:tcPr>
          <w:p w14:paraId="5391808C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Особенности</w:t>
            </w:r>
            <w:r w:rsidRPr="0097061E">
              <w:rPr>
                <w:b/>
                <w:color w:val="191919" w:themeColor="background1" w:themeShade="1A"/>
                <w:spacing w:val="33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жизни,</w:t>
            </w:r>
            <w:r w:rsidRPr="0097061E">
              <w:rPr>
                <w:b/>
                <w:color w:val="191919" w:themeColor="background1" w:themeShade="1A"/>
                <w:spacing w:val="34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быта,</w:t>
            </w:r>
            <w:r w:rsidRPr="0097061E">
              <w:rPr>
                <w:b/>
                <w:color w:val="191919" w:themeColor="background1" w:themeShade="1A"/>
                <w:spacing w:val="33"/>
                <w:sz w:val="24"/>
                <w:szCs w:val="24"/>
              </w:rPr>
              <w:t xml:space="preserve"> </w:t>
            </w:r>
            <w:proofErr w:type="gramStart"/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культуры  народов</w:t>
            </w:r>
            <w:proofErr w:type="gramEnd"/>
            <w:r w:rsidRPr="0097061E">
              <w:rPr>
                <w:b/>
                <w:color w:val="191919" w:themeColor="background1" w:themeShade="1A"/>
                <w:spacing w:val="3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РФ.</w:t>
            </w:r>
          </w:p>
        </w:tc>
        <w:tc>
          <w:tcPr>
            <w:tcW w:w="709" w:type="dxa"/>
            <w:gridSpan w:val="2"/>
          </w:tcPr>
          <w:p w14:paraId="0FFD52AE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4598C32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A64095E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AC8459F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023C2F3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Просмотр</w:t>
            </w:r>
            <w:r w:rsidRPr="0097061E">
              <w:rPr>
                <w:color w:val="191919" w:themeColor="background1" w:themeShade="1A"/>
                <w:spacing w:val="1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1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обсуждение</w:t>
            </w:r>
            <w:r w:rsidRPr="0097061E">
              <w:rPr>
                <w:color w:val="191919" w:themeColor="background1" w:themeShade="1A"/>
                <w:spacing w:val="1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иллюстраций,</w:t>
            </w:r>
            <w:r w:rsidRPr="0097061E">
              <w:rPr>
                <w:color w:val="191919" w:themeColor="background1" w:themeShade="1A"/>
                <w:spacing w:val="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видеофрагментов</w:t>
            </w:r>
            <w:r w:rsidRPr="0097061E">
              <w:rPr>
                <w:color w:val="191919" w:themeColor="background1" w:themeShade="1A"/>
                <w:spacing w:val="1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других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материалов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(по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выбору)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на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тему: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«Жизнь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народов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нашей</w:t>
            </w:r>
            <w:r w:rsidRPr="0097061E">
              <w:rPr>
                <w:color w:val="191919" w:themeColor="background1" w:themeShade="1A"/>
                <w:spacing w:val="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страны»;</w:t>
            </w:r>
          </w:p>
        </w:tc>
        <w:tc>
          <w:tcPr>
            <w:tcW w:w="1134" w:type="dxa"/>
          </w:tcPr>
          <w:p w14:paraId="16FAA432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2879C352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6246DA42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532FFC07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12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13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2A1E550B" w14:textId="77777777" w:rsidTr="001B4642">
        <w:trPr>
          <w:trHeight w:val="719"/>
        </w:trPr>
        <w:tc>
          <w:tcPr>
            <w:tcW w:w="602" w:type="dxa"/>
            <w:gridSpan w:val="2"/>
          </w:tcPr>
          <w:p w14:paraId="43499126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1.4.</w:t>
            </w:r>
          </w:p>
        </w:tc>
        <w:tc>
          <w:tcPr>
            <w:tcW w:w="2977" w:type="dxa"/>
          </w:tcPr>
          <w:p w14:paraId="785243BB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Уникальные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памятники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культуры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(социальные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природные</w:t>
            </w:r>
            <w:r w:rsidRPr="0097061E">
              <w:rPr>
                <w:b/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объекты) России,</w:t>
            </w:r>
            <w:r w:rsidRPr="0097061E">
              <w:rPr>
                <w:b/>
                <w:color w:val="191919" w:themeColor="background1" w:themeShade="1A"/>
                <w:spacing w:val="2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родного</w:t>
            </w:r>
            <w:r w:rsidRPr="0097061E">
              <w:rPr>
                <w:b/>
                <w:color w:val="191919" w:themeColor="background1" w:themeShade="1A"/>
                <w:spacing w:val="3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края.</w:t>
            </w:r>
          </w:p>
        </w:tc>
        <w:tc>
          <w:tcPr>
            <w:tcW w:w="709" w:type="dxa"/>
            <w:gridSpan w:val="2"/>
          </w:tcPr>
          <w:p w14:paraId="06FD507A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F050F65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02C5C93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0E846CD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F0E051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Просмотр</w:t>
            </w:r>
            <w:r w:rsidRPr="0097061E">
              <w:rPr>
                <w:color w:val="191919" w:themeColor="background1" w:themeShade="1A"/>
                <w:spacing w:val="1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1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обсуждение</w:t>
            </w:r>
            <w:r w:rsidRPr="0097061E">
              <w:rPr>
                <w:color w:val="191919" w:themeColor="background1" w:themeShade="1A"/>
                <w:spacing w:val="1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иллюстраций,</w:t>
            </w:r>
            <w:r w:rsidRPr="0097061E">
              <w:rPr>
                <w:color w:val="191919" w:themeColor="background1" w:themeShade="1A"/>
                <w:spacing w:val="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видеофрагментов</w:t>
            </w:r>
            <w:r w:rsidRPr="0097061E">
              <w:rPr>
                <w:color w:val="191919" w:themeColor="background1" w:themeShade="1A"/>
                <w:spacing w:val="1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других</w:t>
            </w:r>
            <w:r w:rsidRPr="0097061E">
              <w:rPr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материалов</w:t>
            </w:r>
            <w:r w:rsidRPr="0097061E">
              <w:rPr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(по</w:t>
            </w:r>
            <w:r w:rsidRPr="0097061E">
              <w:rPr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выбору)</w:t>
            </w:r>
            <w:r w:rsidRPr="0097061E">
              <w:rPr>
                <w:color w:val="191919" w:themeColor="background1" w:themeShade="1A"/>
                <w:spacing w:val="9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«Уникальные</w:t>
            </w:r>
            <w:r w:rsidRPr="0097061E">
              <w:rPr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памятники</w:t>
            </w:r>
            <w:r w:rsidRPr="0097061E">
              <w:rPr>
                <w:color w:val="191919" w:themeColor="background1" w:themeShade="1A"/>
                <w:spacing w:val="-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культуры</w:t>
            </w:r>
            <w:r w:rsidRPr="0097061E">
              <w:rPr>
                <w:color w:val="191919" w:themeColor="background1" w:themeShade="1A"/>
                <w:spacing w:val="-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России»;</w:t>
            </w:r>
          </w:p>
        </w:tc>
        <w:tc>
          <w:tcPr>
            <w:tcW w:w="1134" w:type="dxa"/>
          </w:tcPr>
          <w:p w14:paraId="58DA65F5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работа;</w:t>
            </w:r>
          </w:p>
        </w:tc>
        <w:tc>
          <w:tcPr>
            <w:tcW w:w="3564" w:type="dxa"/>
          </w:tcPr>
          <w:p w14:paraId="4D8647D6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337EC2CC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2103CEB9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14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15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3A0AED34" w14:textId="77777777" w:rsidTr="001B4642">
        <w:trPr>
          <w:trHeight w:val="1301"/>
        </w:trPr>
        <w:tc>
          <w:tcPr>
            <w:tcW w:w="602" w:type="dxa"/>
            <w:gridSpan w:val="2"/>
          </w:tcPr>
          <w:p w14:paraId="68B1458F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1.5.</w:t>
            </w:r>
          </w:p>
        </w:tc>
        <w:tc>
          <w:tcPr>
            <w:tcW w:w="2977" w:type="dxa"/>
          </w:tcPr>
          <w:p w14:paraId="73C6727C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Города</w:t>
            </w:r>
            <w:r w:rsidRPr="0097061E">
              <w:rPr>
                <w:b/>
                <w:color w:val="191919" w:themeColor="background1" w:themeShade="1A"/>
                <w:spacing w:val="36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Золотого</w:t>
            </w:r>
            <w:r w:rsidRPr="0097061E">
              <w:rPr>
                <w:b/>
                <w:color w:val="191919" w:themeColor="background1" w:themeShade="1A"/>
                <w:spacing w:val="3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кольца</w:t>
            </w:r>
            <w:r w:rsidRPr="0097061E">
              <w:rPr>
                <w:b/>
                <w:color w:val="191919" w:themeColor="background1" w:themeShade="1A"/>
                <w:spacing w:val="3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России.</w:t>
            </w:r>
          </w:p>
        </w:tc>
        <w:tc>
          <w:tcPr>
            <w:tcW w:w="709" w:type="dxa"/>
            <w:gridSpan w:val="2"/>
          </w:tcPr>
          <w:p w14:paraId="1F2302B3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1D2B460D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02B1CF8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1030B12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CC751F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Моделирование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маршрута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Золотому</w:t>
            </w:r>
            <w:r w:rsidRPr="0097061E">
              <w:rPr>
                <w:color w:val="191919" w:themeColor="background1" w:themeShade="1A"/>
                <w:spacing w:val="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кольцу</w:t>
            </w:r>
            <w:r w:rsidRPr="0097061E">
              <w:rPr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с</w:t>
            </w:r>
            <w:r w:rsidRPr="0097061E">
              <w:rPr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использованием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фотографий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достопримечательностей,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сувениров</w:t>
            </w:r>
            <w:r w:rsidRPr="0097061E">
              <w:rPr>
                <w:color w:val="191919" w:themeColor="background1" w:themeShade="1A"/>
                <w:spacing w:val="4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и т.д.;</w:t>
            </w:r>
          </w:p>
          <w:p w14:paraId="2AB62052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Составление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сообщения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городах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Золотого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кольца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России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использованием</w:t>
            </w:r>
            <w:r w:rsidRPr="0097061E">
              <w:rPr>
                <w:color w:val="191919" w:themeColor="background1" w:themeShade="1A"/>
                <w:spacing w:val="-4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дополнительных источников</w:t>
            </w:r>
          </w:p>
          <w:p w14:paraId="2802BF82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proofErr w:type="gramStart"/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информации</w:t>
            </w:r>
            <w:proofErr w:type="gramEnd"/>
            <w:r w:rsidRPr="0097061E">
              <w:rPr>
                <w:color w:val="191919" w:themeColor="background1" w:themeShade="1A"/>
                <w:spacing w:val="99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(дифференцированное</w:t>
            </w:r>
            <w:r w:rsidRPr="0097061E">
              <w:rPr>
                <w:color w:val="191919" w:themeColor="background1" w:themeShade="1A"/>
                <w:spacing w:val="89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lastRenderedPageBreak/>
              <w:t>задание);</w:t>
            </w:r>
          </w:p>
        </w:tc>
        <w:tc>
          <w:tcPr>
            <w:tcW w:w="1134" w:type="dxa"/>
          </w:tcPr>
          <w:p w14:paraId="0C79B047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lastRenderedPageBreak/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336C434C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5B5E9A97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575D86D8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16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17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7BC88DD6" w14:textId="77777777" w:rsidTr="001B4642">
        <w:trPr>
          <w:trHeight w:val="806"/>
        </w:trPr>
        <w:tc>
          <w:tcPr>
            <w:tcW w:w="602" w:type="dxa"/>
            <w:gridSpan w:val="2"/>
          </w:tcPr>
          <w:p w14:paraId="503AAA79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2977" w:type="dxa"/>
          </w:tcPr>
          <w:p w14:paraId="75AAC1D7" w14:textId="77777777" w:rsidR="00DD53E2" w:rsidRPr="0097061E" w:rsidRDefault="00DD53E2" w:rsidP="0097061E">
            <w:pPr>
              <w:pStyle w:val="TableParagraph"/>
              <w:spacing w:before="0"/>
              <w:ind w:left="76" w:right="402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Государственная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символика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Российской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Федерации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(гимн,</w:t>
            </w:r>
            <w:r w:rsidRPr="0097061E">
              <w:rPr>
                <w:b/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герб,</w:t>
            </w:r>
            <w:r w:rsidRPr="0097061E">
              <w:rPr>
                <w:b/>
                <w:color w:val="191919" w:themeColor="background1" w:themeShade="1A"/>
                <w:spacing w:val="2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флаг) и</w:t>
            </w:r>
            <w:r w:rsidRPr="0097061E">
              <w:rPr>
                <w:b/>
                <w:color w:val="191919" w:themeColor="background1" w:themeShade="1A"/>
                <w:spacing w:val="-2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своего</w:t>
            </w:r>
            <w:r w:rsidRPr="0097061E">
              <w:rPr>
                <w:b/>
                <w:color w:val="191919" w:themeColor="background1" w:themeShade="1A"/>
                <w:spacing w:val="-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региона.</w:t>
            </w:r>
          </w:p>
        </w:tc>
        <w:tc>
          <w:tcPr>
            <w:tcW w:w="709" w:type="dxa"/>
            <w:gridSpan w:val="2"/>
          </w:tcPr>
          <w:p w14:paraId="32DB45CC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1118425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8073B89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883C42D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0997D0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Повторение.</w:t>
            </w:r>
            <w:r w:rsidRPr="0097061E">
              <w:rPr>
                <w:color w:val="191919" w:themeColor="background1" w:themeShade="1A"/>
                <w:spacing w:val="54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Государственная</w:t>
            </w:r>
            <w:r w:rsidRPr="0097061E">
              <w:rPr>
                <w:color w:val="191919" w:themeColor="background1" w:themeShade="1A"/>
                <w:spacing w:val="59"/>
                <w:sz w:val="24"/>
                <w:szCs w:val="24"/>
              </w:rPr>
              <w:t xml:space="preserve"> </w:t>
            </w:r>
            <w:proofErr w:type="gramStart"/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символика.;</w:t>
            </w:r>
            <w:proofErr w:type="gramEnd"/>
          </w:p>
        </w:tc>
        <w:tc>
          <w:tcPr>
            <w:tcW w:w="1134" w:type="dxa"/>
          </w:tcPr>
          <w:p w14:paraId="0511D983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Зачет;</w:t>
            </w:r>
          </w:p>
        </w:tc>
        <w:tc>
          <w:tcPr>
            <w:tcW w:w="3564" w:type="dxa"/>
          </w:tcPr>
          <w:p w14:paraId="18D22CFE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5214BACE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004F42F6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18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19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5665E346" w14:textId="77777777" w:rsidTr="001B4642">
        <w:trPr>
          <w:trHeight w:val="724"/>
        </w:trPr>
        <w:tc>
          <w:tcPr>
            <w:tcW w:w="602" w:type="dxa"/>
            <w:gridSpan w:val="2"/>
          </w:tcPr>
          <w:p w14:paraId="57F64CF8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1.7.</w:t>
            </w:r>
          </w:p>
        </w:tc>
        <w:tc>
          <w:tcPr>
            <w:tcW w:w="2977" w:type="dxa"/>
          </w:tcPr>
          <w:p w14:paraId="1EF3A27C" w14:textId="77777777" w:rsidR="00DD53E2" w:rsidRPr="0097061E" w:rsidRDefault="00DD53E2" w:rsidP="0097061E">
            <w:pPr>
              <w:pStyle w:val="TableParagraph"/>
              <w:spacing w:before="0"/>
              <w:ind w:left="76" w:right="402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Уважение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к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культуре,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истории,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традициям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своего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народа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других народов.</w:t>
            </w:r>
          </w:p>
        </w:tc>
        <w:tc>
          <w:tcPr>
            <w:tcW w:w="709" w:type="dxa"/>
            <w:gridSpan w:val="2"/>
          </w:tcPr>
          <w:p w14:paraId="03AD211A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3DBA2D0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C01BA2A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294FA45E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F616C15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Ролевая</w:t>
            </w:r>
            <w:r w:rsidRPr="0097061E">
              <w:rPr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игра</w:t>
            </w:r>
            <w:r w:rsidRPr="0097061E">
              <w:rPr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«Встречаем</w:t>
            </w:r>
            <w:r w:rsidRPr="0097061E">
              <w:rPr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гостей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из</w:t>
            </w:r>
            <w:r w:rsidRPr="0097061E">
              <w:rPr>
                <w:color w:val="191919" w:themeColor="background1" w:themeShade="1A"/>
                <w:spacing w:val="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разных</w:t>
            </w:r>
            <w:r w:rsidRPr="0097061E">
              <w:rPr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республик</w:t>
            </w:r>
            <w:r w:rsidRPr="0097061E">
              <w:rPr>
                <w:color w:val="191919" w:themeColor="background1" w:themeShade="1A"/>
                <w:spacing w:val="29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РФ»:</w:t>
            </w:r>
            <w:r w:rsidRPr="0097061E">
              <w:rPr>
                <w:color w:val="191919" w:themeColor="background1" w:themeShade="1A"/>
                <w:spacing w:val="2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рассказы</w:t>
            </w:r>
            <w:r w:rsidRPr="0097061E">
              <w:rPr>
                <w:color w:val="191919" w:themeColor="background1" w:themeShade="1A"/>
                <w:spacing w:val="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гостей</w:t>
            </w:r>
            <w:r w:rsidRPr="0097061E">
              <w:rPr>
                <w:color w:val="191919" w:themeColor="background1" w:themeShade="1A"/>
                <w:spacing w:val="2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об</w:t>
            </w:r>
            <w:r w:rsidRPr="0097061E">
              <w:rPr>
                <w:color w:val="191919" w:themeColor="background1" w:themeShade="1A"/>
                <w:spacing w:val="2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их</w:t>
            </w:r>
            <w:r w:rsidRPr="0097061E">
              <w:rPr>
                <w:color w:val="191919" w:themeColor="background1" w:themeShade="1A"/>
                <w:spacing w:val="2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крае</w:t>
            </w:r>
            <w:r w:rsidRPr="0097061E">
              <w:rPr>
                <w:color w:val="191919" w:themeColor="background1" w:themeShade="1A"/>
                <w:spacing w:val="25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2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народах,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рассказы</w:t>
            </w:r>
            <w:r w:rsidRPr="0097061E">
              <w:rPr>
                <w:color w:val="191919" w:themeColor="background1" w:themeShade="1A"/>
                <w:spacing w:val="-3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для</w:t>
            </w:r>
            <w:r w:rsidRPr="0097061E">
              <w:rPr>
                <w:color w:val="191919" w:themeColor="background1" w:themeShade="1A"/>
                <w:spacing w:val="-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гостей</w:t>
            </w:r>
            <w:r w:rsidRPr="0097061E">
              <w:rPr>
                <w:color w:val="191919" w:themeColor="background1" w:themeShade="1A"/>
                <w:spacing w:val="-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о</w:t>
            </w:r>
            <w:r w:rsidRPr="0097061E">
              <w:rPr>
                <w:color w:val="191919" w:themeColor="background1" w:themeShade="1A"/>
                <w:spacing w:val="-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родном</w:t>
            </w:r>
            <w:r w:rsidRPr="0097061E">
              <w:rPr>
                <w:color w:val="191919" w:themeColor="background1" w:themeShade="1A"/>
                <w:spacing w:val="-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крае;</w:t>
            </w:r>
          </w:p>
        </w:tc>
        <w:tc>
          <w:tcPr>
            <w:tcW w:w="1134" w:type="dxa"/>
          </w:tcPr>
          <w:p w14:paraId="077C5BD7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48DC0479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3BA466BB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2D05E66E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20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21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447B56F7" w14:textId="77777777" w:rsidTr="001B4642">
        <w:trPr>
          <w:trHeight w:val="911"/>
        </w:trPr>
        <w:tc>
          <w:tcPr>
            <w:tcW w:w="602" w:type="dxa"/>
            <w:gridSpan w:val="2"/>
          </w:tcPr>
          <w:p w14:paraId="1DCCE20D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1.8.</w:t>
            </w:r>
          </w:p>
        </w:tc>
        <w:tc>
          <w:tcPr>
            <w:tcW w:w="2977" w:type="dxa"/>
          </w:tcPr>
          <w:p w14:paraId="5808DC98" w14:textId="77777777" w:rsidR="00DD53E2" w:rsidRPr="0097061E" w:rsidRDefault="00DD53E2" w:rsidP="0097061E">
            <w:pPr>
              <w:pStyle w:val="TableParagraph"/>
              <w:spacing w:before="0"/>
              <w:ind w:left="76" w:right="402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Семья</w:t>
            </w:r>
            <w:r w:rsidRPr="0097061E">
              <w:rPr>
                <w:b/>
                <w:color w:val="191919" w:themeColor="background1" w:themeShade="1A"/>
                <w:spacing w:val="3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i/>
                <w:color w:val="191919" w:themeColor="background1" w:themeShade="1A"/>
                <w:w w:val="90"/>
                <w:sz w:val="24"/>
                <w:szCs w:val="24"/>
              </w:rPr>
              <w:t>—</w:t>
            </w:r>
            <w:r w:rsidRPr="0097061E">
              <w:rPr>
                <w:b/>
                <w:i/>
                <w:color w:val="191919" w:themeColor="background1" w:themeShade="1A"/>
                <w:spacing w:val="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коллектив</w:t>
            </w:r>
            <w:r w:rsidRPr="0097061E">
              <w:rPr>
                <w:b/>
                <w:color w:val="191919" w:themeColor="background1" w:themeShade="1A"/>
                <w:spacing w:val="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близких,</w:t>
            </w:r>
            <w:r w:rsidRPr="0097061E">
              <w:rPr>
                <w:b/>
                <w:color w:val="191919" w:themeColor="background1" w:themeShade="1A"/>
                <w:spacing w:val="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родных</w:t>
            </w:r>
            <w:r w:rsidRPr="0097061E">
              <w:rPr>
                <w:b/>
                <w:color w:val="191919" w:themeColor="background1" w:themeShade="1A"/>
                <w:spacing w:val="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людей</w:t>
            </w:r>
            <w:r w:rsidRPr="0097061E">
              <w:rPr>
                <w:b/>
                <w:i/>
                <w:color w:val="191919" w:themeColor="background1" w:themeShade="1A"/>
                <w:w w:val="90"/>
                <w:sz w:val="24"/>
                <w:szCs w:val="24"/>
              </w:rPr>
              <w:t>.</w:t>
            </w:r>
            <w:r w:rsidRPr="0097061E">
              <w:rPr>
                <w:b/>
                <w:i/>
                <w:color w:val="191919" w:themeColor="background1" w:themeShade="1A"/>
                <w:spacing w:val="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Поколения</w:t>
            </w:r>
            <w:r w:rsidRPr="0097061E">
              <w:rPr>
                <w:b/>
                <w:color w:val="191919" w:themeColor="background1" w:themeShade="1A"/>
                <w:spacing w:val="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семье.</w:t>
            </w:r>
          </w:p>
        </w:tc>
        <w:tc>
          <w:tcPr>
            <w:tcW w:w="709" w:type="dxa"/>
            <w:gridSpan w:val="2"/>
          </w:tcPr>
          <w:p w14:paraId="6703A52F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1E4E07B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4849173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CCC962F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FAA65C4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Учебный</w:t>
            </w:r>
            <w:r w:rsidRPr="0097061E">
              <w:rPr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диалог</w:t>
            </w:r>
            <w:r w:rsidRPr="0097061E">
              <w:rPr>
                <w:color w:val="191919" w:themeColor="background1" w:themeShade="1A"/>
                <w:spacing w:val="2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2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«Для</w:t>
            </w:r>
            <w:r w:rsidRPr="0097061E">
              <w:rPr>
                <w:color w:val="191919" w:themeColor="background1" w:themeShade="1A"/>
                <w:spacing w:val="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чего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создаётся</w:t>
            </w:r>
            <w:r w:rsidRPr="0097061E">
              <w:rPr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семья</w:t>
            </w:r>
            <w:proofErr w:type="gramStart"/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»,«</w:t>
            </w:r>
            <w:proofErr w:type="gramEnd"/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Почему</w:t>
            </w:r>
            <w:proofErr w:type="spellEnd"/>
            <w:r w:rsidRPr="0097061E">
              <w:rPr>
                <w:color w:val="191919" w:themeColor="background1" w:themeShade="1A"/>
                <w:spacing w:val="2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семью</w:t>
            </w:r>
            <w:r w:rsidRPr="0097061E">
              <w:rPr>
                <w:color w:val="191919" w:themeColor="background1" w:themeShade="1A"/>
                <w:spacing w:val="19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называют</w:t>
            </w:r>
            <w:r w:rsidRPr="0097061E">
              <w:rPr>
                <w:color w:val="191919" w:themeColor="background1" w:themeShade="1A"/>
                <w:spacing w:val="2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коллективом»;</w:t>
            </w:r>
          </w:p>
          <w:p w14:paraId="170EB7C5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Работа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группах: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коллективный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ответ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на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вопрос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«Какие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бывают семьи?»;</w:t>
            </w:r>
          </w:p>
        </w:tc>
        <w:tc>
          <w:tcPr>
            <w:tcW w:w="1134" w:type="dxa"/>
          </w:tcPr>
          <w:p w14:paraId="2AACB072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3DF9E1E0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365B2DC2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62F74E15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22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23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6FBE90AA" w14:textId="77777777" w:rsidTr="001B4642">
        <w:trPr>
          <w:trHeight w:val="916"/>
        </w:trPr>
        <w:tc>
          <w:tcPr>
            <w:tcW w:w="602" w:type="dxa"/>
            <w:gridSpan w:val="2"/>
          </w:tcPr>
          <w:p w14:paraId="4AC42BAE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1.9.</w:t>
            </w:r>
          </w:p>
        </w:tc>
        <w:tc>
          <w:tcPr>
            <w:tcW w:w="2977" w:type="dxa"/>
          </w:tcPr>
          <w:p w14:paraId="62CC85E7" w14:textId="77777777" w:rsidR="00DD53E2" w:rsidRPr="0097061E" w:rsidRDefault="00DD53E2" w:rsidP="0097061E">
            <w:pPr>
              <w:pStyle w:val="TableParagraph"/>
              <w:spacing w:before="0"/>
              <w:ind w:left="76" w:right="237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Взаимоотношения</w:t>
            </w:r>
            <w:r w:rsidRPr="0097061E">
              <w:rPr>
                <w:b/>
                <w:color w:val="191919" w:themeColor="background1" w:themeShade="1A"/>
                <w:spacing w:val="1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3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семье:</w:t>
            </w:r>
            <w:r w:rsidRPr="0097061E">
              <w:rPr>
                <w:b/>
                <w:color w:val="191919" w:themeColor="background1" w:themeShade="1A"/>
                <w:spacing w:val="1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любовь,</w:t>
            </w:r>
            <w:r w:rsidRPr="0097061E">
              <w:rPr>
                <w:b/>
                <w:color w:val="191919" w:themeColor="background1" w:themeShade="1A"/>
                <w:spacing w:val="15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доброта,</w:t>
            </w:r>
            <w:r w:rsidRPr="0097061E">
              <w:rPr>
                <w:b/>
                <w:color w:val="191919" w:themeColor="background1" w:themeShade="1A"/>
                <w:spacing w:val="15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внимание,</w:t>
            </w:r>
            <w:r w:rsidRPr="0097061E">
              <w:rPr>
                <w:b/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поддержка.</w:t>
            </w:r>
          </w:p>
        </w:tc>
        <w:tc>
          <w:tcPr>
            <w:tcW w:w="709" w:type="dxa"/>
            <w:gridSpan w:val="2"/>
          </w:tcPr>
          <w:p w14:paraId="5B39EAFF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7F9310C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DDB6F3B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646E40E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8A7BAB6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Работа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группах: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коллективный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ответ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на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вопрос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«Какие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бывают семьи?»;</w:t>
            </w:r>
          </w:p>
        </w:tc>
        <w:tc>
          <w:tcPr>
            <w:tcW w:w="1134" w:type="dxa"/>
          </w:tcPr>
          <w:p w14:paraId="35B2B8DA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Самооценка</w:t>
            </w:r>
            <w:r w:rsidRPr="0097061E">
              <w:rPr>
                <w:color w:val="191919" w:themeColor="background1" w:themeShade="1A"/>
                <w:spacing w:val="2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с</w:t>
            </w:r>
            <w:r w:rsidRPr="0097061E">
              <w:rPr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использованием«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Оценочного</w:t>
            </w:r>
            <w:proofErr w:type="gramEnd"/>
            <w:r w:rsidRPr="0097061E">
              <w:rPr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листа»;</w:t>
            </w:r>
          </w:p>
        </w:tc>
        <w:tc>
          <w:tcPr>
            <w:tcW w:w="3564" w:type="dxa"/>
          </w:tcPr>
          <w:p w14:paraId="246A49C8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1C9D352E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560DF00A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24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25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369B23F4" w14:textId="77777777" w:rsidTr="001B4642">
        <w:trPr>
          <w:trHeight w:val="897"/>
        </w:trPr>
        <w:tc>
          <w:tcPr>
            <w:tcW w:w="602" w:type="dxa"/>
            <w:gridSpan w:val="2"/>
          </w:tcPr>
          <w:p w14:paraId="7CC0AC36" w14:textId="77777777" w:rsidR="00DD53E2" w:rsidRPr="0097061E" w:rsidRDefault="00DD53E2" w:rsidP="0097061E">
            <w:pPr>
              <w:pStyle w:val="TableParagraph"/>
              <w:spacing w:before="0"/>
              <w:ind w:left="50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1.10.</w:t>
            </w:r>
          </w:p>
        </w:tc>
        <w:tc>
          <w:tcPr>
            <w:tcW w:w="2977" w:type="dxa"/>
          </w:tcPr>
          <w:p w14:paraId="069B8789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Семейный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бюджет,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доходы</w:t>
            </w:r>
            <w:r w:rsidRPr="0097061E">
              <w:rPr>
                <w:b/>
                <w:color w:val="191919" w:themeColor="background1" w:themeShade="1A"/>
                <w:spacing w:val="1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расходы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семьи.</w:t>
            </w:r>
          </w:p>
        </w:tc>
        <w:tc>
          <w:tcPr>
            <w:tcW w:w="709" w:type="dxa"/>
            <w:gridSpan w:val="2"/>
          </w:tcPr>
          <w:p w14:paraId="17AB4640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0B2B090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22C3758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553D2D4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BCC0123" w14:textId="77777777" w:rsidR="00DD53E2" w:rsidRPr="0097061E" w:rsidRDefault="00DD53E2" w:rsidP="0097061E">
            <w:pPr>
              <w:pStyle w:val="TableParagraph"/>
              <w:spacing w:before="0"/>
              <w:ind w:left="79" w:right="53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Рассказ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учителя:</w:t>
            </w:r>
            <w:r w:rsidRPr="0097061E">
              <w:rPr>
                <w:color w:val="191919" w:themeColor="background1" w:themeShade="1A"/>
                <w:spacing w:val="3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«Что</w:t>
            </w:r>
            <w:r w:rsidRPr="0097061E">
              <w:rPr>
                <w:color w:val="191919" w:themeColor="background1" w:themeShade="1A"/>
                <w:spacing w:val="35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такое</w:t>
            </w:r>
            <w:r w:rsidRPr="0097061E">
              <w:rPr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семейный</w:t>
            </w:r>
            <w:r w:rsidRPr="0097061E">
              <w:rPr>
                <w:color w:val="191919" w:themeColor="background1" w:themeShade="1A"/>
                <w:spacing w:val="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бюджет»;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Беседа</w:t>
            </w:r>
            <w:r w:rsidRPr="0097061E">
              <w:rPr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«Доходы</w:t>
            </w:r>
            <w:r w:rsidRPr="0097061E">
              <w:rPr>
                <w:color w:val="191919" w:themeColor="background1" w:themeShade="1A"/>
                <w:spacing w:val="2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расходы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семьи»;</w:t>
            </w:r>
          </w:p>
          <w:p w14:paraId="4C545855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работа</w:t>
            </w:r>
            <w:r w:rsidRPr="0097061E">
              <w:rPr>
                <w:color w:val="191919" w:themeColor="background1" w:themeShade="1A"/>
                <w:spacing w:val="1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1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«Моделирование</w:t>
            </w:r>
            <w:r w:rsidRPr="0097061E">
              <w:rPr>
                <w:color w:val="191919" w:themeColor="background1" w:themeShade="1A"/>
                <w:spacing w:val="1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семейного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бюджета»</w:t>
            </w:r>
            <w:r w:rsidRPr="0097061E">
              <w:rPr>
                <w:color w:val="191919" w:themeColor="background1" w:themeShade="1A"/>
                <w:spacing w:val="-4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(дифференцированное задание);</w:t>
            </w:r>
          </w:p>
        </w:tc>
        <w:tc>
          <w:tcPr>
            <w:tcW w:w="1134" w:type="dxa"/>
          </w:tcPr>
          <w:p w14:paraId="5ACD8CB2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работа;</w:t>
            </w:r>
          </w:p>
        </w:tc>
        <w:tc>
          <w:tcPr>
            <w:tcW w:w="3564" w:type="dxa"/>
          </w:tcPr>
          <w:p w14:paraId="1A9B5E03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5572484B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1C4C4FB9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26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27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03CA446D" w14:textId="77777777" w:rsidTr="001B4642">
        <w:trPr>
          <w:trHeight w:val="911"/>
        </w:trPr>
        <w:tc>
          <w:tcPr>
            <w:tcW w:w="602" w:type="dxa"/>
            <w:gridSpan w:val="2"/>
          </w:tcPr>
          <w:p w14:paraId="78BF26DF" w14:textId="77777777" w:rsidR="00DD53E2" w:rsidRPr="0097061E" w:rsidRDefault="00DD53E2" w:rsidP="0097061E">
            <w:pPr>
              <w:pStyle w:val="TableParagraph"/>
              <w:spacing w:before="0"/>
              <w:ind w:left="50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2977" w:type="dxa"/>
          </w:tcPr>
          <w:p w14:paraId="5843340B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Страны</w:t>
            </w:r>
            <w:r w:rsidRPr="0097061E">
              <w:rPr>
                <w:b/>
                <w:color w:val="191919" w:themeColor="background1" w:themeShade="1A"/>
                <w:spacing w:val="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народы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мира</w:t>
            </w:r>
            <w:r w:rsidRPr="0097061E">
              <w:rPr>
                <w:b/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на</w:t>
            </w:r>
            <w:r w:rsidRPr="0097061E">
              <w:rPr>
                <w:b/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карте.</w:t>
            </w:r>
          </w:p>
        </w:tc>
        <w:tc>
          <w:tcPr>
            <w:tcW w:w="709" w:type="dxa"/>
            <w:gridSpan w:val="2"/>
          </w:tcPr>
          <w:p w14:paraId="25306DBA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4DEE4958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9808777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2D9B98B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5AFF71D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работа</w:t>
            </w:r>
            <w:r w:rsidRPr="0097061E">
              <w:rPr>
                <w:color w:val="191919" w:themeColor="background1" w:themeShade="1A"/>
                <w:spacing w:val="9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с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картой:</w:t>
            </w:r>
            <w:r w:rsidRPr="0097061E">
              <w:rPr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страны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мира.</w:t>
            </w:r>
            <w:r w:rsidRPr="0097061E">
              <w:rPr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Работа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группах:</w:t>
            </w:r>
            <w:r w:rsidRPr="0097061E">
              <w:rPr>
                <w:color w:val="191919" w:themeColor="background1" w:themeShade="1A"/>
                <w:spacing w:val="1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самостоятельное</w:t>
            </w:r>
            <w:r w:rsidRPr="0097061E">
              <w:rPr>
                <w:color w:val="191919" w:themeColor="background1" w:themeShade="1A"/>
                <w:spacing w:val="1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составление</w:t>
            </w:r>
            <w:r w:rsidRPr="0097061E">
              <w:rPr>
                <w:color w:val="191919" w:themeColor="background1" w:themeShade="1A"/>
                <w:spacing w:val="1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описания</w:t>
            </w:r>
            <w:r w:rsidRPr="0097061E">
              <w:rPr>
                <w:color w:val="191919" w:themeColor="background1" w:themeShade="1A"/>
                <w:spacing w:val="2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любой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страны</w:t>
            </w:r>
            <w:r w:rsidRPr="0097061E">
              <w:rPr>
                <w:color w:val="191919" w:themeColor="background1" w:themeShade="1A"/>
                <w:spacing w:val="-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или</w:t>
            </w:r>
            <w:r w:rsidRPr="0097061E">
              <w:rPr>
                <w:color w:val="191919" w:themeColor="background1" w:themeShade="1A"/>
                <w:spacing w:val="-4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народа</w:t>
            </w:r>
            <w:r w:rsidRPr="0097061E">
              <w:rPr>
                <w:color w:val="191919" w:themeColor="background1" w:themeShade="1A"/>
                <w:spacing w:val="-4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мира</w:t>
            </w:r>
            <w:r w:rsidRPr="0097061E">
              <w:rPr>
                <w:color w:val="191919" w:themeColor="background1" w:themeShade="1A"/>
                <w:spacing w:val="-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(с</w:t>
            </w:r>
            <w:r w:rsidRPr="0097061E">
              <w:rPr>
                <w:color w:val="191919" w:themeColor="background1" w:themeShade="1A"/>
                <w:spacing w:val="-4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использованием</w:t>
            </w:r>
          </w:p>
          <w:p w14:paraId="5AA809C5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proofErr w:type="gramStart"/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дополнительной</w:t>
            </w:r>
            <w:proofErr w:type="gramEnd"/>
            <w:r w:rsidRPr="0097061E">
              <w:rPr>
                <w:color w:val="191919" w:themeColor="background1" w:themeShade="1A"/>
                <w:spacing w:val="5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литературы</w:t>
            </w:r>
            <w:r w:rsidRPr="0097061E">
              <w:rPr>
                <w:color w:val="191919" w:themeColor="background1" w:themeShade="1A"/>
                <w:spacing w:val="6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5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Интернета);</w:t>
            </w:r>
          </w:p>
        </w:tc>
        <w:tc>
          <w:tcPr>
            <w:tcW w:w="1134" w:type="dxa"/>
          </w:tcPr>
          <w:p w14:paraId="7B8BBC87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3ACC91D0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55029B53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600D92EC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28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29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1FED3C51" w14:textId="77777777" w:rsidTr="001B4642">
        <w:trPr>
          <w:trHeight w:val="917"/>
        </w:trPr>
        <w:tc>
          <w:tcPr>
            <w:tcW w:w="602" w:type="dxa"/>
            <w:gridSpan w:val="2"/>
          </w:tcPr>
          <w:p w14:paraId="01AFB12A" w14:textId="77777777" w:rsidR="00DD53E2" w:rsidRPr="0097061E" w:rsidRDefault="00DD53E2" w:rsidP="0097061E">
            <w:pPr>
              <w:pStyle w:val="TableParagraph"/>
              <w:spacing w:before="0"/>
              <w:ind w:left="49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1.12</w:t>
            </w:r>
          </w:p>
        </w:tc>
        <w:tc>
          <w:tcPr>
            <w:tcW w:w="2977" w:type="dxa"/>
          </w:tcPr>
          <w:p w14:paraId="4C2C4823" w14:textId="77777777" w:rsidR="00DD53E2" w:rsidRPr="0097061E" w:rsidRDefault="00DD53E2" w:rsidP="0097061E">
            <w:pPr>
              <w:pStyle w:val="TableParagraph"/>
              <w:spacing w:before="0"/>
              <w:ind w:left="76" w:right="20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Памятники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природы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культуры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—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символы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стран,</w:t>
            </w:r>
            <w:r w:rsidRPr="0097061E">
              <w:rPr>
                <w:b/>
                <w:color w:val="191919" w:themeColor="background1" w:themeShade="1A"/>
                <w:spacing w:val="32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32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которых</w:t>
            </w:r>
            <w:r w:rsidRPr="0097061E">
              <w:rPr>
                <w:b/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они</w:t>
            </w:r>
            <w:r w:rsidRPr="0097061E">
              <w:rPr>
                <w:b/>
                <w:color w:val="191919" w:themeColor="background1" w:themeShade="1A"/>
                <w:spacing w:val="3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находятся.</w:t>
            </w:r>
          </w:p>
        </w:tc>
        <w:tc>
          <w:tcPr>
            <w:tcW w:w="709" w:type="dxa"/>
            <w:gridSpan w:val="2"/>
          </w:tcPr>
          <w:p w14:paraId="59D8432D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8960BBC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F4D04D7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8BF61E8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11BC4CC" w14:textId="77777777" w:rsidR="00DD53E2" w:rsidRPr="0097061E" w:rsidRDefault="00DD53E2" w:rsidP="0097061E">
            <w:pPr>
              <w:pStyle w:val="TableParagraph"/>
              <w:spacing w:before="0"/>
              <w:ind w:left="79" w:right="198"/>
              <w:jc w:val="both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«Путешествие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странам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мира»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(достопримечательности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отдельных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стран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мира, по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выбору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детей): рассматривание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видеоматериалов,</w:t>
            </w:r>
            <w:r w:rsidRPr="0097061E">
              <w:rPr>
                <w:color w:val="191919" w:themeColor="background1" w:themeShade="1A"/>
                <w:spacing w:val="-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слайдов, иллюстраций;</w:t>
            </w:r>
          </w:p>
          <w:p w14:paraId="21596C7A" w14:textId="77777777" w:rsidR="00DD53E2" w:rsidRPr="0097061E" w:rsidRDefault="00DD53E2" w:rsidP="0097061E">
            <w:pPr>
              <w:pStyle w:val="TableParagraph"/>
              <w:spacing w:before="0"/>
              <w:ind w:left="79"/>
              <w:jc w:val="both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Символы</w:t>
            </w:r>
            <w:r w:rsidRPr="0097061E">
              <w:rPr>
                <w:color w:val="191919" w:themeColor="background1" w:themeShade="1A"/>
                <w:spacing w:val="2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стран,</w:t>
            </w:r>
            <w:r w:rsidRPr="0097061E">
              <w:rPr>
                <w:color w:val="191919" w:themeColor="background1" w:themeShade="1A"/>
                <w:spacing w:val="29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</w:t>
            </w:r>
            <w:r w:rsidRPr="0097061E">
              <w:rPr>
                <w:color w:val="191919" w:themeColor="background1" w:themeShade="1A"/>
                <w:spacing w:val="2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которыми</w:t>
            </w:r>
            <w:r w:rsidRPr="0097061E">
              <w:rPr>
                <w:color w:val="191919" w:themeColor="background1" w:themeShade="1A"/>
                <w:spacing w:val="3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знакомятся</w:t>
            </w:r>
            <w:r w:rsidRPr="0097061E">
              <w:rPr>
                <w:color w:val="191919" w:themeColor="background1" w:themeShade="1A"/>
                <w:spacing w:val="36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дети;</w:t>
            </w:r>
          </w:p>
        </w:tc>
        <w:tc>
          <w:tcPr>
            <w:tcW w:w="1134" w:type="dxa"/>
          </w:tcPr>
          <w:p w14:paraId="7EA337CB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56A06A48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631A343B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7F52A0BC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30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31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66739B70" w14:textId="77777777" w:rsidTr="001B4642">
        <w:trPr>
          <w:trHeight w:val="340"/>
        </w:trPr>
        <w:tc>
          <w:tcPr>
            <w:tcW w:w="3579" w:type="dxa"/>
            <w:gridSpan w:val="3"/>
          </w:tcPr>
          <w:p w14:paraId="6B2FB82E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Итого</w:t>
            </w:r>
            <w:r w:rsidRPr="0097061E">
              <w:rPr>
                <w:color w:val="191919" w:themeColor="background1" w:themeShade="1A"/>
                <w:spacing w:val="2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2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разделу</w:t>
            </w:r>
          </w:p>
        </w:tc>
        <w:tc>
          <w:tcPr>
            <w:tcW w:w="709" w:type="dxa"/>
            <w:gridSpan w:val="2"/>
          </w:tcPr>
          <w:p w14:paraId="20B9A4DD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20</w:t>
            </w:r>
          </w:p>
        </w:tc>
        <w:tc>
          <w:tcPr>
            <w:tcW w:w="11218" w:type="dxa"/>
            <w:gridSpan w:val="6"/>
          </w:tcPr>
          <w:p w14:paraId="0CF67859" w14:textId="77777777" w:rsidR="00DD53E2" w:rsidRPr="0097061E" w:rsidRDefault="00DD53E2" w:rsidP="0097061E">
            <w:pPr>
              <w:pStyle w:val="TableParagraph"/>
              <w:spacing w:before="0"/>
              <w:ind w:left="0"/>
              <w:rPr>
                <w:color w:val="191919" w:themeColor="background1" w:themeShade="1A"/>
                <w:sz w:val="24"/>
                <w:szCs w:val="24"/>
              </w:rPr>
            </w:pPr>
          </w:p>
        </w:tc>
      </w:tr>
      <w:tr w:rsidR="00DD53E2" w:rsidRPr="0097061E" w14:paraId="4C2442B2" w14:textId="77777777" w:rsidTr="001B4642">
        <w:trPr>
          <w:trHeight w:val="336"/>
        </w:trPr>
        <w:tc>
          <w:tcPr>
            <w:tcW w:w="15506" w:type="dxa"/>
            <w:gridSpan w:val="11"/>
          </w:tcPr>
          <w:p w14:paraId="7C1EFEDC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Раздел</w:t>
            </w:r>
            <w:r w:rsidRPr="0097061E">
              <w:rPr>
                <w:color w:val="191919" w:themeColor="background1" w:themeShade="1A"/>
                <w:spacing w:val="2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2.</w:t>
            </w:r>
            <w:r w:rsidRPr="0097061E">
              <w:rPr>
                <w:color w:val="191919" w:themeColor="background1" w:themeShade="1A"/>
                <w:spacing w:val="3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Человек</w:t>
            </w:r>
            <w:r w:rsidRPr="0097061E">
              <w:rPr>
                <w:b/>
                <w:color w:val="191919" w:themeColor="background1" w:themeShade="1A"/>
                <w:spacing w:val="2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2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природа.</w:t>
            </w:r>
          </w:p>
        </w:tc>
      </w:tr>
      <w:tr w:rsidR="00DD53E2" w:rsidRPr="0097061E" w14:paraId="345311B5" w14:textId="77777777" w:rsidTr="001B4642">
        <w:trPr>
          <w:trHeight w:val="1300"/>
        </w:trPr>
        <w:tc>
          <w:tcPr>
            <w:tcW w:w="602" w:type="dxa"/>
            <w:gridSpan w:val="2"/>
          </w:tcPr>
          <w:p w14:paraId="261F7B69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2.1.</w:t>
            </w:r>
          </w:p>
        </w:tc>
        <w:tc>
          <w:tcPr>
            <w:tcW w:w="2977" w:type="dxa"/>
          </w:tcPr>
          <w:p w14:paraId="20CE2F55" w14:textId="77777777" w:rsidR="00DD53E2" w:rsidRPr="0097061E" w:rsidRDefault="00DD53E2" w:rsidP="0097061E">
            <w:pPr>
              <w:pStyle w:val="TableParagraph"/>
              <w:spacing w:before="0"/>
              <w:ind w:left="76" w:right="402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Вещество.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Разнообразие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веществ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окружающем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мире.</w:t>
            </w:r>
            <w:r w:rsidRPr="0097061E">
              <w:rPr>
                <w:b/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Твёрдые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тела,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жидкости,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газы,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их</w:t>
            </w:r>
            <w:r w:rsidRPr="0097061E">
              <w:rPr>
                <w:b/>
                <w:color w:val="191919" w:themeColor="background1" w:themeShade="1A"/>
                <w:spacing w:val="-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свойства.</w:t>
            </w:r>
          </w:p>
        </w:tc>
        <w:tc>
          <w:tcPr>
            <w:tcW w:w="709" w:type="dxa"/>
            <w:gridSpan w:val="2"/>
          </w:tcPr>
          <w:p w14:paraId="20FA8E99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73D3855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2A6E9ED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868E2CB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AD15A57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Практические</w:t>
            </w:r>
            <w:r w:rsidRPr="0097061E">
              <w:rPr>
                <w:color w:val="191919" w:themeColor="background1" w:themeShade="1A"/>
                <w:spacing w:val="29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работы</w:t>
            </w:r>
            <w:r w:rsidRPr="0097061E">
              <w:rPr>
                <w:color w:val="191919" w:themeColor="background1" w:themeShade="1A"/>
                <w:spacing w:val="3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(наблюдение</w:t>
            </w:r>
            <w:r w:rsidRPr="0097061E">
              <w:rPr>
                <w:color w:val="191919" w:themeColor="background1" w:themeShade="1A"/>
                <w:spacing w:val="3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36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опыты)</w:t>
            </w:r>
            <w:r w:rsidRPr="0097061E">
              <w:rPr>
                <w:color w:val="191919" w:themeColor="background1" w:themeShade="1A"/>
                <w:spacing w:val="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</w:t>
            </w:r>
          </w:p>
          <w:p w14:paraId="2C839838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proofErr w:type="gramStart"/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веществами</w:t>
            </w:r>
            <w:proofErr w:type="gramEnd"/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:</w:t>
            </w:r>
            <w:r w:rsidRPr="0097061E">
              <w:rPr>
                <w:color w:val="191919" w:themeColor="background1" w:themeShade="1A"/>
                <w:spacing w:val="1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текучесть,</w:t>
            </w:r>
            <w:r w:rsidRPr="0097061E">
              <w:rPr>
                <w:color w:val="191919" w:themeColor="background1" w:themeShade="1A"/>
                <w:spacing w:val="1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растворимость,</w:t>
            </w:r>
            <w:r w:rsidRPr="0097061E">
              <w:rPr>
                <w:color w:val="191919" w:themeColor="background1" w:themeShade="1A"/>
                <w:spacing w:val="1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окрашиваемость</w:t>
            </w:r>
            <w:r w:rsidRPr="0097061E">
              <w:rPr>
                <w:color w:val="191919" w:themeColor="background1" w:themeShade="1A"/>
                <w:spacing w:val="2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др.;</w:t>
            </w:r>
          </w:p>
          <w:p w14:paraId="4F73634D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Упражнения:</w:t>
            </w:r>
            <w:r w:rsidRPr="0097061E">
              <w:rPr>
                <w:color w:val="191919" w:themeColor="background1" w:themeShade="1A"/>
                <w:spacing w:val="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классификация</w:t>
            </w:r>
            <w:r w:rsidRPr="0097061E">
              <w:rPr>
                <w:color w:val="191919" w:themeColor="background1" w:themeShade="1A"/>
                <w:spacing w:val="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тел</w:t>
            </w:r>
            <w:r w:rsidRPr="0097061E">
              <w:rPr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веществ,</w:t>
            </w:r>
            <w:r w:rsidRPr="0097061E">
              <w:rPr>
                <w:color w:val="191919" w:themeColor="background1" w:themeShade="1A"/>
                <w:spacing w:val="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сравнение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естественных</w:t>
            </w:r>
            <w:r w:rsidRPr="0097061E">
              <w:rPr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искусственных</w:t>
            </w:r>
            <w:r w:rsidRPr="0097061E">
              <w:rPr>
                <w:color w:val="191919" w:themeColor="background1" w:themeShade="1A"/>
                <w:spacing w:val="1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тел;</w:t>
            </w:r>
            <w:r w:rsidRPr="0097061E">
              <w:rPr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классификация</w:t>
            </w:r>
            <w:r w:rsidRPr="0097061E">
              <w:rPr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твёрдых,</w:t>
            </w:r>
            <w:r w:rsidRPr="0097061E">
              <w:rPr>
                <w:color w:val="191919" w:themeColor="background1" w:themeShade="1A"/>
                <w:spacing w:val="-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жидких</w:t>
            </w:r>
            <w:r w:rsidRPr="0097061E">
              <w:rPr>
                <w:color w:val="191919" w:themeColor="background1" w:themeShade="1A"/>
                <w:spacing w:val="-4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4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газообразных</w:t>
            </w:r>
            <w:r w:rsidRPr="0097061E">
              <w:rPr>
                <w:color w:val="191919" w:themeColor="background1" w:themeShade="1A"/>
                <w:spacing w:val="-4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веществ;</w:t>
            </w:r>
          </w:p>
        </w:tc>
        <w:tc>
          <w:tcPr>
            <w:tcW w:w="1134" w:type="dxa"/>
          </w:tcPr>
          <w:p w14:paraId="18B55B57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работа;</w:t>
            </w:r>
          </w:p>
        </w:tc>
        <w:tc>
          <w:tcPr>
            <w:tcW w:w="3564" w:type="dxa"/>
          </w:tcPr>
          <w:p w14:paraId="007DCE55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75614F6B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3130B316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32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33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10CA4B34" w14:textId="77777777" w:rsidTr="001B4642">
        <w:trPr>
          <w:trHeight w:val="719"/>
        </w:trPr>
        <w:tc>
          <w:tcPr>
            <w:tcW w:w="602" w:type="dxa"/>
            <w:gridSpan w:val="2"/>
          </w:tcPr>
          <w:p w14:paraId="71DB27DD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2.2.</w:t>
            </w:r>
          </w:p>
        </w:tc>
        <w:tc>
          <w:tcPr>
            <w:tcW w:w="2977" w:type="dxa"/>
          </w:tcPr>
          <w:p w14:paraId="7F9544B0" w14:textId="77777777" w:rsidR="00DD53E2" w:rsidRPr="0097061E" w:rsidRDefault="00DD53E2" w:rsidP="0097061E">
            <w:pPr>
              <w:pStyle w:val="TableParagraph"/>
              <w:spacing w:before="0"/>
              <w:ind w:left="114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Воздух</w:t>
            </w:r>
            <w:r w:rsidRPr="0097061E">
              <w:rPr>
                <w:b/>
                <w:color w:val="191919" w:themeColor="background1" w:themeShade="1A"/>
                <w:spacing w:val="1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—</w:t>
            </w:r>
            <w:r w:rsidRPr="0097061E">
              <w:rPr>
                <w:b/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смесь</w:t>
            </w:r>
            <w:r w:rsidRPr="0097061E">
              <w:rPr>
                <w:b/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газов.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Свойства</w:t>
            </w:r>
            <w:r w:rsidRPr="0097061E">
              <w:rPr>
                <w:b/>
                <w:color w:val="191919" w:themeColor="background1" w:themeShade="1A"/>
                <w:spacing w:val="10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воздуха.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Значение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для</w:t>
            </w:r>
            <w:r w:rsidRPr="0097061E">
              <w:rPr>
                <w:b/>
                <w:color w:val="191919" w:themeColor="background1" w:themeShade="1A"/>
                <w:spacing w:val="1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жизни.</w:t>
            </w:r>
          </w:p>
        </w:tc>
        <w:tc>
          <w:tcPr>
            <w:tcW w:w="709" w:type="dxa"/>
            <w:gridSpan w:val="2"/>
          </w:tcPr>
          <w:p w14:paraId="1C791A70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6CF7EFF6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EBD8FD3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9437B60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CE0F71B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Упражнения:</w:t>
            </w:r>
            <w:r w:rsidRPr="0097061E">
              <w:rPr>
                <w:color w:val="191919" w:themeColor="background1" w:themeShade="1A"/>
                <w:spacing w:val="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классификация</w:t>
            </w:r>
            <w:r w:rsidRPr="0097061E">
              <w:rPr>
                <w:color w:val="191919" w:themeColor="background1" w:themeShade="1A"/>
                <w:spacing w:val="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тел</w:t>
            </w:r>
            <w:r w:rsidRPr="0097061E">
              <w:rPr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веществ,</w:t>
            </w:r>
            <w:r w:rsidRPr="0097061E">
              <w:rPr>
                <w:color w:val="191919" w:themeColor="background1" w:themeShade="1A"/>
                <w:spacing w:val="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сравнение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естественных</w:t>
            </w:r>
            <w:r w:rsidRPr="0097061E">
              <w:rPr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искусственных</w:t>
            </w:r>
            <w:r w:rsidRPr="0097061E">
              <w:rPr>
                <w:color w:val="191919" w:themeColor="background1" w:themeShade="1A"/>
                <w:spacing w:val="1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тел;</w:t>
            </w:r>
            <w:r w:rsidRPr="0097061E">
              <w:rPr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классификация</w:t>
            </w:r>
            <w:r w:rsidRPr="0097061E">
              <w:rPr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твёрдых,</w:t>
            </w:r>
            <w:r w:rsidRPr="0097061E">
              <w:rPr>
                <w:color w:val="191919" w:themeColor="background1" w:themeShade="1A"/>
                <w:spacing w:val="-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жидких</w:t>
            </w:r>
            <w:r w:rsidRPr="0097061E">
              <w:rPr>
                <w:color w:val="191919" w:themeColor="background1" w:themeShade="1A"/>
                <w:spacing w:val="-4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4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газообразных</w:t>
            </w:r>
            <w:r w:rsidRPr="0097061E">
              <w:rPr>
                <w:color w:val="191919" w:themeColor="background1" w:themeShade="1A"/>
                <w:spacing w:val="-4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веществ;</w:t>
            </w:r>
          </w:p>
        </w:tc>
        <w:tc>
          <w:tcPr>
            <w:tcW w:w="1134" w:type="dxa"/>
          </w:tcPr>
          <w:p w14:paraId="1D74897F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работа;</w:t>
            </w:r>
          </w:p>
        </w:tc>
        <w:tc>
          <w:tcPr>
            <w:tcW w:w="3564" w:type="dxa"/>
          </w:tcPr>
          <w:p w14:paraId="1ACB99F1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0FDD6D00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3CAB4030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34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35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05BF788B" w14:textId="77777777" w:rsidTr="001B4642">
        <w:trPr>
          <w:trHeight w:val="724"/>
        </w:trPr>
        <w:tc>
          <w:tcPr>
            <w:tcW w:w="602" w:type="dxa"/>
            <w:gridSpan w:val="2"/>
          </w:tcPr>
          <w:p w14:paraId="3BB3D498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2.3.</w:t>
            </w:r>
          </w:p>
        </w:tc>
        <w:tc>
          <w:tcPr>
            <w:tcW w:w="2977" w:type="dxa"/>
          </w:tcPr>
          <w:p w14:paraId="7CEFA8BA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Вода.</w:t>
            </w:r>
            <w:r w:rsidRPr="0097061E">
              <w:rPr>
                <w:b/>
                <w:color w:val="191919" w:themeColor="background1" w:themeShade="1A"/>
                <w:spacing w:val="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Свойства</w:t>
            </w:r>
            <w:r w:rsidRPr="0097061E">
              <w:rPr>
                <w:b/>
                <w:color w:val="191919" w:themeColor="background1" w:themeShade="1A"/>
                <w:spacing w:val="1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воды. Состояния</w:t>
            </w:r>
            <w:r w:rsidRPr="0097061E">
              <w:rPr>
                <w:b/>
                <w:color w:val="191919" w:themeColor="background1" w:themeShade="1A"/>
                <w:spacing w:val="9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воды,</w:t>
            </w:r>
            <w:r w:rsidRPr="0097061E">
              <w:rPr>
                <w:b/>
                <w:color w:val="191919" w:themeColor="background1" w:themeShade="1A"/>
                <w:spacing w:val="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её</w:t>
            </w:r>
            <w:r w:rsidRPr="0097061E">
              <w:rPr>
                <w:b/>
                <w:color w:val="191919" w:themeColor="background1" w:themeShade="1A"/>
                <w:spacing w:val="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распространение</w:t>
            </w:r>
            <w:r w:rsidRPr="0097061E">
              <w:rPr>
                <w:b/>
                <w:color w:val="191919" w:themeColor="background1" w:themeShade="1A"/>
                <w:spacing w:val="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природе,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значение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для</w:t>
            </w:r>
            <w:r w:rsidRPr="0097061E">
              <w:rPr>
                <w:b/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жизни.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lastRenderedPageBreak/>
              <w:t>Круговорот</w:t>
            </w:r>
            <w:r w:rsidRPr="0097061E">
              <w:rPr>
                <w:b/>
                <w:color w:val="191919" w:themeColor="background1" w:themeShade="1A"/>
                <w:spacing w:val="9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воды</w:t>
            </w:r>
            <w:r w:rsidRPr="0097061E">
              <w:rPr>
                <w:b/>
                <w:color w:val="191919" w:themeColor="background1" w:themeShade="1A"/>
                <w:spacing w:val="1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2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природе.</w:t>
            </w:r>
          </w:p>
        </w:tc>
        <w:tc>
          <w:tcPr>
            <w:tcW w:w="709" w:type="dxa"/>
            <w:gridSpan w:val="2"/>
          </w:tcPr>
          <w:p w14:paraId="1128DBCA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</w:tcPr>
          <w:p w14:paraId="67847D5E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0CA66B3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FD2BBEA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27FE682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Практические</w:t>
            </w:r>
            <w:r w:rsidRPr="0097061E">
              <w:rPr>
                <w:color w:val="191919" w:themeColor="background1" w:themeShade="1A"/>
                <w:spacing w:val="29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работы</w:t>
            </w:r>
            <w:r w:rsidRPr="0097061E">
              <w:rPr>
                <w:color w:val="191919" w:themeColor="background1" w:themeShade="1A"/>
                <w:spacing w:val="3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(наблюдение</w:t>
            </w:r>
            <w:r w:rsidRPr="0097061E">
              <w:rPr>
                <w:color w:val="191919" w:themeColor="background1" w:themeShade="1A"/>
                <w:spacing w:val="3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36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опыты)</w:t>
            </w:r>
            <w:r w:rsidRPr="0097061E">
              <w:rPr>
                <w:color w:val="191919" w:themeColor="background1" w:themeShade="1A"/>
                <w:spacing w:val="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</w:t>
            </w:r>
          </w:p>
          <w:p w14:paraId="5FBAF5A5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proofErr w:type="gramStart"/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веществами</w:t>
            </w:r>
            <w:proofErr w:type="gramEnd"/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:</w:t>
            </w:r>
            <w:r w:rsidRPr="0097061E">
              <w:rPr>
                <w:color w:val="191919" w:themeColor="background1" w:themeShade="1A"/>
                <w:spacing w:val="1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текучесть,</w:t>
            </w:r>
            <w:r w:rsidRPr="0097061E">
              <w:rPr>
                <w:color w:val="191919" w:themeColor="background1" w:themeShade="1A"/>
                <w:spacing w:val="1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растворимость,</w:t>
            </w:r>
            <w:r w:rsidRPr="0097061E">
              <w:rPr>
                <w:color w:val="191919" w:themeColor="background1" w:themeShade="1A"/>
                <w:spacing w:val="1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окрашиваемость</w:t>
            </w:r>
            <w:r w:rsidRPr="0097061E">
              <w:rPr>
                <w:color w:val="191919" w:themeColor="background1" w:themeShade="1A"/>
                <w:spacing w:val="2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lastRenderedPageBreak/>
              <w:t>и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др.;</w:t>
            </w:r>
          </w:p>
        </w:tc>
        <w:tc>
          <w:tcPr>
            <w:tcW w:w="1134" w:type="dxa"/>
          </w:tcPr>
          <w:p w14:paraId="226EB4C7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lastRenderedPageBreak/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работа;</w:t>
            </w:r>
          </w:p>
        </w:tc>
        <w:tc>
          <w:tcPr>
            <w:tcW w:w="3564" w:type="dxa"/>
          </w:tcPr>
          <w:p w14:paraId="0C19F71C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5B29A538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67B42A16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36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37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77EEDFD5" w14:textId="77777777" w:rsidTr="001B4642">
        <w:trPr>
          <w:trHeight w:val="724"/>
        </w:trPr>
        <w:tc>
          <w:tcPr>
            <w:tcW w:w="602" w:type="dxa"/>
            <w:gridSpan w:val="2"/>
          </w:tcPr>
          <w:p w14:paraId="1D802B37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977" w:type="dxa"/>
          </w:tcPr>
          <w:p w14:paraId="590691BB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Охрана</w:t>
            </w:r>
            <w:r w:rsidRPr="0097061E">
              <w:rPr>
                <w:b/>
                <w:color w:val="191919" w:themeColor="background1" w:themeShade="1A"/>
                <w:spacing w:val="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воздуха,</w:t>
            </w:r>
            <w:r w:rsidRPr="0097061E">
              <w:rPr>
                <w:b/>
                <w:color w:val="191919" w:themeColor="background1" w:themeShade="1A"/>
                <w:spacing w:val="9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воды.</w:t>
            </w:r>
          </w:p>
        </w:tc>
        <w:tc>
          <w:tcPr>
            <w:tcW w:w="709" w:type="dxa"/>
            <w:gridSpan w:val="2"/>
          </w:tcPr>
          <w:p w14:paraId="6C1187FA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79A61E0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8A9C97B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24A35E4F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A65C276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Упражнения:</w:t>
            </w:r>
            <w:r w:rsidRPr="0097061E">
              <w:rPr>
                <w:color w:val="191919" w:themeColor="background1" w:themeShade="1A"/>
                <w:spacing w:val="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классификация</w:t>
            </w:r>
            <w:r w:rsidRPr="0097061E">
              <w:rPr>
                <w:color w:val="191919" w:themeColor="background1" w:themeShade="1A"/>
                <w:spacing w:val="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тел</w:t>
            </w:r>
            <w:r w:rsidRPr="0097061E">
              <w:rPr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веществ,</w:t>
            </w:r>
            <w:r w:rsidRPr="0097061E">
              <w:rPr>
                <w:color w:val="191919" w:themeColor="background1" w:themeShade="1A"/>
                <w:spacing w:val="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сравнение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естественных</w:t>
            </w:r>
            <w:r w:rsidRPr="0097061E">
              <w:rPr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искусственных</w:t>
            </w:r>
            <w:r w:rsidRPr="0097061E">
              <w:rPr>
                <w:color w:val="191919" w:themeColor="background1" w:themeShade="1A"/>
                <w:spacing w:val="1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тел;</w:t>
            </w:r>
            <w:r w:rsidRPr="0097061E">
              <w:rPr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классификация</w:t>
            </w:r>
            <w:r w:rsidRPr="0097061E">
              <w:rPr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твёрдых,</w:t>
            </w:r>
            <w:r w:rsidRPr="0097061E">
              <w:rPr>
                <w:color w:val="191919" w:themeColor="background1" w:themeShade="1A"/>
                <w:spacing w:val="-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жидких</w:t>
            </w:r>
            <w:r w:rsidRPr="0097061E">
              <w:rPr>
                <w:color w:val="191919" w:themeColor="background1" w:themeShade="1A"/>
                <w:spacing w:val="-4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4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газообразных</w:t>
            </w:r>
            <w:r w:rsidRPr="0097061E">
              <w:rPr>
                <w:color w:val="191919" w:themeColor="background1" w:themeShade="1A"/>
                <w:spacing w:val="-4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веществ;</w:t>
            </w:r>
          </w:p>
        </w:tc>
        <w:tc>
          <w:tcPr>
            <w:tcW w:w="1134" w:type="dxa"/>
          </w:tcPr>
          <w:p w14:paraId="1CE1E077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Тестирование;</w:t>
            </w:r>
          </w:p>
        </w:tc>
        <w:tc>
          <w:tcPr>
            <w:tcW w:w="3564" w:type="dxa"/>
          </w:tcPr>
          <w:p w14:paraId="206D0688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11A045F5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4CA88478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38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39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69C40BA9" w14:textId="77777777" w:rsidTr="001B4642">
        <w:trPr>
          <w:trHeight w:val="719"/>
        </w:trPr>
        <w:tc>
          <w:tcPr>
            <w:tcW w:w="602" w:type="dxa"/>
            <w:gridSpan w:val="2"/>
          </w:tcPr>
          <w:p w14:paraId="220DF254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2.5.</w:t>
            </w:r>
          </w:p>
        </w:tc>
        <w:tc>
          <w:tcPr>
            <w:tcW w:w="2977" w:type="dxa"/>
          </w:tcPr>
          <w:p w14:paraId="0C16556A" w14:textId="77777777" w:rsidR="00DD53E2" w:rsidRPr="0097061E" w:rsidRDefault="00DD53E2" w:rsidP="0097061E">
            <w:pPr>
              <w:pStyle w:val="TableParagraph"/>
              <w:spacing w:before="0"/>
              <w:ind w:left="76" w:right="20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Горные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породы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минералы.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Полезные</w:t>
            </w:r>
            <w:r w:rsidRPr="0097061E">
              <w:rPr>
                <w:b/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ископаемые,</w:t>
            </w:r>
            <w:r w:rsidRPr="0097061E">
              <w:rPr>
                <w:b/>
                <w:color w:val="191919" w:themeColor="background1" w:themeShade="1A"/>
                <w:spacing w:val="2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их</w:t>
            </w:r>
            <w:r w:rsidRPr="0097061E">
              <w:rPr>
                <w:b/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значение</w:t>
            </w:r>
            <w:r w:rsidRPr="0097061E">
              <w:rPr>
                <w:b/>
                <w:color w:val="191919" w:themeColor="background1" w:themeShade="1A"/>
                <w:spacing w:val="1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1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хозяйстве</w:t>
            </w:r>
            <w:r w:rsidRPr="0097061E">
              <w:rPr>
                <w:b/>
                <w:color w:val="191919" w:themeColor="background1" w:themeShade="1A"/>
                <w:spacing w:val="18"/>
                <w:w w:val="90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человека.Полезные</w:t>
            </w:r>
            <w:proofErr w:type="spellEnd"/>
            <w:r w:rsidRPr="0097061E">
              <w:rPr>
                <w:b/>
                <w:color w:val="191919" w:themeColor="background1" w:themeShade="1A"/>
                <w:spacing w:val="2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ископаемые</w:t>
            </w:r>
            <w:r w:rsidRPr="0097061E">
              <w:rPr>
                <w:b/>
                <w:color w:val="191919" w:themeColor="background1" w:themeShade="1A"/>
                <w:spacing w:val="1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родного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края.</w:t>
            </w:r>
          </w:p>
        </w:tc>
        <w:tc>
          <w:tcPr>
            <w:tcW w:w="709" w:type="dxa"/>
            <w:gridSpan w:val="2"/>
          </w:tcPr>
          <w:p w14:paraId="4FD76F44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16D4608B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C8869FE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85729A3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2E52F80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Практические</w:t>
            </w:r>
            <w:r w:rsidRPr="0097061E">
              <w:rPr>
                <w:color w:val="191919" w:themeColor="background1" w:themeShade="1A"/>
                <w:spacing w:val="2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работы:</w:t>
            </w:r>
            <w:r w:rsidRPr="0097061E">
              <w:rPr>
                <w:color w:val="191919" w:themeColor="background1" w:themeShade="1A"/>
                <w:spacing w:val="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горные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породы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3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минералы</w:t>
            </w:r>
            <w:r w:rsidRPr="0097061E">
              <w:rPr>
                <w:color w:val="191919" w:themeColor="background1" w:themeShade="1A"/>
                <w:spacing w:val="1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—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название,</w:t>
            </w:r>
            <w:r w:rsidRPr="0097061E">
              <w:rPr>
                <w:color w:val="191919" w:themeColor="background1" w:themeShade="1A"/>
                <w:spacing w:val="-3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сравнение,</w:t>
            </w:r>
            <w:r w:rsidRPr="0097061E">
              <w:rPr>
                <w:color w:val="191919" w:themeColor="background1" w:themeShade="1A"/>
                <w:spacing w:val="-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описание;</w:t>
            </w:r>
          </w:p>
        </w:tc>
        <w:tc>
          <w:tcPr>
            <w:tcW w:w="1134" w:type="dxa"/>
          </w:tcPr>
          <w:p w14:paraId="3D5C20CF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126380D7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0E527134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0BCD9B1B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40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41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3D26CDD2" w14:textId="77777777" w:rsidTr="001B4642">
        <w:trPr>
          <w:trHeight w:val="533"/>
        </w:trPr>
        <w:tc>
          <w:tcPr>
            <w:tcW w:w="602" w:type="dxa"/>
            <w:gridSpan w:val="2"/>
          </w:tcPr>
          <w:p w14:paraId="21003CB8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2.6.</w:t>
            </w:r>
          </w:p>
        </w:tc>
        <w:tc>
          <w:tcPr>
            <w:tcW w:w="2977" w:type="dxa"/>
          </w:tcPr>
          <w:p w14:paraId="21262F05" w14:textId="77777777" w:rsidR="00DD53E2" w:rsidRPr="0097061E" w:rsidRDefault="00DD53E2" w:rsidP="0097061E">
            <w:pPr>
              <w:pStyle w:val="TableParagraph"/>
              <w:spacing w:before="0"/>
              <w:ind w:left="76" w:right="1130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Почва,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её</w:t>
            </w:r>
            <w:r w:rsidRPr="0097061E">
              <w:rPr>
                <w:b/>
                <w:color w:val="191919" w:themeColor="background1" w:themeShade="1A"/>
                <w:spacing w:val="2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состав,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значение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для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живой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природы</w:t>
            </w:r>
            <w:r w:rsidRPr="0097061E">
              <w:rPr>
                <w:b/>
                <w:color w:val="191919" w:themeColor="background1" w:themeShade="1A"/>
                <w:spacing w:val="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3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хозяйственной</w:t>
            </w:r>
            <w:r w:rsidRPr="0097061E">
              <w:rPr>
                <w:b/>
                <w:color w:val="191919" w:themeColor="background1" w:themeShade="1A"/>
                <w:spacing w:val="-3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деятельности</w:t>
            </w:r>
            <w:r w:rsidRPr="0097061E">
              <w:rPr>
                <w:b/>
                <w:color w:val="191919" w:themeColor="background1" w:themeShade="1A"/>
                <w:spacing w:val="29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человека.</w:t>
            </w:r>
          </w:p>
        </w:tc>
        <w:tc>
          <w:tcPr>
            <w:tcW w:w="709" w:type="dxa"/>
            <w:gridSpan w:val="2"/>
          </w:tcPr>
          <w:p w14:paraId="50E693EE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8C5E562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AFDA4DD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FAA77F9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C93C17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Экскурсия: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почвы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(виды,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состав,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значение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для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жизни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природы</w:t>
            </w:r>
            <w:r w:rsidRPr="0097061E">
              <w:rPr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хозяйственной</w:t>
            </w:r>
            <w:r w:rsidRPr="0097061E">
              <w:rPr>
                <w:color w:val="191919" w:themeColor="background1" w:themeShade="1A"/>
                <w:spacing w:val="10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деятельности</w:t>
            </w:r>
            <w:r w:rsidRPr="0097061E">
              <w:rPr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людей);</w:t>
            </w:r>
          </w:p>
        </w:tc>
        <w:tc>
          <w:tcPr>
            <w:tcW w:w="1134" w:type="dxa"/>
          </w:tcPr>
          <w:p w14:paraId="5812ED69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работа;</w:t>
            </w:r>
          </w:p>
        </w:tc>
        <w:tc>
          <w:tcPr>
            <w:tcW w:w="3564" w:type="dxa"/>
          </w:tcPr>
          <w:p w14:paraId="692AB1AE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25EF4691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6772E0CC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42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43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2091EF1B" w14:textId="77777777" w:rsidTr="001B4642">
        <w:trPr>
          <w:trHeight w:val="125"/>
        </w:trPr>
        <w:tc>
          <w:tcPr>
            <w:tcW w:w="602" w:type="dxa"/>
            <w:gridSpan w:val="2"/>
          </w:tcPr>
          <w:p w14:paraId="14B2D7B8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2.7.</w:t>
            </w:r>
          </w:p>
        </w:tc>
        <w:tc>
          <w:tcPr>
            <w:tcW w:w="2977" w:type="dxa"/>
          </w:tcPr>
          <w:p w14:paraId="2C0A6CEF" w14:textId="77777777" w:rsidR="00DD53E2" w:rsidRPr="0097061E" w:rsidRDefault="00DD53E2" w:rsidP="0097061E">
            <w:pPr>
              <w:pStyle w:val="TableParagraph"/>
              <w:spacing w:before="0"/>
              <w:ind w:left="76" w:right="402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Царства природы. Бактерии, общее представление.</w:t>
            </w:r>
            <w:r w:rsidRPr="0097061E">
              <w:rPr>
                <w:b/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Грибы:</w:t>
            </w:r>
            <w:r w:rsidRPr="0097061E">
              <w:rPr>
                <w:b/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строение</w:t>
            </w:r>
            <w:r w:rsidRPr="0097061E">
              <w:rPr>
                <w:b/>
                <w:color w:val="191919" w:themeColor="background1" w:themeShade="1A"/>
                <w:spacing w:val="8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шляпочного</w:t>
            </w:r>
            <w:r w:rsidRPr="0097061E">
              <w:rPr>
                <w:b/>
                <w:color w:val="191919" w:themeColor="background1" w:themeShade="1A"/>
                <w:spacing w:val="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гриба;</w:t>
            </w:r>
            <w:r w:rsidRPr="0097061E">
              <w:rPr>
                <w:b/>
                <w:color w:val="191919" w:themeColor="background1" w:themeShade="1A"/>
                <w:spacing w:val="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съедобные</w:t>
            </w:r>
            <w:r w:rsidRPr="0097061E">
              <w:rPr>
                <w:b/>
                <w:color w:val="191919" w:themeColor="background1" w:themeShade="1A"/>
                <w:spacing w:val="9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4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несъедобные</w:t>
            </w:r>
            <w:r w:rsidRPr="0097061E">
              <w:rPr>
                <w:b/>
                <w:color w:val="191919" w:themeColor="background1" w:themeShade="1A"/>
                <w:spacing w:val="8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грибы.</w:t>
            </w:r>
          </w:p>
        </w:tc>
        <w:tc>
          <w:tcPr>
            <w:tcW w:w="709" w:type="dxa"/>
            <w:gridSpan w:val="2"/>
          </w:tcPr>
          <w:p w14:paraId="2701E46B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EA49D50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C33C1A1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89826D6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016C86C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Рассказ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учителя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(чтение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текста учебника)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бактериях;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Рассматривание</w:t>
            </w:r>
            <w:r w:rsidRPr="0097061E">
              <w:rPr>
                <w:color w:val="191919" w:themeColor="background1" w:themeShade="1A"/>
                <w:spacing w:val="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1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описание</w:t>
            </w:r>
            <w:r w:rsidRPr="0097061E">
              <w:rPr>
                <w:color w:val="191919" w:themeColor="background1" w:themeShade="1A"/>
                <w:spacing w:val="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особенностей</w:t>
            </w:r>
            <w:r w:rsidRPr="0097061E">
              <w:rPr>
                <w:color w:val="191919" w:themeColor="background1" w:themeShade="1A"/>
                <w:spacing w:val="1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внешнего</w:t>
            </w:r>
            <w:r w:rsidRPr="0097061E">
              <w:rPr>
                <w:color w:val="191919" w:themeColor="background1" w:themeShade="1A"/>
                <w:spacing w:val="1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вида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бактерий;</w:t>
            </w:r>
          </w:p>
          <w:p w14:paraId="55138131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Работа</w:t>
            </w:r>
            <w:r w:rsidRPr="0097061E">
              <w:rPr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</w:t>
            </w:r>
            <w:r w:rsidRPr="0097061E">
              <w:rPr>
                <w:color w:val="191919" w:themeColor="background1" w:themeShade="1A"/>
                <w:spacing w:val="3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иллюстративным</w:t>
            </w:r>
            <w:r w:rsidRPr="0097061E">
              <w:rPr>
                <w:color w:val="191919" w:themeColor="background1" w:themeShade="1A"/>
                <w:spacing w:val="3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материалом</w:t>
            </w:r>
            <w:r w:rsidRPr="0097061E">
              <w:rPr>
                <w:color w:val="191919" w:themeColor="background1" w:themeShade="1A"/>
                <w:spacing w:val="3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35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«Какие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грибы</w:t>
            </w:r>
            <w:r w:rsidRPr="0097061E">
              <w:rPr>
                <w:color w:val="191919" w:themeColor="background1" w:themeShade="1A"/>
                <w:spacing w:val="-3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мы</w:t>
            </w:r>
            <w:r w:rsidRPr="0097061E">
              <w:rPr>
                <w:color w:val="191919" w:themeColor="background1" w:themeShade="1A"/>
                <w:spacing w:val="-3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не</w:t>
            </w:r>
            <w:r w:rsidRPr="0097061E">
              <w:rPr>
                <w:color w:val="191919" w:themeColor="background1" w:themeShade="1A"/>
                <w:spacing w:val="-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положим</w:t>
            </w:r>
            <w:r w:rsidRPr="0097061E">
              <w:rPr>
                <w:color w:val="191919" w:themeColor="background1" w:themeShade="1A"/>
                <w:spacing w:val="-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корзинку»;</w:t>
            </w:r>
          </w:p>
          <w:p w14:paraId="68502A36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Рисование</w:t>
            </w:r>
            <w:r w:rsidRPr="0097061E">
              <w:rPr>
                <w:color w:val="191919" w:themeColor="background1" w:themeShade="1A"/>
                <w:spacing w:val="37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схемы:</w:t>
            </w:r>
            <w:r w:rsidRPr="0097061E">
              <w:rPr>
                <w:color w:val="191919" w:themeColor="background1" w:themeShade="1A"/>
                <w:spacing w:val="37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«Шляпочный</w:t>
            </w:r>
            <w:r w:rsidRPr="0097061E">
              <w:rPr>
                <w:color w:val="191919" w:themeColor="background1" w:themeShade="1A"/>
                <w:spacing w:val="39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гриб»;</w:t>
            </w:r>
          </w:p>
          <w:p w14:paraId="66704BA8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Рассказ</w:t>
            </w:r>
            <w:r w:rsidRPr="0097061E">
              <w:rPr>
                <w:color w:val="191919" w:themeColor="background1" w:themeShade="1A"/>
                <w:spacing w:val="3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учителя:</w:t>
            </w:r>
            <w:r w:rsidRPr="0097061E">
              <w:rPr>
                <w:color w:val="191919" w:themeColor="background1" w:themeShade="1A"/>
                <w:spacing w:val="3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«Чем</w:t>
            </w:r>
            <w:r w:rsidRPr="0097061E">
              <w:rPr>
                <w:color w:val="191919" w:themeColor="background1" w:themeShade="1A"/>
                <w:spacing w:val="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грибы</w:t>
            </w:r>
            <w:r w:rsidRPr="0097061E">
              <w:rPr>
                <w:color w:val="191919" w:themeColor="background1" w:themeShade="1A"/>
                <w:spacing w:val="3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отличаются</w:t>
            </w:r>
            <w:r w:rsidRPr="0097061E">
              <w:rPr>
                <w:color w:val="191919" w:themeColor="background1" w:themeShade="1A"/>
                <w:spacing w:val="35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от</w:t>
            </w:r>
            <w:r w:rsidRPr="0097061E">
              <w:rPr>
                <w:color w:val="191919" w:themeColor="background1" w:themeShade="1A"/>
                <w:spacing w:val="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растений»;</w:t>
            </w:r>
          </w:p>
        </w:tc>
        <w:tc>
          <w:tcPr>
            <w:tcW w:w="1134" w:type="dxa"/>
          </w:tcPr>
          <w:p w14:paraId="7D135766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6A0CEF6B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0D49D662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64B22067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44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45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51A6C49B" w14:textId="77777777" w:rsidTr="001B4642">
        <w:trPr>
          <w:trHeight w:val="892"/>
        </w:trPr>
        <w:tc>
          <w:tcPr>
            <w:tcW w:w="602" w:type="dxa"/>
            <w:gridSpan w:val="2"/>
          </w:tcPr>
          <w:p w14:paraId="198E9090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2.8.</w:t>
            </w:r>
          </w:p>
        </w:tc>
        <w:tc>
          <w:tcPr>
            <w:tcW w:w="2977" w:type="dxa"/>
          </w:tcPr>
          <w:p w14:paraId="0D4CAF2B" w14:textId="77777777" w:rsidR="00DD53E2" w:rsidRPr="0097061E" w:rsidRDefault="00DD53E2" w:rsidP="0097061E">
            <w:pPr>
              <w:pStyle w:val="TableParagraph"/>
              <w:spacing w:before="0"/>
              <w:ind w:left="76" w:right="402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Разнообразие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растений.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Зависимость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жизненного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цикла</w:t>
            </w:r>
            <w:r w:rsidRPr="0097061E">
              <w:rPr>
                <w:b/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организмов</w:t>
            </w:r>
            <w:r w:rsidRPr="0097061E">
              <w:rPr>
                <w:b/>
                <w:color w:val="191919" w:themeColor="background1" w:themeShade="1A"/>
                <w:spacing w:val="-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от</w:t>
            </w:r>
            <w:r w:rsidRPr="0097061E">
              <w:rPr>
                <w:b/>
                <w:color w:val="191919" w:themeColor="background1" w:themeShade="1A"/>
                <w:spacing w:val="-4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условий</w:t>
            </w:r>
            <w:r w:rsidRPr="0097061E">
              <w:rPr>
                <w:b/>
                <w:color w:val="191919" w:themeColor="background1" w:themeShade="1A"/>
                <w:spacing w:val="-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окружающей</w:t>
            </w:r>
            <w:r w:rsidRPr="0097061E">
              <w:rPr>
                <w:b/>
                <w:color w:val="191919" w:themeColor="background1" w:themeShade="1A"/>
                <w:spacing w:val="27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среды.</w:t>
            </w:r>
          </w:p>
        </w:tc>
        <w:tc>
          <w:tcPr>
            <w:tcW w:w="709" w:type="dxa"/>
            <w:gridSpan w:val="2"/>
          </w:tcPr>
          <w:p w14:paraId="51E8C9B4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A8EEA5C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7C1C1D0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2F34FBBD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EAA5DD3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Работа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группе: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классификация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растений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из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списка,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который</w:t>
            </w:r>
            <w:r w:rsidRPr="0097061E">
              <w:rPr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предложили</w:t>
            </w:r>
            <w:r w:rsidRPr="0097061E">
              <w:rPr>
                <w:color w:val="191919" w:themeColor="background1" w:themeShade="1A"/>
                <w:spacing w:val="-3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одноклассники;</w:t>
            </w:r>
          </w:p>
        </w:tc>
        <w:tc>
          <w:tcPr>
            <w:tcW w:w="1134" w:type="dxa"/>
          </w:tcPr>
          <w:p w14:paraId="08DE2B2B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Самооценка</w:t>
            </w:r>
            <w:r w:rsidRPr="0097061E">
              <w:rPr>
                <w:color w:val="191919" w:themeColor="background1" w:themeShade="1A"/>
                <w:spacing w:val="2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с</w:t>
            </w:r>
            <w:r w:rsidRPr="0097061E">
              <w:rPr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использованием«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Оценочного</w:t>
            </w:r>
            <w:proofErr w:type="gramEnd"/>
            <w:r w:rsidRPr="0097061E">
              <w:rPr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листа»;</w:t>
            </w:r>
          </w:p>
        </w:tc>
        <w:tc>
          <w:tcPr>
            <w:tcW w:w="3564" w:type="dxa"/>
          </w:tcPr>
          <w:p w14:paraId="4E2AB6FC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57BABB63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31B396A3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46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47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14878741" w14:textId="77777777" w:rsidTr="001B4642">
        <w:trPr>
          <w:trHeight w:val="1103"/>
        </w:trPr>
        <w:tc>
          <w:tcPr>
            <w:tcW w:w="602" w:type="dxa"/>
            <w:gridSpan w:val="2"/>
          </w:tcPr>
          <w:p w14:paraId="05D13C8A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2977" w:type="dxa"/>
          </w:tcPr>
          <w:p w14:paraId="470C1F86" w14:textId="77777777" w:rsidR="00DD53E2" w:rsidRPr="0097061E" w:rsidRDefault="00DD53E2" w:rsidP="0097061E">
            <w:pPr>
              <w:pStyle w:val="TableParagraph"/>
              <w:spacing w:before="0"/>
              <w:ind w:left="76" w:right="402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Размножение</w:t>
            </w:r>
            <w:r w:rsidRPr="0097061E">
              <w:rPr>
                <w:b/>
                <w:color w:val="191919" w:themeColor="background1" w:themeShade="1A"/>
                <w:spacing w:val="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развитие</w:t>
            </w:r>
            <w:r w:rsidRPr="0097061E">
              <w:rPr>
                <w:b/>
                <w:color w:val="191919" w:themeColor="background1" w:themeShade="1A"/>
                <w:spacing w:val="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растений.</w:t>
            </w:r>
            <w:r w:rsidRPr="0097061E">
              <w:rPr>
                <w:b/>
                <w:color w:val="191919" w:themeColor="background1" w:themeShade="1A"/>
                <w:spacing w:val="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Особенности</w:t>
            </w:r>
            <w:r w:rsidRPr="0097061E">
              <w:rPr>
                <w:b/>
                <w:color w:val="191919" w:themeColor="background1" w:themeShade="1A"/>
                <w:spacing w:val="3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питания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дыхания</w:t>
            </w:r>
            <w:r w:rsidRPr="0097061E">
              <w:rPr>
                <w:b/>
                <w:color w:val="191919" w:themeColor="background1" w:themeShade="1A"/>
                <w:spacing w:val="4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растений.</w:t>
            </w:r>
          </w:p>
        </w:tc>
        <w:tc>
          <w:tcPr>
            <w:tcW w:w="709" w:type="dxa"/>
            <w:gridSpan w:val="2"/>
          </w:tcPr>
          <w:p w14:paraId="372223A8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3BEC4EA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8951987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B0125B0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60F9C05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Коллективное</w:t>
            </w:r>
            <w:r w:rsidRPr="0097061E">
              <w:rPr>
                <w:color w:val="191919" w:themeColor="background1" w:themeShade="1A"/>
                <w:spacing w:val="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создание</w:t>
            </w:r>
            <w:r w:rsidRPr="0097061E">
              <w:rPr>
                <w:color w:val="191919" w:themeColor="background1" w:themeShade="1A"/>
                <w:spacing w:val="3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схемы</w:t>
            </w:r>
            <w:r w:rsidRPr="0097061E">
              <w:rPr>
                <w:color w:val="191919" w:themeColor="background1" w:themeShade="1A"/>
                <w:spacing w:val="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3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«Условия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жизни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растений»;</w:t>
            </w:r>
          </w:p>
          <w:p w14:paraId="1FE11F72" w14:textId="77777777" w:rsidR="00DD53E2" w:rsidRPr="0097061E" w:rsidRDefault="00DD53E2" w:rsidP="0097061E">
            <w:pPr>
              <w:pStyle w:val="TableParagraph"/>
              <w:spacing w:before="0"/>
              <w:ind w:left="79" w:right="53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Рассказ-рассуждение о жизни растений;</w:t>
            </w:r>
            <w:r w:rsidRPr="0097061E">
              <w:rPr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работа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паре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«Размножения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растений</w:t>
            </w:r>
            <w:r w:rsidRPr="0097061E">
              <w:rPr>
                <w:color w:val="191919" w:themeColor="background1" w:themeShade="1A"/>
                <w:spacing w:val="-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(побегом,</w:t>
            </w:r>
            <w:r w:rsidRPr="0097061E">
              <w:rPr>
                <w:color w:val="191919" w:themeColor="background1" w:themeShade="1A"/>
                <w:spacing w:val="-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листом,</w:t>
            </w:r>
            <w:r w:rsidRPr="0097061E">
              <w:rPr>
                <w:color w:val="191919" w:themeColor="background1" w:themeShade="1A"/>
                <w:spacing w:val="-6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семе</w:t>
            </w:r>
            <w:r w:rsidRPr="0097061E">
              <w:rPr>
                <w:color w:val="191919" w:themeColor="background1" w:themeShade="1A"/>
                <w:spacing w:val="-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нами)»;</w:t>
            </w:r>
          </w:p>
        </w:tc>
        <w:tc>
          <w:tcPr>
            <w:tcW w:w="1134" w:type="dxa"/>
          </w:tcPr>
          <w:p w14:paraId="1A8011A9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Самооценка</w:t>
            </w:r>
            <w:r w:rsidRPr="0097061E">
              <w:rPr>
                <w:color w:val="191919" w:themeColor="background1" w:themeShade="1A"/>
                <w:spacing w:val="2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с</w:t>
            </w:r>
            <w:r w:rsidRPr="0097061E">
              <w:rPr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использованием«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Оценочного</w:t>
            </w:r>
            <w:proofErr w:type="gramEnd"/>
            <w:r w:rsidRPr="0097061E">
              <w:rPr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листа»;</w:t>
            </w:r>
          </w:p>
        </w:tc>
        <w:tc>
          <w:tcPr>
            <w:tcW w:w="3564" w:type="dxa"/>
          </w:tcPr>
          <w:p w14:paraId="3E32518B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2B6F1079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5ED7B6AA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48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49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76ECC56F" w14:textId="77777777" w:rsidTr="001B4642">
        <w:trPr>
          <w:trHeight w:val="533"/>
        </w:trPr>
        <w:tc>
          <w:tcPr>
            <w:tcW w:w="602" w:type="dxa"/>
            <w:gridSpan w:val="2"/>
          </w:tcPr>
          <w:p w14:paraId="2E5C86E1" w14:textId="77777777" w:rsidR="00DD53E2" w:rsidRPr="0097061E" w:rsidRDefault="00DD53E2" w:rsidP="0097061E">
            <w:pPr>
              <w:pStyle w:val="TableParagraph"/>
              <w:spacing w:before="0"/>
              <w:ind w:left="50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2.10.</w:t>
            </w:r>
          </w:p>
        </w:tc>
        <w:tc>
          <w:tcPr>
            <w:tcW w:w="2977" w:type="dxa"/>
          </w:tcPr>
          <w:p w14:paraId="2EAF3D68" w14:textId="77777777" w:rsidR="00DD53E2" w:rsidRPr="0097061E" w:rsidRDefault="00DD53E2" w:rsidP="0097061E">
            <w:pPr>
              <w:pStyle w:val="TableParagraph"/>
              <w:spacing w:before="0"/>
              <w:ind w:left="76" w:right="237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Роль</w:t>
            </w:r>
            <w:r w:rsidRPr="0097061E">
              <w:rPr>
                <w:b/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растений</w:t>
            </w:r>
            <w:r w:rsidRPr="0097061E">
              <w:rPr>
                <w:b/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природе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жизни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людей,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бережное</w:t>
            </w:r>
            <w:r w:rsidRPr="0097061E">
              <w:rPr>
                <w:b/>
                <w:color w:val="191919" w:themeColor="background1" w:themeShade="1A"/>
                <w:spacing w:val="-3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отношение человека</w:t>
            </w:r>
            <w:r w:rsidRPr="0097061E">
              <w:rPr>
                <w:b/>
                <w:color w:val="191919" w:themeColor="background1" w:themeShade="1A"/>
                <w:spacing w:val="-2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к</w:t>
            </w:r>
            <w:r w:rsidRPr="0097061E">
              <w:rPr>
                <w:b/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растениям.</w:t>
            </w:r>
          </w:p>
        </w:tc>
        <w:tc>
          <w:tcPr>
            <w:tcW w:w="709" w:type="dxa"/>
            <w:gridSpan w:val="2"/>
          </w:tcPr>
          <w:p w14:paraId="13D38631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4CFBD40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09C039D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C435CD4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F4CECBB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Коллективное</w:t>
            </w:r>
            <w:r w:rsidRPr="0097061E">
              <w:rPr>
                <w:color w:val="191919" w:themeColor="background1" w:themeShade="1A"/>
                <w:spacing w:val="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создание</w:t>
            </w:r>
            <w:r w:rsidRPr="0097061E">
              <w:rPr>
                <w:color w:val="191919" w:themeColor="background1" w:themeShade="1A"/>
                <w:spacing w:val="3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схемы</w:t>
            </w:r>
            <w:r w:rsidRPr="0097061E">
              <w:rPr>
                <w:color w:val="191919" w:themeColor="background1" w:themeShade="1A"/>
                <w:spacing w:val="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3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«Условия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жизни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растений»;</w:t>
            </w:r>
          </w:p>
        </w:tc>
        <w:tc>
          <w:tcPr>
            <w:tcW w:w="1134" w:type="dxa"/>
          </w:tcPr>
          <w:p w14:paraId="2522B939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402879C7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6BD4985D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55E61627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50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51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069611E7" w14:textId="77777777" w:rsidTr="001B4642">
        <w:trPr>
          <w:trHeight w:val="724"/>
        </w:trPr>
        <w:tc>
          <w:tcPr>
            <w:tcW w:w="602" w:type="dxa"/>
            <w:gridSpan w:val="2"/>
          </w:tcPr>
          <w:p w14:paraId="745F2969" w14:textId="77777777" w:rsidR="00DD53E2" w:rsidRPr="0097061E" w:rsidRDefault="00DD53E2" w:rsidP="0097061E">
            <w:pPr>
              <w:pStyle w:val="TableParagraph"/>
              <w:spacing w:before="0"/>
              <w:ind w:left="50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2.11.</w:t>
            </w:r>
          </w:p>
        </w:tc>
        <w:tc>
          <w:tcPr>
            <w:tcW w:w="2977" w:type="dxa"/>
          </w:tcPr>
          <w:p w14:paraId="01C4852E" w14:textId="77777777" w:rsidR="00DD53E2" w:rsidRPr="0097061E" w:rsidRDefault="00DD53E2" w:rsidP="0097061E">
            <w:pPr>
              <w:pStyle w:val="TableParagraph"/>
              <w:spacing w:before="0"/>
              <w:ind w:left="76" w:right="402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Условия,</w:t>
            </w:r>
            <w:r w:rsidRPr="0097061E">
              <w:rPr>
                <w:b/>
                <w:color w:val="191919" w:themeColor="background1" w:themeShade="1A"/>
                <w:spacing w:val="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необходимые</w:t>
            </w:r>
            <w:r w:rsidRPr="0097061E">
              <w:rPr>
                <w:b/>
                <w:color w:val="191919" w:themeColor="background1" w:themeShade="1A"/>
                <w:spacing w:val="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для</w:t>
            </w:r>
            <w:r w:rsidRPr="0097061E">
              <w:rPr>
                <w:b/>
                <w:color w:val="191919" w:themeColor="background1" w:themeShade="1A"/>
                <w:spacing w:val="5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жизни</w:t>
            </w:r>
            <w:r w:rsidRPr="0097061E">
              <w:rPr>
                <w:b/>
                <w:color w:val="191919" w:themeColor="background1" w:themeShade="1A"/>
                <w:spacing w:val="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растения</w:t>
            </w:r>
            <w:r w:rsidRPr="0097061E">
              <w:rPr>
                <w:b/>
                <w:color w:val="191919" w:themeColor="background1" w:themeShade="1A"/>
                <w:spacing w:val="5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(свет,</w:t>
            </w:r>
            <w:r w:rsidRPr="0097061E">
              <w:rPr>
                <w:b/>
                <w:color w:val="191919" w:themeColor="background1" w:themeShade="1A"/>
                <w:spacing w:val="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тепло,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воздух,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вода).</w:t>
            </w:r>
            <w:r w:rsidRPr="0097061E">
              <w:rPr>
                <w:b/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Наблюдение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роста</w:t>
            </w:r>
            <w:r w:rsidRPr="0097061E">
              <w:rPr>
                <w:b/>
                <w:color w:val="191919" w:themeColor="background1" w:themeShade="1A"/>
                <w:spacing w:val="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растений,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фиксация</w:t>
            </w:r>
            <w:r w:rsidRPr="0097061E">
              <w:rPr>
                <w:b/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изменений.</w:t>
            </w:r>
          </w:p>
        </w:tc>
        <w:tc>
          <w:tcPr>
            <w:tcW w:w="709" w:type="dxa"/>
            <w:gridSpan w:val="2"/>
          </w:tcPr>
          <w:p w14:paraId="6B35D5B4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B5449BD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B9D9F11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28EC2CFD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86A946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Работа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группе: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классификация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растений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из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списка,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который</w:t>
            </w:r>
            <w:r w:rsidRPr="0097061E">
              <w:rPr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предложили</w:t>
            </w:r>
            <w:r w:rsidRPr="0097061E">
              <w:rPr>
                <w:color w:val="191919" w:themeColor="background1" w:themeShade="1A"/>
                <w:spacing w:val="-3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одноклассники;</w:t>
            </w:r>
          </w:p>
        </w:tc>
        <w:tc>
          <w:tcPr>
            <w:tcW w:w="1134" w:type="dxa"/>
          </w:tcPr>
          <w:p w14:paraId="5418A138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работа;</w:t>
            </w:r>
          </w:p>
        </w:tc>
        <w:tc>
          <w:tcPr>
            <w:tcW w:w="3564" w:type="dxa"/>
          </w:tcPr>
          <w:p w14:paraId="4FEDC36D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6F6EFD85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1000B7C1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52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53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5902D7D1" w14:textId="77777777" w:rsidTr="001B4642">
        <w:trPr>
          <w:trHeight w:val="527"/>
        </w:trPr>
        <w:tc>
          <w:tcPr>
            <w:tcW w:w="602" w:type="dxa"/>
            <w:gridSpan w:val="2"/>
          </w:tcPr>
          <w:p w14:paraId="46397387" w14:textId="77777777" w:rsidR="00DD53E2" w:rsidRPr="0097061E" w:rsidRDefault="00DD53E2" w:rsidP="0097061E">
            <w:pPr>
              <w:pStyle w:val="TableParagraph"/>
              <w:spacing w:before="0"/>
              <w:ind w:left="49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2.12</w:t>
            </w:r>
          </w:p>
        </w:tc>
        <w:tc>
          <w:tcPr>
            <w:tcW w:w="2977" w:type="dxa"/>
          </w:tcPr>
          <w:p w14:paraId="2511ED1E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Растения</w:t>
            </w:r>
            <w:r w:rsidRPr="0097061E">
              <w:rPr>
                <w:b/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родного</w:t>
            </w:r>
            <w:r w:rsidRPr="0097061E">
              <w:rPr>
                <w:b/>
                <w:color w:val="191919" w:themeColor="background1" w:themeShade="1A"/>
                <w:spacing w:val="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края,</w:t>
            </w:r>
            <w:r w:rsidRPr="0097061E">
              <w:rPr>
                <w:b/>
                <w:color w:val="191919" w:themeColor="background1" w:themeShade="1A"/>
                <w:spacing w:val="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названия</w:t>
            </w:r>
            <w:r w:rsidRPr="0097061E">
              <w:rPr>
                <w:b/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1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краткая</w:t>
            </w:r>
            <w:r w:rsidRPr="0097061E">
              <w:rPr>
                <w:b/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характеристика.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Охрана растений.</w:t>
            </w:r>
          </w:p>
        </w:tc>
        <w:tc>
          <w:tcPr>
            <w:tcW w:w="709" w:type="dxa"/>
            <w:gridSpan w:val="2"/>
          </w:tcPr>
          <w:p w14:paraId="3BC26107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B112E2C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D2525A6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25223F14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DDA99B7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Коллективное</w:t>
            </w:r>
            <w:r w:rsidRPr="0097061E">
              <w:rPr>
                <w:color w:val="191919" w:themeColor="background1" w:themeShade="1A"/>
                <w:spacing w:val="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создание</w:t>
            </w:r>
            <w:r w:rsidRPr="0097061E">
              <w:rPr>
                <w:color w:val="191919" w:themeColor="background1" w:themeShade="1A"/>
                <w:spacing w:val="3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схемы</w:t>
            </w:r>
            <w:r w:rsidRPr="0097061E">
              <w:rPr>
                <w:color w:val="191919" w:themeColor="background1" w:themeShade="1A"/>
                <w:spacing w:val="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3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«Условия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жизни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растений»;</w:t>
            </w:r>
          </w:p>
        </w:tc>
        <w:tc>
          <w:tcPr>
            <w:tcW w:w="1134" w:type="dxa"/>
          </w:tcPr>
          <w:p w14:paraId="3647C4D8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7A575141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02D53310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48149772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54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55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5D353E6A" w14:textId="77777777" w:rsidTr="001B4642">
        <w:trPr>
          <w:trHeight w:val="532"/>
        </w:trPr>
        <w:tc>
          <w:tcPr>
            <w:tcW w:w="602" w:type="dxa"/>
            <w:gridSpan w:val="2"/>
          </w:tcPr>
          <w:p w14:paraId="5D1E50E1" w14:textId="77777777" w:rsidR="00DD53E2" w:rsidRPr="0097061E" w:rsidRDefault="00DD53E2" w:rsidP="0097061E">
            <w:pPr>
              <w:pStyle w:val="TableParagraph"/>
              <w:spacing w:before="0"/>
              <w:ind w:left="49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2.13</w:t>
            </w:r>
          </w:p>
        </w:tc>
        <w:tc>
          <w:tcPr>
            <w:tcW w:w="2977" w:type="dxa"/>
          </w:tcPr>
          <w:p w14:paraId="6F11AD6A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Разнообразие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животных.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Зависимость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жизненного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цикла</w:t>
            </w:r>
            <w:r w:rsidRPr="0097061E">
              <w:rPr>
                <w:b/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организмов</w:t>
            </w:r>
            <w:r w:rsidRPr="0097061E">
              <w:rPr>
                <w:b/>
                <w:color w:val="191919" w:themeColor="background1" w:themeShade="1A"/>
                <w:spacing w:val="-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от</w:t>
            </w:r>
            <w:r w:rsidRPr="0097061E">
              <w:rPr>
                <w:b/>
                <w:color w:val="191919" w:themeColor="background1" w:themeShade="1A"/>
                <w:spacing w:val="-3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условий</w:t>
            </w:r>
            <w:r w:rsidRPr="0097061E">
              <w:rPr>
                <w:b/>
                <w:color w:val="191919" w:themeColor="background1" w:themeShade="1A"/>
                <w:spacing w:val="-2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окружаю щей</w:t>
            </w:r>
            <w:r w:rsidRPr="0097061E">
              <w:rPr>
                <w:b/>
                <w:color w:val="191919" w:themeColor="background1" w:themeShade="1A"/>
                <w:spacing w:val="-6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среды.</w:t>
            </w:r>
          </w:p>
        </w:tc>
        <w:tc>
          <w:tcPr>
            <w:tcW w:w="709" w:type="dxa"/>
            <w:gridSpan w:val="2"/>
          </w:tcPr>
          <w:p w14:paraId="1436A802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FD808CE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DD68386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980B0D3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90C8650" w14:textId="77777777" w:rsidR="00DD53E2" w:rsidRPr="0097061E" w:rsidRDefault="00DD53E2" w:rsidP="0097061E">
            <w:pPr>
              <w:pStyle w:val="TableParagraph"/>
              <w:spacing w:before="0"/>
              <w:ind w:left="12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Дидактическая</w:t>
            </w:r>
            <w:r w:rsidRPr="0097061E">
              <w:rPr>
                <w:color w:val="191919" w:themeColor="background1" w:themeShade="1A"/>
                <w:spacing w:val="3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игра</w:t>
            </w:r>
            <w:r w:rsidRPr="0097061E">
              <w:rPr>
                <w:color w:val="191919" w:themeColor="background1" w:themeShade="1A"/>
                <w:spacing w:val="35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2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«Каких</w:t>
            </w:r>
            <w:r w:rsidRPr="0097061E">
              <w:rPr>
                <w:color w:val="191919" w:themeColor="background1" w:themeShade="1A"/>
                <w:spacing w:val="33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животных</w:t>
            </w:r>
            <w:r w:rsidRPr="0097061E">
              <w:rPr>
                <w:color w:val="191919" w:themeColor="background1" w:themeShade="1A"/>
                <w:spacing w:val="2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мы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знаем»;</w:t>
            </w:r>
          </w:p>
        </w:tc>
        <w:tc>
          <w:tcPr>
            <w:tcW w:w="1134" w:type="dxa"/>
          </w:tcPr>
          <w:p w14:paraId="308987FA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работа;</w:t>
            </w:r>
          </w:p>
        </w:tc>
        <w:tc>
          <w:tcPr>
            <w:tcW w:w="3564" w:type="dxa"/>
          </w:tcPr>
          <w:p w14:paraId="27323E4A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4D8C66C3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1E4F246D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56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57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7B9E0B8B" w14:textId="77777777" w:rsidTr="001B4642">
        <w:trPr>
          <w:trHeight w:val="720"/>
        </w:trPr>
        <w:tc>
          <w:tcPr>
            <w:tcW w:w="602" w:type="dxa"/>
            <w:gridSpan w:val="2"/>
          </w:tcPr>
          <w:p w14:paraId="5EA85A06" w14:textId="77777777" w:rsidR="00DD53E2" w:rsidRPr="0097061E" w:rsidRDefault="00DD53E2" w:rsidP="0097061E">
            <w:pPr>
              <w:pStyle w:val="TableParagraph"/>
              <w:spacing w:before="0"/>
              <w:ind w:left="50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2.14.</w:t>
            </w:r>
          </w:p>
        </w:tc>
        <w:tc>
          <w:tcPr>
            <w:tcW w:w="2977" w:type="dxa"/>
          </w:tcPr>
          <w:p w14:paraId="7B927922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Размножение</w:t>
            </w:r>
            <w:r w:rsidRPr="0097061E">
              <w:rPr>
                <w:b/>
                <w:color w:val="191919" w:themeColor="background1" w:themeShade="1A"/>
                <w:spacing w:val="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развитие</w:t>
            </w:r>
            <w:r w:rsidRPr="0097061E">
              <w:rPr>
                <w:b/>
                <w:color w:val="191919" w:themeColor="background1" w:themeShade="1A"/>
                <w:spacing w:val="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животных</w:t>
            </w:r>
            <w:r w:rsidRPr="0097061E">
              <w:rPr>
                <w:b/>
                <w:color w:val="191919" w:themeColor="background1" w:themeShade="1A"/>
                <w:spacing w:val="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(рыбы,</w:t>
            </w:r>
            <w:r w:rsidRPr="0097061E">
              <w:rPr>
                <w:b/>
                <w:color w:val="191919" w:themeColor="background1" w:themeShade="1A"/>
                <w:spacing w:val="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птицы,</w:t>
            </w:r>
            <w:r w:rsidRPr="0097061E">
              <w:rPr>
                <w:b/>
                <w:color w:val="191919" w:themeColor="background1" w:themeShade="1A"/>
                <w:spacing w:val="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звери,</w:t>
            </w:r>
            <w:r w:rsidRPr="0097061E">
              <w:rPr>
                <w:b/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пресмыкающиеся,</w:t>
            </w:r>
            <w:r w:rsidRPr="0097061E">
              <w:rPr>
                <w:b/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земноводные).</w:t>
            </w:r>
          </w:p>
        </w:tc>
        <w:tc>
          <w:tcPr>
            <w:tcW w:w="709" w:type="dxa"/>
            <w:gridSpan w:val="2"/>
          </w:tcPr>
          <w:p w14:paraId="3D3E0F34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0DA0F7E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89100D6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DD9BDBA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55053F2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Работа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парах: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характеристика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животных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способу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размножения</w:t>
            </w:r>
            <w:r w:rsidRPr="0097061E">
              <w:rPr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(на</w:t>
            </w:r>
            <w:r w:rsidRPr="0097061E">
              <w:rPr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основе</w:t>
            </w:r>
            <w:r w:rsidRPr="0097061E">
              <w:rPr>
                <w:color w:val="191919" w:themeColor="background1" w:themeShade="1A"/>
                <w:spacing w:val="9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справочной</w:t>
            </w:r>
            <w:r w:rsidRPr="0097061E">
              <w:rPr>
                <w:color w:val="191919" w:themeColor="background1" w:themeShade="1A"/>
                <w:spacing w:val="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литературы),</w:t>
            </w:r>
            <w:r w:rsidRPr="0097061E">
              <w:rPr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подготовка</w:t>
            </w:r>
            <w:r w:rsidRPr="0097061E">
              <w:rPr>
                <w:color w:val="191919" w:themeColor="background1" w:themeShade="1A"/>
                <w:spacing w:val="-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презентации;</w:t>
            </w:r>
          </w:p>
        </w:tc>
        <w:tc>
          <w:tcPr>
            <w:tcW w:w="1134" w:type="dxa"/>
          </w:tcPr>
          <w:p w14:paraId="25B160C7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20DA817F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79A69862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0730F119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58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59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68AC6F79" w14:textId="77777777" w:rsidTr="001B4642">
        <w:trPr>
          <w:trHeight w:val="724"/>
        </w:trPr>
        <w:tc>
          <w:tcPr>
            <w:tcW w:w="602" w:type="dxa"/>
            <w:gridSpan w:val="2"/>
          </w:tcPr>
          <w:p w14:paraId="792DCDED" w14:textId="77777777" w:rsidR="00DD53E2" w:rsidRPr="0097061E" w:rsidRDefault="00DD53E2" w:rsidP="0097061E">
            <w:pPr>
              <w:pStyle w:val="TableParagraph"/>
              <w:spacing w:before="0"/>
              <w:ind w:left="50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lastRenderedPageBreak/>
              <w:t>2.15.</w:t>
            </w:r>
          </w:p>
        </w:tc>
        <w:tc>
          <w:tcPr>
            <w:tcW w:w="2977" w:type="dxa"/>
          </w:tcPr>
          <w:p w14:paraId="6D41F5CE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Особенности</w:t>
            </w:r>
            <w:r w:rsidRPr="0097061E">
              <w:rPr>
                <w:b/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питания</w:t>
            </w:r>
            <w:r w:rsidRPr="0097061E">
              <w:rPr>
                <w:b/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животных.</w:t>
            </w:r>
            <w:r w:rsidRPr="0097061E">
              <w:rPr>
                <w:b/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Цепи</w:t>
            </w:r>
            <w:r w:rsidRPr="0097061E">
              <w:rPr>
                <w:b/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питания.</w:t>
            </w:r>
            <w:r w:rsidRPr="0097061E">
              <w:rPr>
                <w:b/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Условия,</w:t>
            </w:r>
            <w:r w:rsidRPr="0097061E">
              <w:rPr>
                <w:b/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необходимые</w:t>
            </w:r>
            <w:r w:rsidRPr="0097061E">
              <w:rPr>
                <w:b/>
                <w:color w:val="191919" w:themeColor="background1" w:themeShade="1A"/>
                <w:spacing w:val="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для</w:t>
            </w:r>
            <w:r w:rsidRPr="0097061E">
              <w:rPr>
                <w:b/>
                <w:color w:val="191919" w:themeColor="background1" w:themeShade="1A"/>
                <w:spacing w:val="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жизни</w:t>
            </w:r>
            <w:r w:rsidRPr="0097061E">
              <w:rPr>
                <w:b/>
                <w:color w:val="191919" w:themeColor="background1" w:themeShade="1A"/>
                <w:spacing w:val="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животных</w:t>
            </w:r>
            <w:r w:rsidRPr="0097061E">
              <w:rPr>
                <w:b/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(воздух,</w:t>
            </w:r>
            <w:r w:rsidRPr="0097061E">
              <w:rPr>
                <w:b/>
                <w:color w:val="191919" w:themeColor="background1" w:themeShade="1A"/>
                <w:spacing w:val="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вода,</w:t>
            </w:r>
            <w:r w:rsidRPr="0097061E">
              <w:rPr>
                <w:b/>
                <w:color w:val="191919" w:themeColor="background1" w:themeShade="1A"/>
                <w:spacing w:val="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тепло,</w:t>
            </w:r>
            <w:r w:rsidRPr="0097061E">
              <w:rPr>
                <w:b/>
                <w:color w:val="191919" w:themeColor="background1" w:themeShade="1A"/>
                <w:spacing w:val="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пища).</w:t>
            </w:r>
          </w:p>
        </w:tc>
        <w:tc>
          <w:tcPr>
            <w:tcW w:w="709" w:type="dxa"/>
            <w:gridSpan w:val="2"/>
          </w:tcPr>
          <w:p w14:paraId="167FD1A8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09ACA36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D4C4B98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2FCAEC1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2C90637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Просмотр</w:t>
            </w:r>
            <w:r w:rsidRPr="0097061E">
              <w:rPr>
                <w:color w:val="191919" w:themeColor="background1" w:themeShade="1A"/>
                <w:spacing w:val="1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1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обсуждение</w:t>
            </w:r>
            <w:r w:rsidRPr="0097061E">
              <w:rPr>
                <w:color w:val="191919" w:themeColor="background1" w:themeShade="1A"/>
                <w:spacing w:val="1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иллюстраций,</w:t>
            </w:r>
            <w:r w:rsidRPr="0097061E">
              <w:rPr>
                <w:color w:val="191919" w:themeColor="background1" w:themeShade="1A"/>
                <w:spacing w:val="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видеофрагментов</w:t>
            </w:r>
            <w:r w:rsidRPr="0097061E">
              <w:rPr>
                <w:color w:val="191919" w:themeColor="background1" w:themeShade="1A"/>
                <w:spacing w:val="1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других</w:t>
            </w:r>
            <w:r w:rsidRPr="0097061E">
              <w:rPr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материалов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(по</w:t>
            </w:r>
            <w:r w:rsidRPr="0097061E">
              <w:rPr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выбору)</w:t>
            </w:r>
            <w:r w:rsidRPr="0097061E">
              <w:rPr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на</w:t>
            </w:r>
            <w:r w:rsidRPr="0097061E">
              <w:rPr>
                <w:color w:val="191919" w:themeColor="background1" w:themeShade="1A"/>
                <w:spacing w:val="2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тему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«Охрана</w:t>
            </w:r>
          </w:p>
          <w:p w14:paraId="25005F99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proofErr w:type="gramStart"/>
            <w:r w:rsidRPr="0097061E">
              <w:rPr>
                <w:color w:val="191919" w:themeColor="background1" w:themeShade="1A"/>
                <w:sz w:val="24"/>
                <w:szCs w:val="24"/>
              </w:rPr>
              <w:t>животных</w:t>
            </w:r>
            <w:proofErr w:type="gramEnd"/>
            <w:r w:rsidRPr="0097061E">
              <w:rPr>
                <w:color w:val="191919" w:themeColor="background1" w:themeShade="1A"/>
                <w:sz w:val="24"/>
                <w:szCs w:val="24"/>
              </w:rPr>
              <w:t>»;</w:t>
            </w:r>
          </w:p>
        </w:tc>
        <w:tc>
          <w:tcPr>
            <w:tcW w:w="1134" w:type="dxa"/>
          </w:tcPr>
          <w:p w14:paraId="1A602E8D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Тестирование;</w:t>
            </w:r>
          </w:p>
        </w:tc>
        <w:tc>
          <w:tcPr>
            <w:tcW w:w="3564" w:type="dxa"/>
          </w:tcPr>
          <w:p w14:paraId="76E69303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06A2D859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3052845B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60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61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18F93D68" w14:textId="77777777" w:rsidTr="001B4642">
        <w:trPr>
          <w:trHeight w:val="532"/>
        </w:trPr>
        <w:tc>
          <w:tcPr>
            <w:tcW w:w="602" w:type="dxa"/>
            <w:gridSpan w:val="2"/>
          </w:tcPr>
          <w:p w14:paraId="3A3D5BAF" w14:textId="77777777" w:rsidR="00DD53E2" w:rsidRPr="0097061E" w:rsidRDefault="00DD53E2" w:rsidP="0097061E">
            <w:pPr>
              <w:pStyle w:val="TableParagraph"/>
              <w:spacing w:before="0"/>
              <w:ind w:left="50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2.16.</w:t>
            </w:r>
          </w:p>
        </w:tc>
        <w:tc>
          <w:tcPr>
            <w:tcW w:w="2977" w:type="dxa"/>
          </w:tcPr>
          <w:p w14:paraId="5EF32389" w14:textId="77777777" w:rsidR="00DD53E2" w:rsidRPr="0097061E" w:rsidRDefault="00DD53E2" w:rsidP="0097061E">
            <w:pPr>
              <w:pStyle w:val="TableParagraph"/>
              <w:spacing w:before="0"/>
              <w:ind w:left="76" w:right="402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Роль</w:t>
            </w:r>
            <w:r w:rsidRPr="0097061E">
              <w:rPr>
                <w:b/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животных</w:t>
            </w:r>
            <w:r w:rsidRPr="0097061E">
              <w:rPr>
                <w:b/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2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природе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жизни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людей,</w:t>
            </w:r>
            <w:r w:rsidRPr="0097061E">
              <w:rPr>
                <w:b/>
                <w:color w:val="191919" w:themeColor="background1" w:themeShade="1A"/>
                <w:spacing w:val="12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бережное</w:t>
            </w:r>
            <w:r w:rsidRPr="0097061E">
              <w:rPr>
                <w:b/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отношение</w:t>
            </w:r>
            <w:r w:rsidRPr="0097061E">
              <w:rPr>
                <w:b/>
                <w:color w:val="191919" w:themeColor="background1" w:themeShade="1A"/>
                <w:spacing w:val="1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человека</w:t>
            </w:r>
            <w:r w:rsidRPr="0097061E">
              <w:rPr>
                <w:b/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к</w:t>
            </w:r>
            <w:r w:rsidRPr="0097061E">
              <w:rPr>
                <w:b/>
                <w:color w:val="191919" w:themeColor="background1" w:themeShade="1A"/>
                <w:spacing w:val="1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животным.</w:t>
            </w:r>
            <w:r w:rsidRPr="0097061E">
              <w:rPr>
                <w:b/>
                <w:color w:val="191919" w:themeColor="background1" w:themeShade="1A"/>
                <w:spacing w:val="1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Охрана</w:t>
            </w:r>
            <w:r w:rsidRPr="0097061E">
              <w:rPr>
                <w:b/>
                <w:color w:val="191919" w:themeColor="background1" w:themeShade="1A"/>
                <w:spacing w:val="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животных.</w:t>
            </w:r>
          </w:p>
        </w:tc>
        <w:tc>
          <w:tcPr>
            <w:tcW w:w="709" w:type="dxa"/>
            <w:gridSpan w:val="2"/>
          </w:tcPr>
          <w:p w14:paraId="30A72C3E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8590877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AA66AB7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D58ABC5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C294BC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Упражнения: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опиши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животное,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узнай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животное,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найди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ошибку</w:t>
            </w:r>
            <w:r w:rsidRPr="0097061E">
              <w:rPr>
                <w:color w:val="191919" w:themeColor="background1" w:themeShade="1A"/>
                <w:spacing w:val="-3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классификации</w:t>
            </w:r>
            <w:r w:rsidRPr="0097061E">
              <w:rPr>
                <w:color w:val="191919" w:themeColor="background1" w:themeShade="1A"/>
                <w:spacing w:val="6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животных;</w:t>
            </w:r>
          </w:p>
        </w:tc>
        <w:tc>
          <w:tcPr>
            <w:tcW w:w="1134" w:type="dxa"/>
          </w:tcPr>
          <w:p w14:paraId="0CD0C6EB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Тестирование;</w:t>
            </w:r>
          </w:p>
        </w:tc>
        <w:tc>
          <w:tcPr>
            <w:tcW w:w="3564" w:type="dxa"/>
          </w:tcPr>
          <w:p w14:paraId="406BD7F3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0448500F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65340D90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62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63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386F875A" w14:textId="77777777" w:rsidTr="001B4642">
        <w:trPr>
          <w:trHeight w:val="720"/>
        </w:trPr>
        <w:tc>
          <w:tcPr>
            <w:tcW w:w="602" w:type="dxa"/>
            <w:gridSpan w:val="2"/>
          </w:tcPr>
          <w:p w14:paraId="2CB58E6E" w14:textId="77777777" w:rsidR="00DD53E2" w:rsidRPr="0097061E" w:rsidRDefault="00DD53E2" w:rsidP="0097061E">
            <w:pPr>
              <w:pStyle w:val="TableParagraph"/>
              <w:spacing w:before="0"/>
              <w:ind w:left="50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2.17.</w:t>
            </w:r>
          </w:p>
        </w:tc>
        <w:tc>
          <w:tcPr>
            <w:tcW w:w="2977" w:type="dxa"/>
          </w:tcPr>
          <w:p w14:paraId="4C25EF05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Животные</w:t>
            </w:r>
            <w:r w:rsidRPr="0097061E">
              <w:rPr>
                <w:b/>
                <w:color w:val="191919" w:themeColor="background1" w:themeShade="1A"/>
                <w:spacing w:val="34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родного</w:t>
            </w:r>
            <w:r w:rsidRPr="0097061E">
              <w:rPr>
                <w:b/>
                <w:color w:val="191919" w:themeColor="background1" w:themeShade="1A"/>
                <w:spacing w:val="3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края,</w:t>
            </w:r>
            <w:r w:rsidRPr="0097061E">
              <w:rPr>
                <w:b/>
                <w:color w:val="191919" w:themeColor="background1" w:themeShade="1A"/>
                <w:spacing w:val="3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их</w:t>
            </w:r>
            <w:r w:rsidRPr="0097061E">
              <w:rPr>
                <w:b/>
                <w:color w:val="191919" w:themeColor="background1" w:themeShade="1A"/>
                <w:spacing w:val="3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названия.</w:t>
            </w:r>
          </w:p>
        </w:tc>
        <w:tc>
          <w:tcPr>
            <w:tcW w:w="709" w:type="dxa"/>
            <w:gridSpan w:val="2"/>
          </w:tcPr>
          <w:p w14:paraId="664F8395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377D322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6EB7752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24D78EE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250AEB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Дидактическая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игра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«Каких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животных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мы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знаем»;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Коллективное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составление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схемы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«Разнообразие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животных»;</w:t>
            </w:r>
          </w:p>
        </w:tc>
        <w:tc>
          <w:tcPr>
            <w:tcW w:w="1134" w:type="dxa"/>
          </w:tcPr>
          <w:p w14:paraId="7520A5A5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работа;</w:t>
            </w:r>
          </w:p>
        </w:tc>
        <w:tc>
          <w:tcPr>
            <w:tcW w:w="3564" w:type="dxa"/>
          </w:tcPr>
          <w:p w14:paraId="007FA7B4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3C514223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146316D4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64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65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754529A6" w14:textId="77777777" w:rsidTr="001B4642">
        <w:trPr>
          <w:trHeight w:val="1300"/>
        </w:trPr>
        <w:tc>
          <w:tcPr>
            <w:tcW w:w="602" w:type="dxa"/>
            <w:gridSpan w:val="2"/>
          </w:tcPr>
          <w:p w14:paraId="29A85459" w14:textId="77777777" w:rsidR="00DD53E2" w:rsidRPr="0097061E" w:rsidRDefault="00DD53E2" w:rsidP="0097061E">
            <w:pPr>
              <w:pStyle w:val="TableParagraph"/>
              <w:spacing w:before="0"/>
              <w:ind w:left="50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2.18.</w:t>
            </w:r>
          </w:p>
        </w:tc>
        <w:tc>
          <w:tcPr>
            <w:tcW w:w="2977" w:type="dxa"/>
          </w:tcPr>
          <w:p w14:paraId="39B8AD34" w14:textId="77777777" w:rsidR="00DD53E2" w:rsidRPr="0097061E" w:rsidRDefault="00DD53E2" w:rsidP="0097061E">
            <w:pPr>
              <w:pStyle w:val="TableParagraph"/>
              <w:spacing w:before="0"/>
              <w:ind w:left="76" w:right="402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Природные</w:t>
            </w:r>
            <w:r w:rsidRPr="0097061E">
              <w:rPr>
                <w:b/>
                <w:color w:val="191919" w:themeColor="background1" w:themeShade="1A"/>
                <w:spacing w:val="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сообщества:</w:t>
            </w:r>
            <w:r w:rsidRPr="0097061E">
              <w:rPr>
                <w:b/>
                <w:color w:val="191919" w:themeColor="background1" w:themeShade="1A"/>
                <w:spacing w:val="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лес,</w:t>
            </w:r>
            <w:r w:rsidRPr="0097061E">
              <w:rPr>
                <w:b/>
                <w:color w:val="191919" w:themeColor="background1" w:themeShade="1A"/>
                <w:spacing w:val="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луг,</w:t>
            </w:r>
            <w:r w:rsidRPr="0097061E">
              <w:rPr>
                <w:b/>
                <w:color w:val="191919" w:themeColor="background1" w:themeShade="1A"/>
                <w:spacing w:val="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пруд.</w:t>
            </w:r>
            <w:r w:rsidRPr="0097061E">
              <w:rPr>
                <w:b/>
                <w:color w:val="191919" w:themeColor="background1" w:themeShade="1A"/>
                <w:spacing w:val="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Взаимосвязи</w:t>
            </w:r>
            <w:r w:rsidRPr="0097061E">
              <w:rPr>
                <w:b/>
                <w:color w:val="191919" w:themeColor="background1" w:themeShade="1A"/>
                <w:spacing w:val="1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природном</w:t>
            </w:r>
            <w:r w:rsidRPr="0097061E">
              <w:rPr>
                <w:b/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сообществе.</w:t>
            </w:r>
          </w:p>
        </w:tc>
        <w:tc>
          <w:tcPr>
            <w:tcW w:w="709" w:type="dxa"/>
            <w:gridSpan w:val="2"/>
          </w:tcPr>
          <w:p w14:paraId="7CD979AE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3E1E0797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115FD9B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3AEDD4D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66CC371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Работа</w:t>
            </w:r>
            <w:r w:rsidRPr="0097061E">
              <w:rPr>
                <w:color w:val="191919" w:themeColor="background1" w:themeShade="1A"/>
                <w:spacing w:val="1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со</w:t>
            </w:r>
            <w:r w:rsidRPr="0097061E">
              <w:rPr>
                <w:color w:val="191919" w:themeColor="background1" w:themeShade="1A"/>
                <w:spacing w:val="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словарём:</w:t>
            </w:r>
            <w:r w:rsidRPr="0097061E">
              <w:rPr>
                <w:color w:val="191919" w:themeColor="background1" w:themeShade="1A"/>
                <w:spacing w:val="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определение</w:t>
            </w:r>
            <w:r w:rsidRPr="0097061E">
              <w:rPr>
                <w:color w:val="191919" w:themeColor="background1" w:themeShade="1A"/>
                <w:spacing w:val="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значения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061E">
              <w:rPr>
                <w:color w:val="191919" w:themeColor="background1" w:themeShade="1A"/>
                <w:sz w:val="24"/>
                <w:szCs w:val="24"/>
              </w:rPr>
              <w:t>слова«</w:t>
            </w:r>
            <w:proofErr w:type="gramEnd"/>
            <w:r w:rsidRPr="0097061E">
              <w:rPr>
                <w:color w:val="191919" w:themeColor="background1" w:themeShade="1A"/>
                <w:sz w:val="24"/>
                <w:szCs w:val="24"/>
              </w:rPr>
              <w:t>сообщество</w:t>
            </w:r>
            <w:proofErr w:type="spellEnd"/>
            <w:r w:rsidRPr="0097061E">
              <w:rPr>
                <w:color w:val="191919" w:themeColor="background1" w:themeShade="1A"/>
                <w:sz w:val="24"/>
                <w:szCs w:val="24"/>
              </w:rPr>
              <w:t>»;</w:t>
            </w:r>
          </w:p>
          <w:p w14:paraId="5592922D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Рассказ</w:t>
            </w:r>
            <w:r w:rsidRPr="0097061E">
              <w:rPr>
                <w:color w:val="191919" w:themeColor="background1" w:themeShade="1A"/>
                <w:spacing w:val="3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учителя</w:t>
            </w:r>
            <w:r w:rsidRPr="0097061E">
              <w:rPr>
                <w:color w:val="191919" w:themeColor="background1" w:themeShade="1A"/>
                <w:spacing w:val="3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29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«Что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такое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природное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сообщество</w:t>
            </w:r>
            <w:proofErr w:type="gramStart"/>
            <w:r w:rsidRPr="0097061E">
              <w:rPr>
                <w:color w:val="191919" w:themeColor="background1" w:themeShade="1A"/>
                <w:sz w:val="24"/>
                <w:szCs w:val="24"/>
              </w:rPr>
              <w:t>» ;</w:t>
            </w:r>
            <w:proofErr w:type="gramEnd"/>
          </w:p>
          <w:p w14:paraId="72FEB72A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Учебный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диалог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«Особенности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леса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(луга,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водоёма)</w:t>
            </w:r>
            <w:r w:rsidRPr="0097061E">
              <w:rPr>
                <w:color w:val="191919" w:themeColor="background1" w:themeShade="1A"/>
                <w:spacing w:val="-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как</w:t>
            </w:r>
            <w:r w:rsidRPr="0097061E">
              <w:rPr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сообщества»;</w:t>
            </w:r>
          </w:p>
        </w:tc>
        <w:tc>
          <w:tcPr>
            <w:tcW w:w="1134" w:type="dxa"/>
          </w:tcPr>
          <w:p w14:paraId="30C5B8E6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работа;</w:t>
            </w:r>
          </w:p>
        </w:tc>
        <w:tc>
          <w:tcPr>
            <w:tcW w:w="3564" w:type="dxa"/>
          </w:tcPr>
          <w:p w14:paraId="2C532619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0CE95F0F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6FF06AFC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66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67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1700FFB7" w14:textId="77777777" w:rsidTr="001B4642">
        <w:trPr>
          <w:trHeight w:val="1118"/>
        </w:trPr>
        <w:tc>
          <w:tcPr>
            <w:tcW w:w="602" w:type="dxa"/>
            <w:gridSpan w:val="2"/>
          </w:tcPr>
          <w:p w14:paraId="795BB8EA" w14:textId="77777777" w:rsidR="00DD53E2" w:rsidRPr="0097061E" w:rsidRDefault="00DD53E2" w:rsidP="0097061E">
            <w:pPr>
              <w:pStyle w:val="TableParagraph"/>
              <w:spacing w:before="0"/>
              <w:ind w:left="50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2.19.</w:t>
            </w:r>
          </w:p>
        </w:tc>
        <w:tc>
          <w:tcPr>
            <w:tcW w:w="2977" w:type="dxa"/>
          </w:tcPr>
          <w:p w14:paraId="4ED1F3B3" w14:textId="77777777" w:rsidR="00DD53E2" w:rsidRPr="0097061E" w:rsidRDefault="00DD53E2" w:rsidP="0097061E">
            <w:pPr>
              <w:pStyle w:val="TableParagraph"/>
              <w:spacing w:before="0"/>
              <w:ind w:left="76" w:right="402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Создание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человеком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природных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сообществ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для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хозяйственной</w:t>
            </w:r>
            <w:r w:rsidRPr="0097061E">
              <w:rPr>
                <w:b/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деятельности,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получения</w:t>
            </w:r>
            <w:r w:rsidRPr="0097061E">
              <w:rPr>
                <w:b/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продуктов</w:t>
            </w:r>
            <w:r w:rsidRPr="0097061E">
              <w:rPr>
                <w:b/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питания</w:t>
            </w:r>
            <w:r w:rsidRPr="0097061E">
              <w:rPr>
                <w:b/>
                <w:color w:val="191919" w:themeColor="background1" w:themeShade="1A"/>
                <w:spacing w:val="9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(поле,</w:t>
            </w:r>
            <w:r w:rsidRPr="0097061E">
              <w:rPr>
                <w:b/>
                <w:color w:val="191919" w:themeColor="background1" w:themeShade="1A"/>
                <w:spacing w:val="2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сад,</w:t>
            </w:r>
            <w:r w:rsidRPr="0097061E">
              <w:rPr>
                <w:b/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огород).</w:t>
            </w:r>
          </w:p>
        </w:tc>
        <w:tc>
          <w:tcPr>
            <w:tcW w:w="709" w:type="dxa"/>
            <w:gridSpan w:val="2"/>
          </w:tcPr>
          <w:p w14:paraId="677EFC42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DA04ED7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9FD3FEE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38A85A5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435F244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;</w:t>
            </w:r>
          </w:p>
          <w:p w14:paraId="349C070D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Работа</w:t>
            </w:r>
            <w:r w:rsidRPr="0097061E">
              <w:rPr>
                <w:color w:val="191919" w:themeColor="background1" w:themeShade="1A"/>
                <w:spacing w:val="1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со</w:t>
            </w:r>
            <w:r w:rsidRPr="0097061E">
              <w:rPr>
                <w:color w:val="191919" w:themeColor="background1" w:themeShade="1A"/>
                <w:spacing w:val="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словарём:</w:t>
            </w:r>
            <w:r w:rsidRPr="0097061E">
              <w:rPr>
                <w:color w:val="191919" w:themeColor="background1" w:themeShade="1A"/>
                <w:spacing w:val="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определение</w:t>
            </w:r>
            <w:r w:rsidRPr="0097061E">
              <w:rPr>
                <w:color w:val="191919" w:themeColor="background1" w:themeShade="1A"/>
                <w:spacing w:val="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значения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061E">
              <w:rPr>
                <w:color w:val="191919" w:themeColor="background1" w:themeShade="1A"/>
                <w:sz w:val="24"/>
                <w:szCs w:val="24"/>
              </w:rPr>
              <w:t>слова«</w:t>
            </w:r>
            <w:proofErr w:type="gramEnd"/>
            <w:r w:rsidRPr="0097061E">
              <w:rPr>
                <w:color w:val="191919" w:themeColor="background1" w:themeShade="1A"/>
                <w:sz w:val="24"/>
                <w:szCs w:val="24"/>
              </w:rPr>
              <w:t>сообщество</w:t>
            </w:r>
            <w:proofErr w:type="spellEnd"/>
            <w:r w:rsidRPr="0097061E">
              <w:rPr>
                <w:color w:val="191919" w:themeColor="background1" w:themeShade="1A"/>
                <w:sz w:val="24"/>
                <w:szCs w:val="24"/>
              </w:rPr>
              <w:t>»;</w:t>
            </w:r>
          </w:p>
          <w:p w14:paraId="60C74A39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Рассказ</w:t>
            </w:r>
            <w:r w:rsidRPr="0097061E">
              <w:rPr>
                <w:color w:val="191919" w:themeColor="background1" w:themeShade="1A"/>
                <w:spacing w:val="3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учителя</w:t>
            </w:r>
            <w:r w:rsidRPr="0097061E">
              <w:rPr>
                <w:color w:val="191919" w:themeColor="background1" w:themeShade="1A"/>
                <w:spacing w:val="3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29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«Что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такое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природное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сообщество</w:t>
            </w:r>
            <w:proofErr w:type="gramStart"/>
            <w:r w:rsidRPr="0097061E">
              <w:rPr>
                <w:color w:val="191919" w:themeColor="background1" w:themeShade="1A"/>
                <w:sz w:val="24"/>
                <w:szCs w:val="24"/>
              </w:rPr>
              <w:t>» ;</w:t>
            </w:r>
            <w:proofErr w:type="gramEnd"/>
          </w:p>
        </w:tc>
        <w:tc>
          <w:tcPr>
            <w:tcW w:w="1134" w:type="dxa"/>
          </w:tcPr>
          <w:p w14:paraId="58775801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7577FC65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171AAD53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7577FBBA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68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69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7F34C626" w14:textId="77777777" w:rsidTr="001B4642">
        <w:trPr>
          <w:trHeight w:val="532"/>
        </w:trPr>
        <w:tc>
          <w:tcPr>
            <w:tcW w:w="602" w:type="dxa"/>
            <w:gridSpan w:val="2"/>
          </w:tcPr>
          <w:p w14:paraId="1C5ECDC0" w14:textId="77777777" w:rsidR="00DD53E2" w:rsidRPr="0097061E" w:rsidRDefault="00DD53E2" w:rsidP="0097061E">
            <w:pPr>
              <w:pStyle w:val="TableParagraph"/>
              <w:spacing w:before="0"/>
              <w:ind w:left="50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2.20.</w:t>
            </w:r>
          </w:p>
        </w:tc>
        <w:tc>
          <w:tcPr>
            <w:tcW w:w="2977" w:type="dxa"/>
          </w:tcPr>
          <w:p w14:paraId="7C07F00D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Природные</w:t>
            </w:r>
            <w:r w:rsidRPr="0097061E">
              <w:rPr>
                <w:b/>
                <w:color w:val="191919" w:themeColor="background1" w:themeShade="1A"/>
                <w:spacing w:val="42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сообщества</w:t>
            </w:r>
            <w:r w:rsidRPr="0097061E">
              <w:rPr>
                <w:b/>
                <w:color w:val="191919" w:themeColor="background1" w:themeShade="1A"/>
                <w:spacing w:val="4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родного</w:t>
            </w:r>
            <w:r w:rsidRPr="0097061E">
              <w:rPr>
                <w:b/>
                <w:color w:val="191919" w:themeColor="background1" w:themeShade="1A"/>
                <w:spacing w:val="3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края.</w:t>
            </w:r>
          </w:p>
        </w:tc>
        <w:tc>
          <w:tcPr>
            <w:tcW w:w="709" w:type="dxa"/>
            <w:gridSpan w:val="2"/>
          </w:tcPr>
          <w:p w14:paraId="5791107E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3328FA8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5BE10B8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7946A3E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3BC88B1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Беседа</w:t>
            </w:r>
            <w:r w:rsidRPr="0097061E">
              <w:rPr>
                <w:color w:val="191919" w:themeColor="background1" w:themeShade="1A"/>
                <w:spacing w:val="3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25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2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«Для</w:t>
            </w:r>
            <w:r w:rsidRPr="0097061E">
              <w:rPr>
                <w:color w:val="191919" w:themeColor="background1" w:themeShade="1A"/>
                <w:spacing w:val="2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чего</w:t>
            </w:r>
            <w:r w:rsidRPr="0097061E">
              <w:rPr>
                <w:color w:val="191919" w:themeColor="background1" w:themeShade="1A"/>
                <w:spacing w:val="25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человек</w:t>
            </w:r>
            <w:r w:rsidRPr="0097061E">
              <w:rPr>
                <w:color w:val="191919" w:themeColor="background1" w:themeShade="1A"/>
                <w:spacing w:val="2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создает</w:t>
            </w:r>
            <w:r w:rsidRPr="0097061E">
              <w:rPr>
                <w:color w:val="191919" w:themeColor="background1" w:themeShade="1A"/>
                <w:spacing w:val="3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новые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сообщества?»;</w:t>
            </w:r>
          </w:p>
        </w:tc>
        <w:tc>
          <w:tcPr>
            <w:tcW w:w="1134" w:type="dxa"/>
          </w:tcPr>
          <w:p w14:paraId="62D4C2AB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173D0832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1B701320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359A6581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70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71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65F10BE6" w14:textId="77777777" w:rsidTr="001B4642">
        <w:trPr>
          <w:trHeight w:val="528"/>
        </w:trPr>
        <w:tc>
          <w:tcPr>
            <w:tcW w:w="602" w:type="dxa"/>
            <w:gridSpan w:val="2"/>
          </w:tcPr>
          <w:p w14:paraId="26A29A2A" w14:textId="77777777" w:rsidR="00DD53E2" w:rsidRPr="0097061E" w:rsidRDefault="00DD53E2" w:rsidP="0097061E">
            <w:pPr>
              <w:pStyle w:val="TableParagraph"/>
              <w:spacing w:before="0"/>
              <w:ind w:left="50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lastRenderedPageBreak/>
              <w:t>2.21.</w:t>
            </w:r>
          </w:p>
        </w:tc>
        <w:tc>
          <w:tcPr>
            <w:tcW w:w="2977" w:type="dxa"/>
          </w:tcPr>
          <w:p w14:paraId="47010890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Правила</w:t>
            </w:r>
            <w:r w:rsidRPr="0097061E">
              <w:rPr>
                <w:b/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поведения</w:t>
            </w:r>
            <w:r w:rsidRPr="0097061E">
              <w:rPr>
                <w:b/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лесу,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на</w:t>
            </w:r>
            <w:r w:rsidRPr="0097061E">
              <w:rPr>
                <w:b/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водоёме,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на</w:t>
            </w:r>
            <w:r w:rsidRPr="0097061E">
              <w:rPr>
                <w:b/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лугу.</w:t>
            </w:r>
          </w:p>
        </w:tc>
        <w:tc>
          <w:tcPr>
            <w:tcW w:w="709" w:type="dxa"/>
            <w:gridSpan w:val="2"/>
          </w:tcPr>
          <w:p w14:paraId="0DB244D9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B07E5B8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9046FC0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A400386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4D3FF4D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Учебный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диалог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«Особенности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леса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(луга,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водоёма)</w:t>
            </w:r>
            <w:r w:rsidRPr="0097061E">
              <w:rPr>
                <w:color w:val="191919" w:themeColor="background1" w:themeShade="1A"/>
                <w:spacing w:val="-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как</w:t>
            </w:r>
            <w:r w:rsidRPr="0097061E">
              <w:rPr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сообщества»;</w:t>
            </w:r>
          </w:p>
        </w:tc>
        <w:tc>
          <w:tcPr>
            <w:tcW w:w="1134" w:type="dxa"/>
          </w:tcPr>
          <w:p w14:paraId="23F5FBB9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Тестирование;</w:t>
            </w:r>
          </w:p>
        </w:tc>
        <w:tc>
          <w:tcPr>
            <w:tcW w:w="3564" w:type="dxa"/>
          </w:tcPr>
          <w:p w14:paraId="2EC6BE60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19823E5F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349F7FA7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72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73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41BA356C" w14:textId="77777777" w:rsidTr="001B4642">
        <w:trPr>
          <w:trHeight w:val="508"/>
        </w:trPr>
        <w:tc>
          <w:tcPr>
            <w:tcW w:w="602" w:type="dxa"/>
            <w:gridSpan w:val="2"/>
          </w:tcPr>
          <w:p w14:paraId="6B625569" w14:textId="77777777" w:rsidR="00DD53E2" w:rsidRPr="0097061E" w:rsidRDefault="00DD53E2" w:rsidP="0097061E">
            <w:pPr>
              <w:pStyle w:val="TableParagraph"/>
              <w:spacing w:before="0"/>
              <w:ind w:left="50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2.22.</w:t>
            </w:r>
          </w:p>
        </w:tc>
        <w:tc>
          <w:tcPr>
            <w:tcW w:w="2977" w:type="dxa"/>
          </w:tcPr>
          <w:p w14:paraId="36739BB3" w14:textId="77777777" w:rsidR="00DD53E2" w:rsidRPr="0097061E" w:rsidRDefault="00DD53E2" w:rsidP="0097061E">
            <w:pPr>
              <w:pStyle w:val="TableParagraph"/>
              <w:spacing w:before="0"/>
              <w:ind w:left="76" w:right="402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Человек</w:t>
            </w:r>
            <w:r w:rsidRPr="0097061E">
              <w:rPr>
                <w:b/>
                <w:color w:val="191919" w:themeColor="background1" w:themeShade="1A"/>
                <w:spacing w:val="1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—</w:t>
            </w:r>
            <w:r w:rsidRPr="0097061E">
              <w:rPr>
                <w:b/>
                <w:color w:val="191919" w:themeColor="background1" w:themeShade="1A"/>
                <w:spacing w:val="1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часть</w:t>
            </w:r>
            <w:r w:rsidRPr="0097061E">
              <w:rPr>
                <w:b/>
                <w:color w:val="191919" w:themeColor="background1" w:themeShade="1A"/>
                <w:spacing w:val="1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природы.</w:t>
            </w:r>
            <w:r w:rsidRPr="0097061E">
              <w:rPr>
                <w:b/>
                <w:color w:val="191919" w:themeColor="background1" w:themeShade="1A"/>
                <w:spacing w:val="29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Общее</w:t>
            </w:r>
            <w:r w:rsidRPr="0097061E">
              <w:rPr>
                <w:b/>
                <w:color w:val="191919" w:themeColor="background1" w:themeShade="1A"/>
                <w:spacing w:val="3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представление</w:t>
            </w:r>
            <w:r w:rsidRPr="0097061E">
              <w:rPr>
                <w:b/>
                <w:color w:val="191919" w:themeColor="background1" w:themeShade="1A"/>
                <w:spacing w:val="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о</w:t>
            </w:r>
            <w:r w:rsidRPr="0097061E">
              <w:rPr>
                <w:b/>
                <w:color w:val="191919" w:themeColor="background1" w:themeShade="1A"/>
                <w:spacing w:val="1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строении</w:t>
            </w:r>
            <w:r w:rsidRPr="0097061E">
              <w:rPr>
                <w:b/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тела</w:t>
            </w:r>
            <w:r w:rsidRPr="0097061E">
              <w:rPr>
                <w:b/>
                <w:color w:val="191919" w:themeColor="background1" w:themeShade="1A"/>
                <w:spacing w:val="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человека.</w:t>
            </w:r>
          </w:p>
        </w:tc>
        <w:tc>
          <w:tcPr>
            <w:tcW w:w="709" w:type="dxa"/>
            <w:gridSpan w:val="2"/>
          </w:tcPr>
          <w:p w14:paraId="0C28F3ED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A229308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B6F5BC5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A206172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4713D5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Обсуждение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текстов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учебника,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объяснения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учителя:«</w:t>
            </w:r>
            <w:proofErr w:type="gramEnd"/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Строение</w:t>
            </w:r>
            <w:proofErr w:type="spellEnd"/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тела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человека»;</w:t>
            </w:r>
          </w:p>
        </w:tc>
        <w:tc>
          <w:tcPr>
            <w:tcW w:w="1134" w:type="dxa"/>
          </w:tcPr>
          <w:p w14:paraId="4CD07572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7436708D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6788BEC4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040B54A0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74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75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6F4F437F" w14:textId="77777777" w:rsidTr="001B4642">
        <w:trPr>
          <w:trHeight w:val="719"/>
        </w:trPr>
        <w:tc>
          <w:tcPr>
            <w:tcW w:w="602" w:type="dxa"/>
            <w:gridSpan w:val="2"/>
          </w:tcPr>
          <w:p w14:paraId="1FA04C06" w14:textId="77777777" w:rsidR="00DD53E2" w:rsidRPr="0097061E" w:rsidRDefault="00DD53E2" w:rsidP="0097061E">
            <w:pPr>
              <w:pStyle w:val="TableParagraph"/>
              <w:spacing w:before="0"/>
              <w:ind w:left="50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2.23.</w:t>
            </w:r>
          </w:p>
        </w:tc>
        <w:tc>
          <w:tcPr>
            <w:tcW w:w="2977" w:type="dxa"/>
          </w:tcPr>
          <w:p w14:paraId="63914936" w14:textId="77777777" w:rsidR="00DD53E2" w:rsidRPr="0097061E" w:rsidRDefault="00DD53E2" w:rsidP="0097061E">
            <w:pPr>
              <w:pStyle w:val="TableParagraph"/>
              <w:spacing w:before="0"/>
              <w:ind w:left="76" w:right="20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Системы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органов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(опорно-двигательная,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пищеварительная,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дыхательная,</w:t>
            </w:r>
            <w:r w:rsidRPr="0097061E">
              <w:rPr>
                <w:b/>
                <w:color w:val="191919" w:themeColor="background1" w:themeShade="1A"/>
                <w:spacing w:val="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кровеносная,</w:t>
            </w:r>
            <w:r w:rsidRPr="0097061E">
              <w:rPr>
                <w:b/>
                <w:color w:val="191919" w:themeColor="background1" w:themeShade="1A"/>
                <w:spacing w:val="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нервная,</w:t>
            </w:r>
            <w:r w:rsidRPr="0097061E">
              <w:rPr>
                <w:b/>
                <w:color w:val="191919" w:themeColor="background1" w:themeShade="1A"/>
                <w:spacing w:val="38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органы</w:t>
            </w:r>
            <w:r w:rsidRPr="0097061E">
              <w:rPr>
                <w:b/>
                <w:color w:val="191919" w:themeColor="background1" w:themeShade="1A"/>
                <w:spacing w:val="36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чувств),</w:t>
            </w:r>
            <w:r w:rsidRPr="0097061E">
              <w:rPr>
                <w:b/>
                <w:color w:val="191919" w:themeColor="background1" w:themeShade="1A"/>
                <w:spacing w:val="7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их</w:t>
            </w:r>
            <w:r w:rsidRPr="0097061E">
              <w:rPr>
                <w:b/>
                <w:color w:val="191919" w:themeColor="background1" w:themeShade="1A"/>
                <w:spacing w:val="33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роль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2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жизнедеятельности</w:t>
            </w:r>
            <w:r w:rsidRPr="0097061E">
              <w:rPr>
                <w:b/>
                <w:color w:val="191919" w:themeColor="background1" w:themeShade="1A"/>
                <w:spacing w:val="2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организма.</w:t>
            </w:r>
          </w:p>
        </w:tc>
        <w:tc>
          <w:tcPr>
            <w:tcW w:w="709" w:type="dxa"/>
            <w:gridSpan w:val="2"/>
          </w:tcPr>
          <w:p w14:paraId="57B27DF3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7596AB3D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0344CCE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173483C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EA717FD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Рассматривание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схемы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строения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тела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человека: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называние,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описание функций</w:t>
            </w:r>
            <w:r w:rsidRPr="0097061E">
              <w:rPr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разных</w:t>
            </w:r>
            <w:r w:rsidRPr="0097061E">
              <w:rPr>
                <w:color w:val="191919" w:themeColor="background1" w:themeShade="1A"/>
                <w:spacing w:val="-3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систем</w:t>
            </w:r>
            <w:r w:rsidRPr="0097061E">
              <w:rPr>
                <w:color w:val="191919" w:themeColor="background1" w:themeShade="1A"/>
                <w:spacing w:val="-3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органов;</w:t>
            </w:r>
          </w:p>
        </w:tc>
        <w:tc>
          <w:tcPr>
            <w:tcW w:w="1134" w:type="dxa"/>
          </w:tcPr>
          <w:p w14:paraId="0B5017DC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Тестирование;</w:t>
            </w:r>
          </w:p>
        </w:tc>
        <w:tc>
          <w:tcPr>
            <w:tcW w:w="3564" w:type="dxa"/>
          </w:tcPr>
          <w:p w14:paraId="1AB00953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6E6263AE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4F9702B2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76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77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0BDAA582" w14:textId="77777777" w:rsidTr="001B4642">
        <w:trPr>
          <w:trHeight w:val="532"/>
        </w:trPr>
        <w:tc>
          <w:tcPr>
            <w:tcW w:w="602" w:type="dxa"/>
            <w:gridSpan w:val="2"/>
          </w:tcPr>
          <w:p w14:paraId="4EDD615D" w14:textId="77777777" w:rsidR="00DD53E2" w:rsidRPr="0097061E" w:rsidRDefault="00DD53E2" w:rsidP="0097061E">
            <w:pPr>
              <w:pStyle w:val="TableParagraph"/>
              <w:spacing w:before="0"/>
              <w:ind w:left="50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2.24.</w:t>
            </w:r>
          </w:p>
        </w:tc>
        <w:tc>
          <w:tcPr>
            <w:tcW w:w="2977" w:type="dxa"/>
          </w:tcPr>
          <w:p w14:paraId="1DECFAF0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Гигиена</w:t>
            </w:r>
            <w:r w:rsidRPr="0097061E">
              <w:rPr>
                <w:b/>
                <w:color w:val="191919" w:themeColor="background1" w:themeShade="1A"/>
                <w:spacing w:val="36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отдельных</w:t>
            </w:r>
            <w:r w:rsidRPr="0097061E">
              <w:rPr>
                <w:b/>
                <w:color w:val="191919" w:themeColor="background1" w:themeShade="1A"/>
                <w:spacing w:val="37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органов</w:t>
            </w:r>
            <w:r w:rsidRPr="0097061E">
              <w:rPr>
                <w:b/>
                <w:color w:val="191919" w:themeColor="background1" w:themeShade="1A"/>
                <w:spacing w:val="3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34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систем</w:t>
            </w:r>
            <w:r w:rsidRPr="0097061E">
              <w:rPr>
                <w:b/>
                <w:color w:val="191919" w:themeColor="background1" w:themeShade="1A"/>
                <w:spacing w:val="35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органов</w:t>
            </w:r>
            <w:r w:rsidRPr="0097061E">
              <w:rPr>
                <w:b/>
                <w:color w:val="191919" w:themeColor="background1" w:themeShade="1A"/>
                <w:spacing w:val="3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человека.</w:t>
            </w:r>
          </w:p>
        </w:tc>
        <w:tc>
          <w:tcPr>
            <w:tcW w:w="709" w:type="dxa"/>
            <w:gridSpan w:val="2"/>
          </w:tcPr>
          <w:p w14:paraId="27638DF9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14A598E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C5A7D19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67DD9C3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517D1BA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Рассматривание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схемы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строения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тела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человека: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называние,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описание функций</w:t>
            </w:r>
            <w:r w:rsidRPr="0097061E">
              <w:rPr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разных</w:t>
            </w:r>
            <w:r w:rsidRPr="0097061E">
              <w:rPr>
                <w:color w:val="191919" w:themeColor="background1" w:themeShade="1A"/>
                <w:spacing w:val="-3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систем</w:t>
            </w:r>
            <w:r w:rsidRPr="0097061E">
              <w:rPr>
                <w:color w:val="191919" w:themeColor="background1" w:themeShade="1A"/>
                <w:spacing w:val="-3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органов;</w:t>
            </w:r>
          </w:p>
        </w:tc>
        <w:tc>
          <w:tcPr>
            <w:tcW w:w="1134" w:type="dxa"/>
          </w:tcPr>
          <w:p w14:paraId="1DD595C7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Тестирование;</w:t>
            </w:r>
          </w:p>
        </w:tc>
        <w:tc>
          <w:tcPr>
            <w:tcW w:w="3564" w:type="dxa"/>
          </w:tcPr>
          <w:p w14:paraId="25DFB887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12B6E697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0DB8F6A4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78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79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243BC161" w14:textId="77777777" w:rsidTr="001B4642">
        <w:trPr>
          <w:trHeight w:val="532"/>
        </w:trPr>
        <w:tc>
          <w:tcPr>
            <w:tcW w:w="602" w:type="dxa"/>
            <w:gridSpan w:val="2"/>
          </w:tcPr>
          <w:p w14:paraId="5E0C1AFB" w14:textId="77777777" w:rsidR="00DD53E2" w:rsidRPr="0097061E" w:rsidRDefault="00DD53E2" w:rsidP="0097061E">
            <w:pPr>
              <w:pStyle w:val="TableParagraph"/>
              <w:spacing w:before="0"/>
              <w:ind w:left="50" w:right="51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2.25.</w:t>
            </w:r>
          </w:p>
        </w:tc>
        <w:tc>
          <w:tcPr>
            <w:tcW w:w="2977" w:type="dxa"/>
          </w:tcPr>
          <w:p w14:paraId="1173F637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Измерение</w:t>
            </w:r>
            <w:r w:rsidRPr="0097061E">
              <w:rPr>
                <w:b/>
                <w:color w:val="191919" w:themeColor="background1" w:themeShade="1A"/>
                <w:spacing w:val="4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температуры</w:t>
            </w:r>
            <w:r w:rsidRPr="0097061E">
              <w:rPr>
                <w:b/>
                <w:color w:val="191919" w:themeColor="background1" w:themeShade="1A"/>
                <w:spacing w:val="39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тела</w:t>
            </w:r>
            <w:r w:rsidRPr="0097061E">
              <w:rPr>
                <w:b/>
                <w:color w:val="191919" w:themeColor="background1" w:themeShade="1A"/>
                <w:spacing w:val="3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человека,</w:t>
            </w:r>
            <w:r w:rsidRPr="0097061E">
              <w:rPr>
                <w:b/>
                <w:color w:val="191919" w:themeColor="background1" w:themeShade="1A"/>
                <w:spacing w:val="4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частоты</w:t>
            </w:r>
            <w:r w:rsidRPr="0097061E">
              <w:rPr>
                <w:b/>
                <w:color w:val="191919" w:themeColor="background1" w:themeShade="1A"/>
                <w:spacing w:val="3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пульса.</w:t>
            </w:r>
          </w:p>
        </w:tc>
        <w:tc>
          <w:tcPr>
            <w:tcW w:w="709" w:type="dxa"/>
            <w:gridSpan w:val="2"/>
          </w:tcPr>
          <w:p w14:paraId="28B94618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6C2BD57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7E69C67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50B078A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32D1718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5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работа</w:t>
            </w:r>
            <w:r w:rsidRPr="0097061E">
              <w:rPr>
                <w:color w:val="191919" w:themeColor="background1" w:themeShade="1A"/>
                <w:spacing w:val="1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1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«Измерение</w:t>
            </w:r>
            <w:r w:rsidRPr="0097061E">
              <w:rPr>
                <w:color w:val="191919" w:themeColor="background1" w:themeShade="1A"/>
                <w:spacing w:val="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температуры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тела</w:t>
            </w:r>
            <w:r w:rsidRPr="0097061E">
              <w:rPr>
                <w:color w:val="191919" w:themeColor="background1" w:themeShade="1A"/>
                <w:spacing w:val="-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частоты</w:t>
            </w:r>
            <w:r w:rsidRPr="0097061E">
              <w:rPr>
                <w:color w:val="191919" w:themeColor="background1" w:themeShade="1A"/>
                <w:spacing w:val="3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пульса»;</w:t>
            </w:r>
          </w:p>
        </w:tc>
        <w:tc>
          <w:tcPr>
            <w:tcW w:w="1134" w:type="dxa"/>
          </w:tcPr>
          <w:p w14:paraId="03DBC505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работа;</w:t>
            </w:r>
          </w:p>
        </w:tc>
        <w:tc>
          <w:tcPr>
            <w:tcW w:w="3564" w:type="dxa"/>
          </w:tcPr>
          <w:p w14:paraId="2122075E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31815D9E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4AF14047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80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81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3F105E68" w14:textId="77777777" w:rsidTr="001B4642">
        <w:trPr>
          <w:trHeight w:val="335"/>
        </w:trPr>
        <w:tc>
          <w:tcPr>
            <w:tcW w:w="3579" w:type="dxa"/>
            <w:gridSpan w:val="3"/>
          </w:tcPr>
          <w:p w14:paraId="23767B0F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Итого</w:t>
            </w:r>
            <w:r w:rsidRPr="0097061E">
              <w:rPr>
                <w:color w:val="191919" w:themeColor="background1" w:themeShade="1A"/>
                <w:spacing w:val="2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2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разделу</w:t>
            </w:r>
          </w:p>
        </w:tc>
        <w:tc>
          <w:tcPr>
            <w:tcW w:w="709" w:type="dxa"/>
            <w:gridSpan w:val="2"/>
          </w:tcPr>
          <w:p w14:paraId="135BB99B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35</w:t>
            </w:r>
          </w:p>
        </w:tc>
        <w:tc>
          <w:tcPr>
            <w:tcW w:w="11218" w:type="dxa"/>
            <w:gridSpan w:val="6"/>
          </w:tcPr>
          <w:p w14:paraId="40EC29E7" w14:textId="77777777" w:rsidR="00DD53E2" w:rsidRPr="0097061E" w:rsidRDefault="00DD53E2" w:rsidP="0097061E">
            <w:pPr>
              <w:pStyle w:val="TableParagraph"/>
              <w:spacing w:before="0"/>
              <w:ind w:left="0"/>
              <w:rPr>
                <w:color w:val="191919" w:themeColor="background1" w:themeShade="1A"/>
                <w:sz w:val="24"/>
                <w:szCs w:val="24"/>
              </w:rPr>
            </w:pPr>
          </w:p>
        </w:tc>
      </w:tr>
      <w:tr w:rsidR="00DD53E2" w:rsidRPr="0097061E" w14:paraId="66F3B4C9" w14:textId="77777777" w:rsidTr="001B4642">
        <w:trPr>
          <w:trHeight w:val="340"/>
        </w:trPr>
        <w:tc>
          <w:tcPr>
            <w:tcW w:w="15506" w:type="dxa"/>
            <w:gridSpan w:val="11"/>
          </w:tcPr>
          <w:p w14:paraId="72028D4D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Раздел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 xml:space="preserve">3.  </w:t>
            </w:r>
            <w:proofErr w:type="gramStart"/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Правила  безопасной</w:t>
            </w:r>
            <w:proofErr w:type="gramEnd"/>
            <w:r w:rsidRPr="0097061E">
              <w:rPr>
                <w:b/>
                <w:color w:val="191919" w:themeColor="background1" w:themeShade="1A"/>
                <w:spacing w:val="3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жизни.</w:t>
            </w:r>
          </w:p>
        </w:tc>
      </w:tr>
      <w:tr w:rsidR="00DD53E2" w:rsidRPr="0097061E" w14:paraId="1AF07823" w14:textId="77777777" w:rsidTr="001B4642">
        <w:trPr>
          <w:trHeight w:val="527"/>
        </w:trPr>
        <w:tc>
          <w:tcPr>
            <w:tcW w:w="471" w:type="dxa"/>
          </w:tcPr>
          <w:p w14:paraId="2E6B7FED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3.1.</w:t>
            </w:r>
          </w:p>
        </w:tc>
        <w:tc>
          <w:tcPr>
            <w:tcW w:w="3108" w:type="dxa"/>
            <w:gridSpan w:val="2"/>
          </w:tcPr>
          <w:p w14:paraId="6D177911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Здоровый</w:t>
            </w:r>
            <w:r w:rsidRPr="0097061E">
              <w:rPr>
                <w:b/>
                <w:color w:val="191919" w:themeColor="background1" w:themeShade="1A"/>
                <w:spacing w:val="1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образ</w:t>
            </w:r>
            <w:r w:rsidRPr="0097061E">
              <w:rPr>
                <w:b/>
                <w:color w:val="191919" w:themeColor="background1" w:themeShade="1A"/>
                <w:spacing w:val="10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жизни;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забота</w:t>
            </w:r>
            <w:r w:rsidRPr="0097061E">
              <w:rPr>
                <w:b/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о</w:t>
            </w:r>
            <w:r w:rsidRPr="0097061E">
              <w:rPr>
                <w:b/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здоровье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безопасности</w:t>
            </w:r>
            <w:r w:rsidRPr="0097061E">
              <w:rPr>
                <w:b/>
                <w:color w:val="191919" w:themeColor="background1" w:themeShade="1A"/>
                <w:spacing w:val="-3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окружающих</w:t>
            </w:r>
            <w:r w:rsidRPr="0097061E">
              <w:rPr>
                <w:b/>
                <w:color w:val="191919" w:themeColor="background1" w:themeShade="1A"/>
                <w:spacing w:val="4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людей.</w:t>
            </w:r>
          </w:p>
        </w:tc>
        <w:tc>
          <w:tcPr>
            <w:tcW w:w="567" w:type="dxa"/>
          </w:tcPr>
          <w:p w14:paraId="388C7670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7FA88ADD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FE43ADD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1B336C7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49724C" w14:textId="77777777" w:rsidR="00DD53E2" w:rsidRPr="0097061E" w:rsidRDefault="00DD53E2" w:rsidP="0097061E">
            <w:pPr>
              <w:pStyle w:val="TableParagraph"/>
              <w:spacing w:before="0"/>
              <w:ind w:left="406" w:right="325" w:hanging="164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Обсуждение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результатов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проектной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деятельности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теме«</w:t>
            </w:r>
            <w:proofErr w:type="gramEnd"/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Что</w:t>
            </w:r>
            <w:proofErr w:type="spellEnd"/>
            <w:r w:rsidRPr="0097061E">
              <w:rPr>
                <w:color w:val="191919" w:themeColor="background1" w:themeShade="1A"/>
                <w:spacing w:val="2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такое</w:t>
            </w:r>
            <w:r w:rsidRPr="0097061E">
              <w:rPr>
                <w:color w:val="191919" w:themeColor="background1" w:themeShade="1A"/>
                <w:spacing w:val="2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здоровый</w:t>
            </w:r>
            <w:r w:rsidRPr="0097061E">
              <w:rPr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образ</w:t>
            </w:r>
            <w:r w:rsidRPr="0097061E">
              <w:rPr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жизни</w:t>
            </w:r>
            <w:r w:rsidRPr="0097061E">
              <w:rPr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как</w:t>
            </w:r>
            <w:r w:rsidRPr="0097061E">
              <w:rPr>
                <w:color w:val="191919" w:themeColor="background1" w:themeShade="1A"/>
                <w:spacing w:val="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его</w:t>
            </w:r>
          </w:p>
        </w:tc>
        <w:tc>
          <w:tcPr>
            <w:tcW w:w="1134" w:type="dxa"/>
          </w:tcPr>
          <w:p w14:paraId="33B286C8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62E970D6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309AABD8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38BF38BD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82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83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lastRenderedPageBreak/>
              <w:t xml:space="preserve">collection.edu.ru  </w:t>
            </w:r>
          </w:p>
        </w:tc>
      </w:tr>
      <w:tr w:rsidR="00DD53E2" w:rsidRPr="0097061E" w14:paraId="27EC6635" w14:textId="77777777" w:rsidTr="001B4642">
        <w:trPr>
          <w:trHeight w:val="725"/>
        </w:trPr>
        <w:tc>
          <w:tcPr>
            <w:tcW w:w="471" w:type="dxa"/>
          </w:tcPr>
          <w:p w14:paraId="163DA983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108" w:type="dxa"/>
            <w:gridSpan w:val="2"/>
          </w:tcPr>
          <w:p w14:paraId="569CD56A" w14:textId="77777777" w:rsidR="00DD53E2" w:rsidRPr="0097061E" w:rsidRDefault="00DD53E2" w:rsidP="0097061E">
            <w:pPr>
              <w:pStyle w:val="TableParagraph"/>
              <w:spacing w:before="0"/>
              <w:ind w:left="76" w:right="142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Безопасность</w:t>
            </w:r>
            <w:r w:rsidRPr="0097061E">
              <w:rPr>
                <w:b/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во</w:t>
            </w:r>
            <w:r w:rsidRPr="0097061E">
              <w:rPr>
                <w:b/>
                <w:color w:val="191919" w:themeColor="background1" w:themeShade="1A"/>
                <w:spacing w:val="9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дворе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жилого</w:t>
            </w:r>
            <w:r w:rsidRPr="0097061E">
              <w:rPr>
                <w:b/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дома</w:t>
            </w:r>
            <w:r w:rsidRPr="0097061E">
              <w:rPr>
                <w:b/>
                <w:color w:val="191919" w:themeColor="background1" w:themeShade="1A"/>
                <w:spacing w:val="9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(внимание</w:t>
            </w:r>
            <w:r w:rsidRPr="0097061E">
              <w:rPr>
                <w:b/>
                <w:color w:val="191919" w:themeColor="background1" w:themeShade="1A"/>
                <w:spacing w:val="7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к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зонам</w:t>
            </w:r>
            <w:r w:rsidRPr="0097061E">
              <w:rPr>
                <w:b/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электрических,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газовых,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тепловых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подстанций и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других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опасных</w:t>
            </w:r>
            <w:r w:rsidRPr="0097061E">
              <w:rPr>
                <w:b/>
                <w:color w:val="191919" w:themeColor="background1" w:themeShade="1A"/>
                <w:spacing w:val="2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объектов;</w:t>
            </w:r>
            <w:r w:rsidRPr="0097061E">
              <w:rPr>
                <w:b/>
                <w:color w:val="191919" w:themeColor="background1" w:themeShade="1A"/>
                <w:spacing w:val="20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предупреждающие</w:t>
            </w:r>
            <w:r w:rsidRPr="0097061E">
              <w:rPr>
                <w:b/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знаки</w:t>
            </w:r>
            <w:r w:rsidRPr="0097061E">
              <w:rPr>
                <w:b/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безопасности).</w:t>
            </w:r>
          </w:p>
        </w:tc>
        <w:tc>
          <w:tcPr>
            <w:tcW w:w="567" w:type="dxa"/>
          </w:tcPr>
          <w:p w14:paraId="59B420A4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6E552B50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46B7FF1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B181F56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776F777" w14:textId="77777777" w:rsidR="00DD53E2" w:rsidRPr="0097061E" w:rsidRDefault="00DD53E2" w:rsidP="0097061E">
            <w:pPr>
              <w:pStyle w:val="TableParagraph"/>
              <w:spacing w:before="0"/>
              <w:ind w:left="12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Анализ</w:t>
            </w:r>
            <w:r w:rsidRPr="0097061E">
              <w:rPr>
                <w:color w:val="191919" w:themeColor="background1" w:themeShade="1A"/>
                <w:spacing w:val="33"/>
                <w:sz w:val="24"/>
                <w:szCs w:val="24"/>
              </w:rPr>
              <w:t xml:space="preserve"> </w:t>
            </w:r>
            <w:proofErr w:type="gramStart"/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ситуаций  по</w:t>
            </w:r>
            <w:proofErr w:type="gramEnd"/>
            <w:r w:rsidRPr="0097061E">
              <w:rPr>
                <w:color w:val="191919" w:themeColor="background1" w:themeShade="1A"/>
                <w:spacing w:val="2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«Что</w:t>
            </w:r>
            <w:r w:rsidRPr="0097061E">
              <w:rPr>
                <w:color w:val="191919" w:themeColor="background1" w:themeShade="1A"/>
                <w:spacing w:val="2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может  произойти,</w:t>
            </w:r>
            <w:r w:rsidRPr="0097061E">
              <w:rPr>
                <w:color w:val="191919" w:themeColor="background1" w:themeShade="1A"/>
                <w:spacing w:val="26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если…»;</w:t>
            </w:r>
          </w:p>
        </w:tc>
        <w:tc>
          <w:tcPr>
            <w:tcW w:w="1134" w:type="dxa"/>
          </w:tcPr>
          <w:p w14:paraId="1A00662D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1C5C8CF0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25979CB2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44631368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84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85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4F924B9C" w14:textId="77777777" w:rsidTr="001B4642">
        <w:trPr>
          <w:trHeight w:val="719"/>
        </w:trPr>
        <w:tc>
          <w:tcPr>
            <w:tcW w:w="471" w:type="dxa"/>
          </w:tcPr>
          <w:p w14:paraId="3319C889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3.3.</w:t>
            </w:r>
          </w:p>
        </w:tc>
        <w:tc>
          <w:tcPr>
            <w:tcW w:w="3108" w:type="dxa"/>
            <w:gridSpan w:val="2"/>
          </w:tcPr>
          <w:p w14:paraId="7F2EFBF8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Транспортная</w:t>
            </w:r>
            <w:r w:rsidRPr="0097061E">
              <w:rPr>
                <w:b/>
                <w:color w:val="191919" w:themeColor="background1" w:themeShade="1A"/>
                <w:spacing w:val="8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безопасность</w:t>
            </w:r>
            <w:r w:rsidRPr="0097061E">
              <w:rPr>
                <w:b/>
                <w:color w:val="191919" w:themeColor="background1" w:themeShade="1A"/>
                <w:spacing w:val="6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пассажира</w:t>
            </w:r>
            <w:r w:rsidRPr="0097061E">
              <w:rPr>
                <w:b/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разных</w:t>
            </w:r>
            <w:r w:rsidRPr="0097061E">
              <w:rPr>
                <w:b/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видов</w:t>
            </w:r>
            <w:r w:rsidRPr="0097061E">
              <w:rPr>
                <w:b/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транспорта,</w:t>
            </w:r>
            <w:r w:rsidRPr="0097061E">
              <w:rPr>
                <w:b/>
                <w:color w:val="191919" w:themeColor="background1" w:themeShade="1A"/>
                <w:spacing w:val="3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правила</w:t>
            </w:r>
            <w:r w:rsidRPr="0097061E">
              <w:rPr>
                <w:b/>
                <w:color w:val="191919" w:themeColor="background1" w:themeShade="1A"/>
                <w:spacing w:val="9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поведения</w:t>
            </w:r>
            <w:r w:rsidRPr="0097061E">
              <w:rPr>
                <w:b/>
                <w:color w:val="191919" w:themeColor="background1" w:themeShade="1A"/>
                <w:spacing w:val="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на</w:t>
            </w:r>
            <w:r w:rsidRPr="0097061E">
              <w:rPr>
                <w:b/>
                <w:color w:val="191919" w:themeColor="background1" w:themeShade="1A"/>
                <w:spacing w:val="35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вокзалах,</w:t>
            </w:r>
            <w:r w:rsidRPr="0097061E">
              <w:rPr>
                <w:b/>
                <w:color w:val="191919" w:themeColor="background1" w:themeShade="1A"/>
                <w:spacing w:val="5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34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аэропортах,</w:t>
            </w:r>
            <w:r w:rsidRPr="0097061E">
              <w:rPr>
                <w:b/>
                <w:color w:val="191919" w:themeColor="background1" w:themeShade="1A"/>
                <w:spacing w:val="5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на</w:t>
            </w:r>
            <w:r w:rsidRPr="0097061E">
              <w:rPr>
                <w:b/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борту</w:t>
            </w:r>
            <w:r w:rsidRPr="0097061E">
              <w:rPr>
                <w:b/>
                <w:color w:val="191919" w:themeColor="background1" w:themeShade="1A"/>
                <w:spacing w:val="-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самолёта,</w:t>
            </w:r>
            <w:r w:rsidRPr="0097061E">
              <w:rPr>
                <w:b/>
                <w:color w:val="191919" w:themeColor="background1" w:themeShade="1A"/>
                <w:spacing w:val="3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судна.</w:t>
            </w:r>
          </w:p>
        </w:tc>
        <w:tc>
          <w:tcPr>
            <w:tcW w:w="567" w:type="dxa"/>
          </w:tcPr>
          <w:p w14:paraId="48854EE1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3D2FFC42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4ED46BE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DBFCDE6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24AD987" w14:textId="77777777" w:rsidR="00DD53E2" w:rsidRPr="0097061E" w:rsidRDefault="00DD53E2" w:rsidP="0097061E">
            <w:pPr>
              <w:pStyle w:val="TableParagraph"/>
              <w:spacing w:before="0"/>
              <w:ind w:left="79" w:right="10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Рассказ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учителя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3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«Правила</w:t>
            </w:r>
            <w:r w:rsidRPr="0097061E">
              <w:rPr>
                <w:color w:val="191919" w:themeColor="background1" w:themeShade="1A"/>
                <w:spacing w:val="3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поведения</w:t>
            </w:r>
            <w:r w:rsidRPr="0097061E">
              <w:rPr>
                <w:color w:val="191919" w:themeColor="background1" w:themeShade="1A"/>
                <w:spacing w:val="3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32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транспорте,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на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вокзалах,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аэропортах,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на</w:t>
            </w:r>
            <w:r w:rsidRPr="0097061E">
              <w:rPr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борту</w:t>
            </w:r>
            <w:r w:rsidRPr="0097061E">
              <w:rPr>
                <w:color w:val="191919" w:themeColor="background1" w:themeShade="1A"/>
                <w:spacing w:val="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самолета,</w:t>
            </w:r>
            <w:r w:rsidRPr="0097061E">
              <w:rPr>
                <w:color w:val="191919" w:themeColor="background1" w:themeShade="1A"/>
                <w:spacing w:val="9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5"/>
                <w:sz w:val="24"/>
                <w:szCs w:val="24"/>
              </w:rPr>
              <w:t>судна»;</w:t>
            </w:r>
          </w:p>
        </w:tc>
        <w:tc>
          <w:tcPr>
            <w:tcW w:w="1134" w:type="dxa"/>
          </w:tcPr>
          <w:p w14:paraId="1C87FC3E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27E49517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07386089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18DC1EB2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86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87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174B8BE7" w14:textId="77777777" w:rsidTr="001B4642">
        <w:trPr>
          <w:trHeight w:val="724"/>
        </w:trPr>
        <w:tc>
          <w:tcPr>
            <w:tcW w:w="471" w:type="dxa"/>
          </w:tcPr>
          <w:p w14:paraId="3A6B7B4F" w14:textId="77777777" w:rsidR="00DD53E2" w:rsidRPr="0097061E" w:rsidRDefault="00DD53E2" w:rsidP="0097061E">
            <w:pPr>
              <w:pStyle w:val="TableParagraph"/>
              <w:spacing w:before="0"/>
              <w:ind w:left="50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3.4.</w:t>
            </w:r>
          </w:p>
        </w:tc>
        <w:tc>
          <w:tcPr>
            <w:tcW w:w="3108" w:type="dxa"/>
            <w:gridSpan w:val="2"/>
          </w:tcPr>
          <w:p w14:paraId="48666528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Безопасность</w:t>
            </w:r>
            <w:r w:rsidRPr="0097061E">
              <w:rPr>
                <w:b/>
                <w:color w:val="191919" w:themeColor="background1" w:themeShade="1A"/>
                <w:spacing w:val="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9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Интернете</w:t>
            </w:r>
            <w:r w:rsidRPr="0097061E">
              <w:rPr>
                <w:b/>
                <w:color w:val="191919" w:themeColor="background1" w:themeShade="1A"/>
                <w:spacing w:val="4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(ориентировка</w:t>
            </w:r>
            <w:r w:rsidRPr="0097061E">
              <w:rPr>
                <w:b/>
                <w:color w:val="191919" w:themeColor="background1" w:themeShade="1A"/>
                <w:spacing w:val="5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3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5"/>
                <w:sz w:val="24"/>
                <w:szCs w:val="24"/>
              </w:rPr>
              <w:t>признаках</w:t>
            </w:r>
            <w:r w:rsidRPr="0097061E">
              <w:rPr>
                <w:b/>
                <w:color w:val="191919" w:themeColor="background1" w:themeShade="1A"/>
                <w:spacing w:val="1"/>
                <w:w w:val="9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мошенничества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сети;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защита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персональной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информации)</w:t>
            </w:r>
            <w:r w:rsidRPr="0097061E">
              <w:rPr>
                <w:b/>
                <w:color w:val="191919" w:themeColor="background1" w:themeShade="1A"/>
                <w:spacing w:val="1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90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условиях</w:t>
            </w:r>
            <w:r w:rsidRPr="0097061E">
              <w:rPr>
                <w:b/>
                <w:color w:val="191919" w:themeColor="background1" w:themeShade="1A"/>
                <w:spacing w:val="-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контролируемого</w:t>
            </w:r>
            <w:r w:rsidRPr="0097061E">
              <w:rPr>
                <w:b/>
                <w:color w:val="191919" w:themeColor="background1" w:themeShade="1A"/>
                <w:spacing w:val="-4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доступа в</w:t>
            </w:r>
            <w:r w:rsidRPr="0097061E">
              <w:rPr>
                <w:b/>
                <w:color w:val="191919" w:themeColor="background1" w:themeShade="1A"/>
                <w:spacing w:val="-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Интернет.</w:t>
            </w:r>
          </w:p>
        </w:tc>
        <w:tc>
          <w:tcPr>
            <w:tcW w:w="567" w:type="dxa"/>
          </w:tcPr>
          <w:p w14:paraId="1B43991C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0B557807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8EA6880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3B7ED0A" w14:textId="77777777" w:rsidR="00DD53E2" w:rsidRPr="0097061E" w:rsidRDefault="00DD53E2" w:rsidP="0097061E">
            <w:pPr>
              <w:pStyle w:val="TableParagraph"/>
              <w:spacing w:before="0"/>
              <w:ind w:left="43" w:right="50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0D59BF" w14:textId="77777777" w:rsidR="00DD53E2" w:rsidRPr="0097061E" w:rsidRDefault="00DD53E2" w:rsidP="0097061E">
            <w:pPr>
              <w:pStyle w:val="TableParagraph"/>
              <w:spacing w:before="0"/>
              <w:ind w:left="79" w:right="325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Учебный</w:t>
            </w:r>
            <w:r w:rsidRPr="0097061E">
              <w:rPr>
                <w:color w:val="191919" w:themeColor="background1" w:themeShade="1A"/>
                <w:spacing w:val="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диалог</w:t>
            </w:r>
            <w:r w:rsidRPr="0097061E">
              <w:rPr>
                <w:color w:val="191919" w:themeColor="background1" w:themeShade="1A"/>
                <w:spacing w:val="3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3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«Как</w:t>
            </w:r>
            <w:r w:rsidRPr="0097061E">
              <w:rPr>
                <w:color w:val="191919" w:themeColor="background1" w:themeShade="1A"/>
                <w:spacing w:val="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обеспечить</w:t>
            </w:r>
            <w:r w:rsidRPr="0097061E">
              <w:rPr>
                <w:color w:val="191919" w:themeColor="background1" w:themeShade="1A"/>
                <w:spacing w:val="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безопасность</w:t>
            </w:r>
            <w:r w:rsidRPr="0097061E">
              <w:rPr>
                <w:color w:val="191919" w:themeColor="background1" w:themeShade="1A"/>
                <w:spacing w:val="-33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при</w:t>
            </w:r>
            <w:r w:rsidRPr="0097061E">
              <w:rPr>
                <w:color w:val="191919" w:themeColor="background1" w:themeShade="1A"/>
                <w:spacing w:val="-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работе</w:t>
            </w:r>
            <w:r w:rsidRPr="0097061E">
              <w:rPr>
                <w:color w:val="191919" w:themeColor="background1" w:themeShade="1A"/>
                <w:spacing w:val="3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z w:val="24"/>
                <w:szCs w:val="24"/>
              </w:rPr>
              <w:t>в Интернете»;</w:t>
            </w:r>
          </w:p>
        </w:tc>
        <w:tc>
          <w:tcPr>
            <w:tcW w:w="1134" w:type="dxa"/>
          </w:tcPr>
          <w:p w14:paraId="1538C84F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27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опрос;</w:t>
            </w:r>
          </w:p>
        </w:tc>
        <w:tc>
          <w:tcPr>
            <w:tcW w:w="3564" w:type="dxa"/>
          </w:tcPr>
          <w:p w14:paraId="3E6942F6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673A9D0C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3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4EA7D2B7" w14:textId="77777777" w:rsidR="00DD53E2" w:rsidRPr="0097061E" w:rsidRDefault="001B464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  <w:lang w:val="en-US"/>
              </w:rPr>
            </w:pPr>
            <w:hyperlink r:id="rId88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  <w:lang w:val="en-US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  <w:lang w:val="en-US"/>
              </w:rPr>
              <w:t xml:space="preserve">   </w:t>
            </w:r>
            <w:hyperlink r:id="rId89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sz w:val="24"/>
                  <w:szCs w:val="24"/>
                  <w:lang w:val="en-US"/>
                </w:rPr>
                <w:t>http://school-</w:t>
              </w:r>
            </w:hyperlink>
            <w:r w:rsidR="00DD53E2" w:rsidRPr="0097061E">
              <w:rPr>
                <w:color w:val="191919" w:themeColor="background1" w:themeShade="1A"/>
                <w:spacing w:val="1"/>
                <w:sz w:val="24"/>
                <w:szCs w:val="24"/>
                <w:lang w:val="en-US"/>
              </w:rPr>
              <w:t xml:space="preserve"> </w:t>
            </w:r>
            <w:r w:rsidR="00DD53E2" w:rsidRPr="0097061E">
              <w:rPr>
                <w:color w:val="191919" w:themeColor="background1" w:themeShade="1A"/>
                <w:w w:val="90"/>
                <w:sz w:val="24"/>
                <w:szCs w:val="24"/>
                <w:lang w:val="en-US"/>
              </w:rPr>
              <w:t xml:space="preserve">collection.edu.ru  </w:t>
            </w:r>
          </w:p>
        </w:tc>
      </w:tr>
      <w:tr w:rsidR="00DD53E2" w:rsidRPr="0097061E" w14:paraId="68447CDF" w14:textId="77777777" w:rsidTr="001B4642">
        <w:trPr>
          <w:trHeight w:val="340"/>
        </w:trPr>
        <w:tc>
          <w:tcPr>
            <w:tcW w:w="3579" w:type="dxa"/>
            <w:gridSpan w:val="3"/>
          </w:tcPr>
          <w:p w14:paraId="4842D317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Итого</w:t>
            </w:r>
            <w:r w:rsidRPr="0097061E">
              <w:rPr>
                <w:color w:val="191919" w:themeColor="background1" w:themeShade="1A"/>
                <w:spacing w:val="2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22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разделу</w:t>
            </w:r>
          </w:p>
        </w:tc>
        <w:tc>
          <w:tcPr>
            <w:tcW w:w="567" w:type="dxa"/>
          </w:tcPr>
          <w:p w14:paraId="46A8FFB5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7</w:t>
            </w:r>
          </w:p>
        </w:tc>
        <w:tc>
          <w:tcPr>
            <w:tcW w:w="11360" w:type="dxa"/>
            <w:gridSpan w:val="7"/>
          </w:tcPr>
          <w:p w14:paraId="5C66A13D" w14:textId="77777777" w:rsidR="00DD53E2" w:rsidRPr="0097061E" w:rsidRDefault="00DD53E2" w:rsidP="0097061E">
            <w:pPr>
              <w:pStyle w:val="TableParagraph"/>
              <w:spacing w:before="0"/>
              <w:ind w:left="0"/>
              <w:rPr>
                <w:color w:val="191919" w:themeColor="background1" w:themeShade="1A"/>
                <w:sz w:val="24"/>
                <w:szCs w:val="24"/>
              </w:rPr>
            </w:pPr>
          </w:p>
        </w:tc>
      </w:tr>
      <w:tr w:rsidR="00DD53E2" w:rsidRPr="0097061E" w14:paraId="536EC1EC" w14:textId="77777777" w:rsidTr="001B4642">
        <w:trPr>
          <w:trHeight w:val="335"/>
        </w:trPr>
        <w:tc>
          <w:tcPr>
            <w:tcW w:w="3579" w:type="dxa"/>
            <w:gridSpan w:val="3"/>
          </w:tcPr>
          <w:p w14:paraId="26775D71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Резервное</w:t>
            </w:r>
            <w:r w:rsidRPr="0097061E">
              <w:rPr>
                <w:color w:val="191919" w:themeColor="background1" w:themeShade="1A"/>
                <w:spacing w:val="28"/>
                <w:w w:val="90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время</w:t>
            </w:r>
          </w:p>
        </w:tc>
        <w:tc>
          <w:tcPr>
            <w:tcW w:w="567" w:type="dxa"/>
          </w:tcPr>
          <w:p w14:paraId="4C487724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6</w:t>
            </w:r>
          </w:p>
        </w:tc>
        <w:tc>
          <w:tcPr>
            <w:tcW w:w="11360" w:type="dxa"/>
            <w:gridSpan w:val="7"/>
          </w:tcPr>
          <w:p w14:paraId="130F77AC" w14:textId="77777777" w:rsidR="00DD53E2" w:rsidRPr="0097061E" w:rsidRDefault="00DD53E2" w:rsidP="0097061E">
            <w:pPr>
              <w:pStyle w:val="TableParagraph"/>
              <w:spacing w:before="0"/>
              <w:ind w:left="0"/>
              <w:rPr>
                <w:color w:val="191919" w:themeColor="background1" w:themeShade="1A"/>
                <w:sz w:val="24"/>
                <w:szCs w:val="24"/>
              </w:rPr>
            </w:pPr>
          </w:p>
        </w:tc>
      </w:tr>
      <w:tr w:rsidR="00DD53E2" w:rsidRPr="0097061E" w14:paraId="7D7E6F10" w14:textId="77777777" w:rsidTr="001B4642">
        <w:trPr>
          <w:trHeight w:val="321"/>
        </w:trPr>
        <w:tc>
          <w:tcPr>
            <w:tcW w:w="3579" w:type="dxa"/>
            <w:gridSpan w:val="3"/>
          </w:tcPr>
          <w:p w14:paraId="5B125CAA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ОБЩЕЕ</w:t>
            </w:r>
            <w:r w:rsidRPr="0097061E">
              <w:rPr>
                <w:color w:val="191919" w:themeColor="background1" w:themeShade="1A"/>
                <w:spacing w:val="41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КОЛИЧЕСТВО</w:t>
            </w:r>
            <w:r w:rsidRPr="0097061E">
              <w:rPr>
                <w:color w:val="191919" w:themeColor="background1" w:themeShade="1A"/>
                <w:spacing w:val="47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ЧАСОВ</w:t>
            </w:r>
            <w:r w:rsidRPr="0097061E">
              <w:rPr>
                <w:color w:val="191919" w:themeColor="background1" w:themeShade="1A"/>
                <w:spacing w:val="36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37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90"/>
                <w:sz w:val="24"/>
                <w:szCs w:val="24"/>
              </w:rPr>
              <w:t>ПРОГРАММЕ</w:t>
            </w:r>
          </w:p>
        </w:tc>
        <w:tc>
          <w:tcPr>
            <w:tcW w:w="567" w:type="dxa"/>
          </w:tcPr>
          <w:p w14:paraId="6A79CF1B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z w:val="24"/>
                <w:szCs w:val="24"/>
              </w:rPr>
              <w:t>68</w:t>
            </w:r>
          </w:p>
        </w:tc>
        <w:tc>
          <w:tcPr>
            <w:tcW w:w="850" w:type="dxa"/>
            <w:gridSpan w:val="2"/>
          </w:tcPr>
          <w:p w14:paraId="5E0B277B" w14:textId="77777777" w:rsidR="00DD53E2" w:rsidRPr="0097061E" w:rsidRDefault="00DD53E2" w:rsidP="0097061E">
            <w:pPr>
              <w:pStyle w:val="TableParagraph"/>
              <w:spacing w:before="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6CF6905E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91"/>
                <w:sz w:val="24"/>
                <w:szCs w:val="24"/>
              </w:rPr>
              <w:t>7</w:t>
            </w:r>
          </w:p>
        </w:tc>
        <w:tc>
          <w:tcPr>
            <w:tcW w:w="9517" w:type="dxa"/>
            <w:gridSpan w:val="4"/>
          </w:tcPr>
          <w:p w14:paraId="4A0D5B90" w14:textId="77777777" w:rsidR="00DD53E2" w:rsidRPr="0097061E" w:rsidRDefault="00DD53E2" w:rsidP="0097061E">
            <w:pPr>
              <w:pStyle w:val="TableParagraph"/>
              <w:spacing w:before="0"/>
              <w:ind w:left="0"/>
              <w:rPr>
                <w:color w:val="191919" w:themeColor="background1" w:themeShade="1A"/>
                <w:sz w:val="24"/>
                <w:szCs w:val="24"/>
              </w:rPr>
            </w:pPr>
          </w:p>
        </w:tc>
      </w:tr>
    </w:tbl>
    <w:p w14:paraId="7677AB26" w14:textId="77777777" w:rsidR="00DD53E2" w:rsidRPr="0097061E" w:rsidRDefault="00DD53E2" w:rsidP="0097061E">
      <w:pPr>
        <w:spacing w:after="0" w:line="240" w:lineRule="auto"/>
        <w:ind w:left="106"/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</w:rPr>
      </w:pPr>
    </w:p>
    <w:p w14:paraId="44241EBD" w14:textId="43C60F03" w:rsidR="00DD53E2" w:rsidRPr="0097061E" w:rsidRDefault="00DD53E2" w:rsidP="0097061E">
      <w:pPr>
        <w:spacing w:after="0" w:line="240" w:lineRule="auto"/>
        <w:ind w:left="106"/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</w:rPr>
      </w:pPr>
      <w:r w:rsidRPr="0097061E">
        <w:rPr>
          <w:rFonts w:ascii="Times New Roman" w:hAnsi="Times New Roman" w:cs="Times New Roman"/>
          <w:noProof/>
          <w:color w:val="191919" w:themeColor="background1" w:themeShade="1A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899760" wp14:editId="2E81432C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3810" t="0" r="3810" b="0"/>
                <wp:wrapTopAndBottom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9E454" id="Rectangle 6" o:spid="_x0000_s1026" style="position:absolute;margin-left:33.3pt;margin-top:17.65pt;width:775.6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97061E"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</w:rPr>
        <w:t>ТЕМАТИЧЕСКОЕ</w:t>
      </w:r>
      <w:r w:rsidRPr="0097061E">
        <w:rPr>
          <w:rFonts w:ascii="Times New Roman" w:hAnsi="Times New Roman" w:cs="Times New Roman"/>
          <w:b/>
          <w:color w:val="191919" w:themeColor="background1" w:themeShade="1A"/>
          <w:spacing w:val="9"/>
          <w:sz w:val="24"/>
          <w:szCs w:val="24"/>
        </w:rPr>
        <w:t xml:space="preserve"> </w:t>
      </w:r>
      <w:r w:rsidRPr="0097061E"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</w:rPr>
        <w:t>ПЛАНИРОВАНИЕ 4 КЛАСС</w:t>
      </w:r>
    </w:p>
    <w:p w14:paraId="38BC1D37" w14:textId="77777777" w:rsidR="00DD53E2" w:rsidRPr="0097061E" w:rsidRDefault="00DD53E2" w:rsidP="0097061E">
      <w:pPr>
        <w:pStyle w:val="af0"/>
        <w:spacing w:after="0" w:line="240" w:lineRule="auto"/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977"/>
        <w:gridCol w:w="567"/>
        <w:gridCol w:w="850"/>
        <w:gridCol w:w="993"/>
        <w:gridCol w:w="1275"/>
        <w:gridCol w:w="15"/>
        <w:gridCol w:w="3529"/>
        <w:gridCol w:w="1134"/>
        <w:gridCol w:w="3544"/>
        <w:gridCol w:w="16"/>
        <w:gridCol w:w="30"/>
      </w:tblGrid>
      <w:tr w:rsidR="00DD53E2" w:rsidRPr="0097061E" w14:paraId="5CEB646B" w14:textId="77777777" w:rsidTr="001B4642">
        <w:trPr>
          <w:trHeight w:val="333"/>
        </w:trPr>
        <w:tc>
          <w:tcPr>
            <w:tcW w:w="596" w:type="dxa"/>
            <w:vMerge w:val="restart"/>
          </w:tcPr>
          <w:p w14:paraId="23B997AE" w14:textId="77777777" w:rsidR="00DD53E2" w:rsidRPr="0097061E" w:rsidRDefault="00DD53E2" w:rsidP="0097061E">
            <w:pPr>
              <w:pStyle w:val="TableParagraph"/>
              <w:spacing w:before="0"/>
              <w:ind w:left="76" w:right="134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№</w:t>
            </w:r>
            <w:r w:rsidRPr="0097061E">
              <w:rPr>
                <w:b/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</w:tcPr>
          <w:p w14:paraId="21FCB9BE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Наименование</w:t>
            </w:r>
            <w:r w:rsidRPr="0097061E">
              <w:rPr>
                <w:b/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разделов</w:t>
            </w:r>
            <w:r w:rsidRPr="0097061E">
              <w:rPr>
                <w:b/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тем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410" w:type="dxa"/>
            <w:gridSpan w:val="3"/>
          </w:tcPr>
          <w:p w14:paraId="776E6518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Количество</w:t>
            </w:r>
            <w:r w:rsidRPr="0097061E">
              <w:rPr>
                <w:b/>
                <w:color w:val="191919" w:themeColor="background1" w:themeShade="1A"/>
                <w:spacing w:val="-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1290" w:type="dxa"/>
            <w:gridSpan w:val="2"/>
            <w:vMerge w:val="restart"/>
          </w:tcPr>
          <w:p w14:paraId="612936F6" w14:textId="77777777" w:rsidR="00DD53E2" w:rsidRPr="0097061E" w:rsidRDefault="00DD53E2" w:rsidP="0097061E">
            <w:pPr>
              <w:pStyle w:val="TableParagraph"/>
              <w:spacing w:before="0"/>
              <w:ind w:left="79" w:right="99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Дата</w:t>
            </w:r>
            <w:r w:rsidRPr="0097061E">
              <w:rPr>
                <w:b/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изучения</w:t>
            </w:r>
          </w:p>
        </w:tc>
        <w:tc>
          <w:tcPr>
            <w:tcW w:w="3529" w:type="dxa"/>
            <w:vMerge w:val="restart"/>
          </w:tcPr>
          <w:p w14:paraId="052E7548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Виды</w:t>
            </w:r>
            <w:r w:rsidRPr="0097061E">
              <w:rPr>
                <w:b/>
                <w:color w:val="191919" w:themeColor="background1" w:themeShade="1A"/>
                <w:spacing w:val="-5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1134" w:type="dxa"/>
            <w:vMerge w:val="restart"/>
          </w:tcPr>
          <w:p w14:paraId="6255EC93" w14:textId="77777777" w:rsidR="00DD53E2" w:rsidRPr="0097061E" w:rsidRDefault="00DD53E2" w:rsidP="0097061E">
            <w:pPr>
              <w:pStyle w:val="TableParagraph"/>
              <w:spacing w:before="0"/>
              <w:ind w:left="79" w:right="161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>Виды, формы</w:t>
            </w:r>
            <w:r w:rsidRPr="0097061E">
              <w:rPr>
                <w:b/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контроля</w:t>
            </w:r>
          </w:p>
        </w:tc>
        <w:tc>
          <w:tcPr>
            <w:tcW w:w="3590" w:type="dxa"/>
            <w:gridSpan w:val="3"/>
            <w:vMerge w:val="restart"/>
          </w:tcPr>
          <w:p w14:paraId="15619DB2" w14:textId="77777777" w:rsidR="00DD53E2" w:rsidRPr="0097061E" w:rsidRDefault="00DD53E2" w:rsidP="0097061E">
            <w:pPr>
              <w:pStyle w:val="TableParagraph"/>
              <w:spacing w:before="0"/>
              <w:ind w:left="80" w:right="47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Электронные</w:t>
            </w:r>
            <w:r w:rsidRPr="0097061E">
              <w:rPr>
                <w:b/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(цифровые)</w:t>
            </w:r>
            <w:r w:rsidRPr="0097061E">
              <w:rPr>
                <w:b/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образовательные</w:t>
            </w:r>
            <w:r w:rsidRPr="0097061E">
              <w:rPr>
                <w:b/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ресурсы</w:t>
            </w:r>
          </w:p>
        </w:tc>
      </w:tr>
      <w:tr w:rsidR="00DD53E2" w:rsidRPr="0097061E" w14:paraId="71BBAF36" w14:textId="77777777" w:rsidTr="001B4642">
        <w:trPr>
          <w:trHeight w:val="561"/>
        </w:trPr>
        <w:tc>
          <w:tcPr>
            <w:tcW w:w="596" w:type="dxa"/>
            <w:vMerge/>
            <w:tcBorders>
              <w:top w:val="nil"/>
            </w:tcBorders>
          </w:tcPr>
          <w:p w14:paraId="4D7843E6" w14:textId="77777777" w:rsidR="00DD53E2" w:rsidRPr="0097061E" w:rsidRDefault="00DD53E2" w:rsidP="0097061E">
            <w:pPr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9D19F08" w14:textId="77777777" w:rsidR="00DD53E2" w:rsidRPr="0097061E" w:rsidRDefault="00DD53E2" w:rsidP="0097061E">
            <w:pPr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CEAC88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b/>
                <w:color w:val="191919" w:themeColor="background1" w:themeShade="1A"/>
                <w:sz w:val="24"/>
                <w:szCs w:val="24"/>
              </w:rPr>
            </w:pPr>
            <w:proofErr w:type="gramStart"/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850" w:type="dxa"/>
          </w:tcPr>
          <w:p w14:paraId="28BDA0D8" w14:textId="77777777" w:rsidR="00DD53E2" w:rsidRPr="0097061E" w:rsidRDefault="00DD53E2" w:rsidP="0097061E">
            <w:pPr>
              <w:pStyle w:val="TableParagraph"/>
              <w:spacing w:before="0"/>
              <w:ind w:left="77" w:right="43"/>
              <w:rPr>
                <w:b/>
                <w:color w:val="191919" w:themeColor="background1" w:themeShade="1A"/>
                <w:sz w:val="24"/>
                <w:szCs w:val="24"/>
              </w:rPr>
            </w:pPr>
            <w:proofErr w:type="gramStart"/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контрольные</w:t>
            </w:r>
            <w:proofErr w:type="gramEnd"/>
            <w:r w:rsidRPr="0097061E">
              <w:rPr>
                <w:b/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993" w:type="dxa"/>
          </w:tcPr>
          <w:p w14:paraId="0DD0443B" w14:textId="77777777" w:rsidR="00DD53E2" w:rsidRPr="0097061E" w:rsidRDefault="00DD53E2" w:rsidP="0097061E">
            <w:pPr>
              <w:pStyle w:val="TableParagraph"/>
              <w:spacing w:before="0"/>
              <w:ind w:left="78" w:right="43"/>
              <w:rPr>
                <w:b/>
                <w:color w:val="191919" w:themeColor="background1" w:themeShade="1A"/>
                <w:sz w:val="24"/>
                <w:szCs w:val="24"/>
              </w:rPr>
            </w:pPr>
            <w:proofErr w:type="gramStart"/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практические</w:t>
            </w:r>
            <w:proofErr w:type="gramEnd"/>
            <w:r w:rsidRPr="0097061E">
              <w:rPr>
                <w:b/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290" w:type="dxa"/>
            <w:gridSpan w:val="2"/>
            <w:vMerge/>
          </w:tcPr>
          <w:p w14:paraId="09D64309" w14:textId="77777777" w:rsidR="00DD53E2" w:rsidRPr="0097061E" w:rsidRDefault="00DD53E2" w:rsidP="0097061E">
            <w:pPr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14:paraId="7BD65B33" w14:textId="77777777" w:rsidR="00DD53E2" w:rsidRPr="0097061E" w:rsidRDefault="00DD53E2" w:rsidP="0097061E">
            <w:pPr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6975B6CD" w14:textId="77777777" w:rsidR="00DD53E2" w:rsidRPr="0097061E" w:rsidRDefault="00DD53E2" w:rsidP="0097061E">
            <w:pPr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90" w:type="dxa"/>
            <w:gridSpan w:val="3"/>
            <w:vMerge/>
            <w:tcBorders>
              <w:top w:val="nil"/>
            </w:tcBorders>
          </w:tcPr>
          <w:p w14:paraId="63F2B94D" w14:textId="77777777" w:rsidR="00DD53E2" w:rsidRPr="0097061E" w:rsidRDefault="00DD53E2" w:rsidP="0097061E">
            <w:pPr>
              <w:rPr>
                <w:rFonts w:ascii="Times New Roman" w:hAnsi="Times New Roman" w:cs="Times New Roman"/>
                <w:color w:val="191919" w:themeColor="background1" w:themeShade="1A"/>
                <w:sz w:val="24"/>
                <w:szCs w:val="24"/>
              </w:rPr>
            </w:pPr>
          </w:p>
        </w:tc>
      </w:tr>
      <w:tr w:rsidR="00DD53E2" w:rsidRPr="0097061E" w14:paraId="015EC593" w14:textId="77777777" w:rsidTr="001B4642">
        <w:trPr>
          <w:trHeight w:val="333"/>
        </w:trPr>
        <w:tc>
          <w:tcPr>
            <w:tcW w:w="15526" w:type="dxa"/>
            <w:gridSpan w:val="12"/>
          </w:tcPr>
          <w:p w14:paraId="483DAE91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Раздел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1.</w:t>
            </w:r>
            <w:r w:rsidRPr="0097061E">
              <w:rPr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Человек</w:t>
            </w:r>
            <w:r w:rsidRPr="0097061E">
              <w:rPr>
                <w:b/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общество.</w:t>
            </w:r>
          </w:p>
        </w:tc>
      </w:tr>
      <w:tr w:rsidR="00DD53E2" w:rsidRPr="0097061E" w14:paraId="2EFA329F" w14:textId="77777777" w:rsidTr="001B4642">
        <w:trPr>
          <w:trHeight w:val="1485"/>
        </w:trPr>
        <w:tc>
          <w:tcPr>
            <w:tcW w:w="596" w:type="dxa"/>
          </w:tcPr>
          <w:p w14:paraId="2BCE4429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977" w:type="dxa"/>
          </w:tcPr>
          <w:p w14:paraId="2319B5BC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Государственное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устройство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РФ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(общее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представление).</w:t>
            </w:r>
          </w:p>
        </w:tc>
        <w:tc>
          <w:tcPr>
            <w:tcW w:w="567" w:type="dxa"/>
          </w:tcPr>
          <w:p w14:paraId="2C5DAE4C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20F47643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D699F99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2"/>
          </w:tcPr>
          <w:p w14:paraId="381C9C11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29" w:type="dxa"/>
          </w:tcPr>
          <w:p w14:paraId="3C9C147D" w14:textId="77777777" w:rsidR="00DD53E2" w:rsidRPr="0097061E" w:rsidRDefault="00DD53E2" w:rsidP="0097061E">
            <w:pPr>
              <w:pStyle w:val="TableParagraph"/>
              <w:spacing w:before="0"/>
              <w:ind w:left="79" w:right="12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Чтение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обсуждение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текстов</w:t>
            </w:r>
            <w:r w:rsidRPr="0097061E">
              <w:rPr>
                <w:color w:val="191919" w:themeColor="background1" w:themeShade="1A"/>
                <w:spacing w:val="-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учебника,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объяснения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учителя;</w:t>
            </w:r>
          </w:p>
        </w:tc>
        <w:tc>
          <w:tcPr>
            <w:tcW w:w="1134" w:type="dxa"/>
          </w:tcPr>
          <w:p w14:paraId="4ACAD0DB" w14:textId="77777777" w:rsidR="00DD53E2" w:rsidRPr="0097061E" w:rsidRDefault="00DD53E2" w:rsidP="0097061E">
            <w:pPr>
              <w:pStyle w:val="TableParagraph"/>
              <w:spacing w:before="0"/>
              <w:ind w:left="79" w:right="44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Устный опрос;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590" w:type="dxa"/>
            <w:gridSpan w:val="3"/>
          </w:tcPr>
          <w:p w14:paraId="61BB4C68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696F0C5E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643A6323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90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 </w:t>
            </w:r>
          </w:p>
        </w:tc>
      </w:tr>
      <w:tr w:rsidR="00DD53E2" w:rsidRPr="0097061E" w14:paraId="507E7333" w14:textId="77777777" w:rsidTr="001B4642">
        <w:trPr>
          <w:trHeight w:val="717"/>
        </w:trPr>
        <w:tc>
          <w:tcPr>
            <w:tcW w:w="596" w:type="dxa"/>
          </w:tcPr>
          <w:p w14:paraId="4F74CFBC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1.2.</w:t>
            </w:r>
          </w:p>
        </w:tc>
        <w:tc>
          <w:tcPr>
            <w:tcW w:w="2977" w:type="dxa"/>
          </w:tcPr>
          <w:p w14:paraId="4F522E32" w14:textId="77777777" w:rsidR="00DD53E2" w:rsidRPr="0097061E" w:rsidRDefault="00DD53E2" w:rsidP="0097061E">
            <w:pPr>
              <w:pStyle w:val="TableParagraph"/>
              <w:spacing w:before="0"/>
              <w:ind w:left="76" w:right="535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Конституция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— основной закон Российской Федерации.</w:t>
            </w:r>
            <w:r w:rsidRPr="0097061E">
              <w:rPr>
                <w:b/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Права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обязанности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гражданина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РФ.</w:t>
            </w:r>
          </w:p>
        </w:tc>
        <w:tc>
          <w:tcPr>
            <w:tcW w:w="567" w:type="dxa"/>
          </w:tcPr>
          <w:p w14:paraId="1EC31845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D86DC51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9BEF3AD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1290" w:type="dxa"/>
            <w:gridSpan w:val="2"/>
          </w:tcPr>
          <w:p w14:paraId="2D973566" w14:textId="77777777" w:rsidR="00DD53E2" w:rsidRPr="0097061E" w:rsidRDefault="00DD53E2" w:rsidP="0097061E">
            <w:pPr>
              <w:pStyle w:val="TableParagraph"/>
              <w:spacing w:before="0"/>
              <w:ind w:left="55" w:right="44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29" w:type="dxa"/>
          </w:tcPr>
          <w:p w14:paraId="1CE86625" w14:textId="77777777" w:rsidR="00DD53E2" w:rsidRPr="0097061E" w:rsidRDefault="00DD53E2" w:rsidP="0097061E">
            <w:pPr>
              <w:pStyle w:val="TableParagraph"/>
              <w:spacing w:before="0"/>
              <w:ind w:left="79" w:right="418"/>
              <w:jc w:val="both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Чтение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статей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Конституции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РФ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правах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граждан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РФ;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Рассказ учителя по теме «Забота о детстве — главная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особенность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нашего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государства»;</w:t>
            </w:r>
          </w:p>
        </w:tc>
        <w:tc>
          <w:tcPr>
            <w:tcW w:w="1134" w:type="dxa"/>
          </w:tcPr>
          <w:p w14:paraId="1AA355FC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Устный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опрос;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Письменный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3590" w:type="dxa"/>
            <w:gridSpan w:val="3"/>
          </w:tcPr>
          <w:p w14:paraId="07267566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69727D27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68383CB9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91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62F57F86" w14:textId="77777777" w:rsidTr="001B4642">
        <w:trPr>
          <w:trHeight w:val="1478"/>
        </w:trPr>
        <w:tc>
          <w:tcPr>
            <w:tcW w:w="596" w:type="dxa"/>
          </w:tcPr>
          <w:p w14:paraId="1E165E3F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1.3.</w:t>
            </w:r>
          </w:p>
        </w:tc>
        <w:tc>
          <w:tcPr>
            <w:tcW w:w="2977" w:type="dxa"/>
          </w:tcPr>
          <w:p w14:paraId="5B2A4DE2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Президент РФ — глава государства. Политико-</w:t>
            </w:r>
            <w:r w:rsidRPr="0097061E">
              <w:rPr>
                <w:b/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административная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карта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России.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Города</w:t>
            </w:r>
            <w:r w:rsidRPr="0097061E">
              <w:rPr>
                <w:b/>
                <w:color w:val="191919" w:themeColor="background1" w:themeShade="1A"/>
                <w:spacing w:val="2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России.</w:t>
            </w:r>
          </w:p>
        </w:tc>
        <w:tc>
          <w:tcPr>
            <w:tcW w:w="567" w:type="dxa"/>
          </w:tcPr>
          <w:p w14:paraId="00FABD62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E4009C2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9C310F2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2"/>
          </w:tcPr>
          <w:p w14:paraId="7B6E0577" w14:textId="77777777" w:rsidR="00DD53E2" w:rsidRPr="0097061E" w:rsidRDefault="00DD53E2" w:rsidP="0097061E">
            <w:pPr>
              <w:pStyle w:val="TableParagraph"/>
              <w:spacing w:before="0"/>
              <w:ind w:left="55" w:right="44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29" w:type="dxa"/>
          </w:tcPr>
          <w:p w14:paraId="46D49DD1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 с политико-административной картой РФ: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определение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местонахождения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республик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РФ,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краёв,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крупнейших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областей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городов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России;</w:t>
            </w:r>
          </w:p>
        </w:tc>
        <w:tc>
          <w:tcPr>
            <w:tcW w:w="1134" w:type="dxa"/>
          </w:tcPr>
          <w:p w14:paraId="65B730DE" w14:textId="77777777" w:rsidR="00DD53E2" w:rsidRPr="0097061E" w:rsidRDefault="00DD53E2" w:rsidP="0097061E">
            <w:pPr>
              <w:pStyle w:val="TableParagraph"/>
              <w:spacing w:before="0"/>
              <w:ind w:left="79" w:right="44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Устный опрос;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Письменный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контроль</w:t>
            </w:r>
          </w:p>
        </w:tc>
        <w:tc>
          <w:tcPr>
            <w:tcW w:w="3590" w:type="dxa"/>
            <w:gridSpan w:val="3"/>
          </w:tcPr>
          <w:p w14:paraId="3FDA9B9A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40902C73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760618E2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92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62752A5C" w14:textId="77777777" w:rsidTr="001B4642">
        <w:trPr>
          <w:trHeight w:val="1485"/>
        </w:trPr>
        <w:tc>
          <w:tcPr>
            <w:tcW w:w="596" w:type="dxa"/>
          </w:tcPr>
          <w:p w14:paraId="7F2A2765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1.4.</w:t>
            </w:r>
          </w:p>
        </w:tc>
        <w:tc>
          <w:tcPr>
            <w:tcW w:w="2977" w:type="dxa"/>
          </w:tcPr>
          <w:p w14:paraId="0F36473A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Общая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характеристика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родного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края: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природа,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главный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город,</w:t>
            </w:r>
            <w:r w:rsidRPr="0097061E">
              <w:rPr>
                <w:b/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важнейшие достопримечательности, знаменитые</w:t>
            </w:r>
            <w:r w:rsidRPr="0097061E">
              <w:rPr>
                <w:b/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соотечественники.</w:t>
            </w:r>
          </w:p>
        </w:tc>
        <w:tc>
          <w:tcPr>
            <w:tcW w:w="567" w:type="dxa"/>
          </w:tcPr>
          <w:p w14:paraId="30574786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F5FB626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5DB9ACF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2"/>
          </w:tcPr>
          <w:p w14:paraId="44CECA38" w14:textId="77777777" w:rsidR="00DD53E2" w:rsidRPr="0097061E" w:rsidRDefault="00DD53E2" w:rsidP="0097061E">
            <w:pPr>
              <w:pStyle w:val="TableParagraph"/>
              <w:spacing w:before="0"/>
              <w:ind w:left="55" w:right="44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29" w:type="dxa"/>
          </w:tcPr>
          <w:p w14:paraId="4C30AA13" w14:textId="77777777" w:rsidR="00DD53E2" w:rsidRPr="0097061E" w:rsidRDefault="00DD53E2" w:rsidP="0097061E">
            <w:pPr>
              <w:pStyle w:val="TableParagraph"/>
              <w:spacing w:before="0"/>
              <w:ind w:left="79" w:right="12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Чтение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обсуждение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текстов</w:t>
            </w:r>
            <w:r w:rsidRPr="0097061E">
              <w:rPr>
                <w:color w:val="191919" w:themeColor="background1" w:themeShade="1A"/>
                <w:spacing w:val="-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учебника,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объяснения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учителя;</w:t>
            </w:r>
          </w:p>
          <w:p w14:paraId="01F96BAE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Игра-соревнование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«Знаем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ли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мы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свой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родной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край?»;</w:t>
            </w:r>
          </w:p>
        </w:tc>
        <w:tc>
          <w:tcPr>
            <w:tcW w:w="1134" w:type="dxa"/>
          </w:tcPr>
          <w:p w14:paraId="58A49E58" w14:textId="77777777" w:rsidR="00DD53E2" w:rsidRPr="0097061E" w:rsidRDefault="00DD53E2" w:rsidP="0097061E">
            <w:pPr>
              <w:pStyle w:val="TableParagraph"/>
              <w:spacing w:before="0"/>
              <w:ind w:left="79" w:right="44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Устный опрос;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работа;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</w:p>
          <w:p w14:paraId="3E5B6F49" w14:textId="77777777" w:rsidR="00DD53E2" w:rsidRPr="0097061E" w:rsidRDefault="00DD53E2" w:rsidP="0097061E">
            <w:pPr>
              <w:pStyle w:val="TableParagraph"/>
              <w:spacing w:before="0"/>
              <w:ind w:left="79" w:right="237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90" w:type="dxa"/>
            <w:gridSpan w:val="3"/>
          </w:tcPr>
          <w:p w14:paraId="54C921C7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4321BC77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0047EDA9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93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70FD1371" w14:textId="77777777" w:rsidTr="001B4642">
        <w:trPr>
          <w:trHeight w:val="1101"/>
        </w:trPr>
        <w:tc>
          <w:tcPr>
            <w:tcW w:w="596" w:type="dxa"/>
          </w:tcPr>
          <w:p w14:paraId="43E6ED94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1.5.</w:t>
            </w:r>
          </w:p>
        </w:tc>
        <w:tc>
          <w:tcPr>
            <w:tcW w:w="2977" w:type="dxa"/>
          </w:tcPr>
          <w:p w14:paraId="0D352D0C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Государственные праздники в жизни российского общества:</w:t>
            </w:r>
            <w:r w:rsidRPr="0097061E">
              <w:rPr>
                <w:b/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Новый год, День защитника Отечества, Международный</w:t>
            </w:r>
            <w:r w:rsidRPr="0097061E">
              <w:rPr>
                <w:b/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женский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день,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День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весны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труда,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День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Победы,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День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России,</w:t>
            </w:r>
            <w:r w:rsidRPr="0097061E">
              <w:rPr>
                <w:b/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День</w:t>
            </w:r>
            <w:r w:rsidRPr="0097061E">
              <w:rPr>
                <w:b/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народного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единства,</w:t>
            </w:r>
            <w:r w:rsidRPr="0097061E">
              <w:rPr>
                <w:b/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День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Конституции.</w:t>
            </w:r>
          </w:p>
        </w:tc>
        <w:tc>
          <w:tcPr>
            <w:tcW w:w="567" w:type="dxa"/>
          </w:tcPr>
          <w:p w14:paraId="4C0DD683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9EB3F6C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0ECF849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1290" w:type="dxa"/>
            <w:gridSpan w:val="2"/>
          </w:tcPr>
          <w:p w14:paraId="7DFDF17E" w14:textId="77777777" w:rsidR="00DD53E2" w:rsidRPr="0097061E" w:rsidRDefault="00DD53E2" w:rsidP="0097061E">
            <w:pPr>
              <w:pStyle w:val="TableParagraph"/>
              <w:spacing w:before="0"/>
              <w:ind w:left="55" w:right="44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29" w:type="dxa"/>
          </w:tcPr>
          <w:p w14:paraId="12265AF9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Учебный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диалог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«Государственные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праздники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России»;</w:t>
            </w:r>
          </w:p>
          <w:p w14:paraId="647CC105" w14:textId="77777777" w:rsidR="00DD53E2" w:rsidRPr="0097061E" w:rsidRDefault="00DD53E2" w:rsidP="0097061E">
            <w:pPr>
              <w:pStyle w:val="TableParagraph"/>
              <w:spacing w:before="0"/>
              <w:ind w:left="79" w:right="12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парах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«Рассказ</w:t>
            </w:r>
            <w:r w:rsidRPr="0097061E">
              <w:rPr>
                <w:color w:val="191919" w:themeColor="background1" w:themeShade="1A"/>
                <w:spacing w:val="-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любом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празднике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РФ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или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своего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региона»;</w:t>
            </w:r>
          </w:p>
        </w:tc>
        <w:tc>
          <w:tcPr>
            <w:tcW w:w="1134" w:type="dxa"/>
          </w:tcPr>
          <w:p w14:paraId="2105D05C" w14:textId="77777777" w:rsidR="00DD53E2" w:rsidRPr="0097061E" w:rsidRDefault="00DD53E2" w:rsidP="0097061E">
            <w:pPr>
              <w:pStyle w:val="TableParagraph"/>
              <w:spacing w:before="0"/>
              <w:ind w:left="79" w:right="44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Устный опрос;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</w:p>
          <w:p w14:paraId="77171057" w14:textId="77777777" w:rsidR="00DD53E2" w:rsidRPr="0097061E" w:rsidRDefault="00DD53E2" w:rsidP="0097061E">
            <w:pPr>
              <w:pStyle w:val="TableParagraph"/>
              <w:spacing w:before="0"/>
              <w:ind w:left="79" w:right="237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90" w:type="dxa"/>
            <w:gridSpan w:val="3"/>
          </w:tcPr>
          <w:p w14:paraId="4ADADF47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49B4826E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2CFC956C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94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51C44461" w14:textId="77777777" w:rsidTr="001B4642">
        <w:trPr>
          <w:trHeight w:val="1185"/>
        </w:trPr>
        <w:tc>
          <w:tcPr>
            <w:tcW w:w="596" w:type="dxa"/>
          </w:tcPr>
          <w:p w14:paraId="37DFD3A2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2977" w:type="dxa"/>
          </w:tcPr>
          <w:p w14:paraId="20C6B1D0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Праздники</w:t>
            </w:r>
            <w:r w:rsidRPr="0097061E">
              <w:rPr>
                <w:b/>
                <w:color w:val="191919" w:themeColor="background1" w:themeShade="1A"/>
                <w:spacing w:val="2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2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памятные</w:t>
            </w:r>
            <w:r w:rsidRPr="0097061E">
              <w:rPr>
                <w:b/>
                <w:color w:val="191919" w:themeColor="background1" w:themeShade="1A"/>
                <w:spacing w:val="2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даты</w:t>
            </w:r>
            <w:r w:rsidRPr="0097061E">
              <w:rPr>
                <w:b/>
                <w:color w:val="191919" w:themeColor="background1" w:themeShade="1A"/>
                <w:spacing w:val="20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своего</w:t>
            </w:r>
            <w:r w:rsidRPr="0097061E">
              <w:rPr>
                <w:b/>
                <w:color w:val="191919" w:themeColor="background1" w:themeShade="1A"/>
                <w:spacing w:val="2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региона.</w:t>
            </w:r>
            <w:r w:rsidRPr="0097061E">
              <w:rPr>
                <w:b/>
                <w:color w:val="191919" w:themeColor="background1" w:themeShade="1A"/>
                <w:spacing w:val="-3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Характеристика</w:t>
            </w:r>
            <w:r w:rsidRPr="0097061E">
              <w:rPr>
                <w:b/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отдельных</w:t>
            </w:r>
            <w:r w:rsidRPr="0097061E">
              <w:rPr>
                <w:b/>
                <w:color w:val="191919" w:themeColor="background1" w:themeShade="1A"/>
                <w:spacing w:val="-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исторических</w:t>
            </w:r>
            <w:r w:rsidRPr="0097061E">
              <w:rPr>
                <w:b/>
                <w:color w:val="191919" w:themeColor="background1" w:themeShade="1A"/>
                <w:spacing w:val="-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событий,</w:t>
            </w:r>
            <w:r w:rsidRPr="0097061E">
              <w:rPr>
                <w:b/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связанных</w:t>
            </w:r>
            <w:r w:rsidRPr="0097061E">
              <w:rPr>
                <w:b/>
                <w:color w:val="191919" w:themeColor="background1" w:themeShade="1A"/>
                <w:spacing w:val="-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с</w:t>
            </w:r>
            <w:r w:rsidRPr="0097061E">
              <w:rPr>
                <w:b/>
                <w:color w:val="191919" w:themeColor="background1" w:themeShade="1A"/>
                <w:spacing w:val="-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ним.</w:t>
            </w:r>
          </w:p>
        </w:tc>
        <w:tc>
          <w:tcPr>
            <w:tcW w:w="567" w:type="dxa"/>
          </w:tcPr>
          <w:p w14:paraId="01A048BD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D133BC5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5E8EED9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1290" w:type="dxa"/>
            <w:gridSpan w:val="2"/>
          </w:tcPr>
          <w:p w14:paraId="341FF0FF" w14:textId="77777777" w:rsidR="00DD53E2" w:rsidRPr="0097061E" w:rsidRDefault="00DD53E2" w:rsidP="0097061E">
            <w:pPr>
              <w:pStyle w:val="TableParagraph"/>
              <w:spacing w:before="0"/>
              <w:ind w:left="55" w:right="44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29" w:type="dxa"/>
          </w:tcPr>
          <w:p w14:paraId="486D2B45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Рассказ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учителя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важнейших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страницах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истории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родного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края;</w:t>
            </w:r>
          </w:p>
          <w:p w14:paraId="1F21DE98" w14:textId="77777777" w:rsidR="00DD53E2" w:rsidRPr="0097061E" w:rsidRDefault="00DD53E2" w:rsidP="0097061E">
            <w:pPr>
              <w:pStyle w:val="TableParagraph"/>
              <w:spacing w:before="0"/>
              <w:ind w:left="79" w:right="12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Обсуждение докладов и презентаций учащихся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(дифференцированное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задание)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«Мой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родной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край»;</w:t>
            </w:r>
          </w:p>
        </w:tc>
        <w:tc>
          <w:tcPr>
            <w:tcW w:w="1134" w:type="dxa"/>
          </w:tcPr>
          <w:p w14:paraId="71652F9A" w14:textId="77777777" w:rsidR="00DD53E2" w:rsidRPr="0097061E" w:rsidRDefault="00DD53E2" w:rsidP="0097061E">
            <w:pPr>
              <w:pStyle w:val="TableParagraph"/>
              <w:spacing w:before="0"/>
              <w:ind w:left="79" w:right="44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Устный опрос;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</w:p>
          <w:p w14:paraId="51E02499" w14:textId="77777777" w:rsidR="00DD53E2" w:rsidRPr="0097061E" w:rsidRDefault="00DD53E2" w:rsidP="0097061E">
            <w:pPr>
              <w:pStyle w:val="TableParagraph"/>
              <w:spacing w:before="0"/>
              <w:ind w:left="79" w:right="237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90" w:type="dxa"/>
            <w:gridSpan w:val="3"/>
          </w:tcPr>
          <w:p w14:paraId="1EE8F2F3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69BD274C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18997257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95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0838BE68" w14:textId="77777777" w:rsidTr="001B4642">
        <w:trPr>
          <w:gridAfter w:val="1"/>
          <w:wAfter w:w="30" w:type="dxa"/>
          <w:trHeight w:val="1870"/>
        </w:trPr>
        <w:tc>
          <w:tcPr>
            <w:tcW w:w="596" w:type="dxa"/>
          </w:tcPr>
          <w:p w14:paraId="71800FBB" w14:textId="77777777" w:rsidR="00DD53E2" w:rsidRPr="0097061E" w:rsidRDefault="00DD53E2" w:rsidP="0097061E">
            <w:pPr>
              <w:pStyle w:val="TableParagraph"/>
              <w:spacing w:before="0"/>
              <w:ind w:left="17" w:right="8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1.7.</w:t>
            </w:r>
          </w:p>
        </w:tc>
        <w:tc>
          <w:tcPr>
            <w:tcW w:w="2977" w:type="dxa"/>
          </w:tcPr>
          <w:p w14:paraId="58E8789C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История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Отечества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«Лента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времени»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историческая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карта.</w:t>
            </w:r>
          </w:p>
        </w:tc>
        <w:tc>
          <w:tcPr>
            <w:tcW w:w="567" w:type="dxa"/>
          </w:tcPr>
          <w:p w14:paraId="6967E64A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1FA9B1E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61DBFDE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E5665B1" w14:textId="77777777" w:rsidR="00DD53E2" w:rsidRPr="0097061E" w:rsidRDefault="00DD53E2" w:rsidP="0097061E">
            <w:pPr>
              <w:pStyle w:val="TableParagraph"/>
              <w:spacing w:before="0"/>
              <w:ind w:left="55" w:right="44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2387FA10" w14:textId="77777777" w:rsidR="00DD53E2" w:rsidRPr="0097061E" w:rsidRDefault="00DD53E2" w:rsidP="0097061E">
            <w:pPr>
              <w:pStyle w:val="TableParagraph"/>
              <w:spacing w:before="0"/>
              <w:ind w:left="79" w:right="12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 в паре: анализ исторической карты, нахождение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мест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важнейших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исторических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событий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жизни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России;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Экскурсия в художественный музей, просмотр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видеофрагментов,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иллюстраций и других материалов на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темы «Искусство Древней Руси», «Ремёсла в Древней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Руси»,</w:t>
            </w:r>
            <w:r w:rsidRPr="0097061E">
              <w:rPr>
                <w:color w:val="191919" w:themeColor="background1" w:themeShade="1A"/>
                <w:spacing w:val="-5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«Образование</w:t>
            </w:r>
            <w:r w:rsidRPr="0097061E">
              <w:rPr>
                <w:color w:val="191919" w:themeColor="background1" w:themeShade="1A"/>
                <w:spacing w:val="-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от</w:t>
            </w:r>
            <w:r w:rsidRPr="0097061E">
              <w:rPr>
                <w:color w:val="191919" w:themeColor="background1" w:themeShade="1A"/>
                <w:spacing w:val="-5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Древней</w:t>
            </w:r>
            <w:r w:rsidRPr="0097061E">
              <w:rPr>
                <w:color w:val="191919" w:themeColor="background1" w:themeShade="1A"/>
                <w:spacing w:val="-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Руси</w:t>
            </w:r>
            <w:r w:rsidRPr="0097061E">
              <w:rPr>
                <w:color w:val="191919" w:themeColor="background1" w:themeShade="1A"/>
                <w:spacing w:val="-5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до</w:t>
            </w:r>
            <w:r w:rsidRPr="0097061E">
              <w:rPr>
                <w:color w:val="191919" w:themeColor="background1" w:themeShade="1A"/>
                <w:spacing w:val="-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XIX</w:t>
            </w:r>
            <w:r w:rsidRPr="0097061E">
              <w:rPr>
                <w:color w:val="191919" w:themeColor="background1" w:themeShade="1A"/>
                <w:spacing w:val="-5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века»,</w:t>
            </w:r>
          </w:p>
          <w:p w14:paraId="32910B95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«Московское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государство»,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«Искусство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ХIХ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века»,</w:t>
            </w:r>
          </w:p>
          <w:p w14:paraId="01762FD2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«Искусство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ХХ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века»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(по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выбору);</w:t>
            </w:r>
          </w:p>
        </w:tc>
        <w:tc>
          <w:tcPr>
            <w:tcW w:w="1134" w:type="dxa"/>
          </w:tcPr>
          <w:p w14:paraId="2E1532DA" w14:textId="77777777" w:rsidR="00DD53E2" w:rsidRPr="0097061E" w:rsidRDefault="00DD53E2" w:rsidP="0097061E">
            <w:pPr>
              <w:pStyle w:val="TableParagraph"/>
              <w:spacing w:before="0"/>
              <w:ind w:left="79" w:right="44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Устный опрос;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работа;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</w:p>
          <w:p w14:paraId="7E4CAB6F" w14:textId="77777777" w:rsidR="00DD53E2" w:rsidRPr="0097061E" w:rsidRDefault="00DD53E2" w:rsidP="0097061E">
            <w:pPr>
              <w:pStyle w:val="TableParagraph"/>
              <w:spacing w:before="0"/>
              <w:ind w:left="79" w:right="237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60" w:type="dxa"/>
            <w:gridSpan w:val="2"/>
          </w:tcPr>
          <w:p w14:paraId="5E59CFA6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36800160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67C19331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96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4680AFA0" w14:textId="77777777" w:rsidTr="001B4642">
        <w:trPr>
          <w:gridAfter w:val="1"/>
          <w:wAfter w:w="30" w:type="dxa"/>
          <w:trHeight w:val="1605"/>
        </w:trPr>
        <w:tc>
          <w:tcPr>
            <w:tcW w:w="596" w:type="dxa"/>
          </w:tcPr>
          <w:p w14:paraId="03ED5C13" w14:textId="77777777" w:rsidR="00DD53E2" w:rsidRPr="0097061E" w:rsidRDefault="00DD53E2" w:rsidP="0097061E">
            <w:pPr>
              <w:pStyle w:val="TableParagraph"/>
              <w:spacing w:before="0"/>
              <w:ind w:left="17" w:right="8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1.8.</w:t>
            </w:r>
          </w:p>
        </w:tc>
        <w:tc>
          <w:tcPr>
            <w:tcW w:w="2977" w:type="dxa"/>
          </w:tcPr>
          <w:p w14:paraId="43F1F289" w14:textId="77777777" w:rsidR="00DD53E2" w:rsidRPr="0097061E" w:rsidRDefault="00DD53E2" w:rsidP="0097061E">
            <w:pPr>
              <w:pStyle w:val="TableParagraph"/>
              <w:spacing w:before="0"/>
              <w:ind w:left="76" w:right="277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Наиболее важные и яркие события общественной и</w:t>
            </w:r>
            <w:r w:rsidRPr="0097061E">
              <w:rPr>
                <w:b/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культурной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жизни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страны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разные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исторические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периоды:</w:t>
            </w:r>
            <w:r w:rsidRPr="0097061E">
              <w:rPr>
                <w:b/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государство Русь, Московское государство, Российская</w:t>
            </w:r>
            <w:r w:rsidRPr="0097061E">
              <w:rPr>
                <w:b/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империя,</w:t>
            </w:r>
            <w:r w:rsidRPr="0097061E">
              <w:rPr>
                <w:b/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СССР,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Российская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Федерация.</w:t>
            </w:r>
          </w:p>
        </w:tc>
        <w:tc>
          <w:tcPr>
            <w:tcW w:w="567" w:type="dxa"/>
          </w:tcPr>
          <w:p w14:paraId="33F23D00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6F1AEA8F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6A56DAD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36D7E42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5A917FEB" w14:textId="77777777" w:rsidR="00DD53E2" w:rsidRPr="0097061E" w:rsidRDefault="00DD53E2" w:rsidP="0097061E">
            <w:pPr>
              <w:pStyle w:val="TableParagraph"/>
              <w:spacing w:before="0"/>
              <w:ind w:left="79" w:right="12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 в паре: анализ исторической карты, нахождение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мест</w:t>
            </w:r>
            <w:r w:rsidRPr="0097061E">
              <w:rPr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важнейших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исторических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событий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жизни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России;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Учебный диалог по теме «Как выполняли свой долг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защиты Отечества в разные исторические времена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граждане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России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(на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примере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Отечественной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войны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1812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г.,</w:t>
            </w:r>
            <w:r w:rsidRPr="0097061E">
              <w:rPr>
                <w:color w:val="191919" w:themeColor="background1" w:themeShade="1A"/>
                <w:spacing w:val="-5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Великой</w:t>
            </w:r>
            <w:r w:rsidRPr="0097061E">
              <w:rPr>
                <w:color w:val="191919" w:themeColor="background1" w:themeShade="1A"/>
                <w:spacing w:val="-5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Отечественной</w:t>
            </w:r>
            <w:r w:rsidRPr="0097061E">
              <w:rPr>
                <w:color w:val="191919" w:themeColor="background1" w:themeShade="1A"/>
                <w:spacing w:val="-5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войны</w:t>
            </w:r>
            <w:r w:rsidRPr="0097061E">
              <w:rPr>
                <w:color w:val="191919" w:themeColor="background1" w:themeShade="1A"/>
                <w:spacing w:val="-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(1941—1945</w:t>
            </w:r>
            <w:r w:rsidRPr="0097061E">
              <w:rPr>
                <w:color w:val="191919" w:themeColor="background1" w:themeShade="1A"/>
                <w:spacing w:val="-5"/>
                <w:w w:val="105"/>
                <w:sz w:val="24"/>
                <w:szCs w:val="24"/>
              </w:rPr>
              <w:t xml:space="preserve"> </w:t>
            </w:r>
            <w:proofErr w:type="gramStart"/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гг.</w:t>
            </w:r>
            <w:r w:rsidRPr="0097061E">
              <w:rPr>
                <w:color w:val="191919" w:themeColor="background1" w:themeShade="1A"/>
                <w:spacing w:val="-5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)</w:t>
            </w:r>
            <w:proofErr w:type="gramEnd"/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»;</w:t>
            </w:r>
          </w:p>
        </w:tc>
        <w:tc>
          <w:tcPr>
            <w:tcW w:w="1134" w:type="dxa"/>
          </w:tcPr>
          <w:p w14:paraId="1AE54153" w14:textId="77777777" w:rsidR="00DD53E2" w:rsidRPr="0097061E" w:rsidRDefault="00DD53E2" w:rsidP="0097061E">
            <w:pPr>
              <w:pStyle w:val="TableParagraph"/>
              <w:spacing w:before="0"/>
              <w:ind w:left="79" w:right="143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Устный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опрос;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Контрольная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работа;</w:t>
            </w:r>
          </w:p>
          <w:p w14:paraId="6807D6A8" w14:textId="77777777" w:rsidR="00DD53E2" w:rsidRPr="0097061E" w:rsidRDefault="00DD53E2" w:rsidP="0097061E">
            <w:pPr>
              <w:pStyle w:val="TableParagraph"/>
              <w:spacing w:before="0"/>
              <w:ind w:left="79" w:right="161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Зачет;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работа;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Тестирование;</w:t>
            </w:r>
          </w:p>
        </w:tc>
        <w:tc>
          <w:tcPr>
            <w:tcW w:w="3560" w:type="dxa"/>
            <w:gridSpan w:val="2"/>
          </w:tcPr>
          <w:p w14:paraId="0FC2CC24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3F1E4424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0728E25D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97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0544B2F4" w14:textId="77777777" w:rsidTr="001B4642">
        <w:trPr>
          <w:gridAfter w:val="1"/>
          <w:wAfter w:w="30" w:type="dxa"/>
          <w:trHeight w:val="909"/>
        </w:trPr>
        <w:tc>
          <w:tcPr>
            <w:tcW w:w="596" w:type="dxa"/>
          </w:tcPr>
          <w:p w14:paraId="51DE5C8C" w14:textId="77777777" w:rsidR="00DD53E2" w:rsidRPr="0097061E" w:rsidRDefault="00DD53E2" w:rsidP="0097061E">
            <w:pPr>
              <w:pStyle w:val="TableParagraph"/>
              <w:spacing w:before="0"/>
              <w:ind w:left="17" w:right="8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2977" w:type="dxa"/>
          </w:tcPr>
          <w:p w14:paraId="5A915561" w14:textId="77777777" w:rsidR="00DD53E2" w:rsidRPr="0097061E" w:rsidRDefault="00DD53E2" w:rsidP="0097061E">
            <w:pPr>
              <w:pStyle w:val="TableParagraph"/>
              <w:spacing w:before="0"/>
              <w:ind w:left="76" w:right="277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Картины быта, труда; духовно-нравственные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 культурные</w:t>
            </w:r>
            <w:r w:rsidRPr="0097061E">
              <w:rPr>
                <w:b/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традиции</w:t>
            </w:r>
            <w:r w:rsidRPr="0097061E">
              <w:rPr>
                <w:b/>
                <w:color w:val="191919" w:themeColor="background1" w:themeShade="1A"/>
                <w:spacing w:val="-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людей</w:t>
            </w:r>
            <w:r w:rsidRPr="0097061E">
              <w:rPr>
                <w:b/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разные</w:t>
            </w:r>
            <w:r w:rsidRPr="0097061E">
              <w:rPr>
                <w:b/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исторические</w:t>
            </w:r>
            <w:r w:rsidRPr="0097061E">
              <w:rPr>
                <w:b/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времена.</w:t>
            </w:r>
          </w:p>
        </w:tc>
        <w:tc>
          <w:tcPr>
            <w:tcW w:w="567" w:type="dxa"/>
          </w:tcPr>
          <w:p w14:paraId="14854102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71BAA3D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B5ECF0F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F3A57AD" w14:textId="77777777" w:rsidR="00DD53E2" w:rsidRPr="0097061E" w:rsidRDefault="00DD53E2" w:rsidP="0097061E">
            <w:pPr>
              <w:pStyle w:val="TableParagraph"/>
              <w:spacing w:before="0"/>
              <w:ind w:left="55" w:right="44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5C4270E5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Рассказ учителя о памятниках Всемирного наследия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(например,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России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—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Московский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Кремль,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памятники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Новгорода, Кижи, в мире — Великая Китайская стена,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Колизей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Риме,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Акрополь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Греции);</w:t>
            </w:r>
          </w:p>
        </w:tc>
        <w:tc>
          <w:tcPr>
            <w:tcW w:w="1134" w:type="dxa"/>
          </w:tcPr>
          <w:p w14:paraId="7BF1F45A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опрос;</w:t>
            </w:r>
          </w:p>
        </w:tc>
        <w:tc>
          <w:tcPr>
            <w:tcW w:w="3560" w:type="dxa"/>
            <w:gridSpan w:val="2"/>
          </w:tcPr>
          <w:p w14:paraId="0C3827DF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615E3D33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775EA74A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98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3F2D467A" w14:textId="77777777" w:rsidTr="001B4642">
        <w:trPr>
          <w:gridAfter w:val="1"/>
          <w:wAfter w:w="30" w:type="dxa"/>
          <w:trHeight w:val="525"/>
        </w:trPr>
        <w:tc>
          <w:tcPr>
            <w:tcW w:w="596" w:type="dxa"/>
          </w:tcPr>
          <w:p w14:paraId="3791F1DD" w14:textId="77777777" w:rsidR="00DD53E2" w:rsidRPr="0097061E" w:rsidRDefault="00DD53E2" w:rsidP="0097061E">
            <w:pPr>
              <w:pStyle w:val="TableParagraph"/>
              <w:spacing w:before="0"/>
              <w:ind w:left="29" w:right="14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1.10.</w:t>
            </w:r>
          </w:p>
        </w:tc>
        <w:tc>
          <w:tcPr>
            <w:tcW w:w="2977" w:type="dxa"/>
          </w:tcPr>
          <w:p w14:paraId="74F8801A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Выдающиеся</w:t>
            </w:r>
            <w:r w:rsidRPr="0097061E">
              <w:rPr>
                <w:b/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люди</w:t>
            </w:r>
            <w:r w:rsidRPr="0097061E">
              <w:rPr>
                <w:b/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разных</w:t>
            </w:r>
            <w:r w:rsidRPr="0097061E">
              <w:rPr>
                <w:b/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эпох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как</w:t>
            </w:r>
            <w:r w:rsidRPr="0097061E">
              <w:rPr>
                <w:b/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носители</w:t>
            </w:r>
            <w:r w:rsidRPr="0097061E">
              <w:rPr>
                <w:b/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базовых</w:t>
            </w:r>
            <w:r w:rsidRPr="0097061E">
              <w:rPr>
                <w:b/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национальных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ценностей.</w:t>
            </w:r>
          </w:p>
        </w:tc>
        <w:tc>
          <w:tcPr>
            <w:tcW w:w="567" w:type="dxa"/>
          </w:tcPr>
          <w:p w14:paraId="7C5756F5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DAFFC66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372B796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2F9C9DE" w14:textId="77777777" w:rsidR="00DD53E2" w:rsidRPr="0097061E" w:rsidRDefault="00DD53E2" w:rsidP="0097061E">
            <w:pPr>
              <w:pStyle w:val="TableParagraph"/>
              <w:spacing w:before="0"/>
              <w:ind w:left="55" w:right="44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43C1EAFE" w14:textId="77777777" w:rsidR="00DD53E2" w:rsidRPr="0097061E" w:rsidRDefault="00DD53E2" w:rsidP="0097061E">
            <w:pPr>
              <w:pStyle w:val="TableParagraph"/>
              <w:spacing w:before="0"/>
              <w:ind w:left="79" w:right="12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 в паре: анализ исторической карты, нахождение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мест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важнейших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исторических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событий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жизни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России;</w:t>
            </w:r>
          </w:p>
        </w:tc>
        <w:tc>
          <w:tcPr>
            <w:tcW w:w="1134" w:type="dxa"/>
          </w:tcPr>
          <w:p w14:paraId="0160E59A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опрос;</w:t>
            </w:r>
          </w:p>
        </w:tc>
        <w:tc>
          <w:tcPr>
            <w:tcW w:w="3560" w:type="dxa"/>
            <w:gridSpan w:val="2"/>
          </w:tcPr>
          <w:p w14:paraId="7D54E875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3D66D474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2CF14693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99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64CEE222" w14:textId="77777777" w:rsidTr="001B4642">
        <w:trPr>
          <w:gridAfter w:val="1"/>
          <w:wAfter w:w="30" w:type="dxa"/>
          <w:trHeight w:val="909"/>
        </w:trPr>
        <w:tc>
          <w:tcPr>
            <w:tcW w:w="596" w:type="dxa"/>
          </w:tcPr>
          <w:p w14:paraId="46F57E54" w14:textId="77777777" w:rsidR="00DD53E2" w:rsidRPr="0097061E" w:rsidRDefault="00DD53E2" w:rsidP="0097061E">
            <w:pPr>
              <w:pStyle w:val="TableParagraph"/>
              <w:spacing w:before="0"/>
              <w:ind w:left="29" w:right="14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1.11.</w:t>
            </w:r>
          </w:p>
        </w:tc>
        <w:tc>
          <w:tcPr>
            <w:tcW w:w="2977" w:type="dxa"/>
          </w:tcPr>
          <w:p w14:paraId="52FC2558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Наиболее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значимые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объекты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списка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Всемирного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культурного</w:t>
            </w:r>
            <w:r w:rsidRPr="0097061E">
              <w:rPr>
                <w:b/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 xml:space="preserve">наследия в России и </w:t>
            </w:r>
            <w:proofErr w:type="spellStart"/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зарубежом</w:t>
            </w:r>
            <w:proofErr w:type="spellEnd"/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 xml:space="preserve"> (3—4 объекта). Охрана</w:t>
            </w:r>
            <w:r w:rsidRPr="0097061E">
              <w:rPr>
                <w:b/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памятников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истории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культуры.</w:t>
            </w:r>
          </w:p>
        </w:tc>
        <w:tc>
          <w:tcPr>
            <w:tcW w:w="567" w:type="dxa"/>
          </w:tcPr>
          <w:p w14:paraId="2E319017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E718425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3E7455A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A5C533A" w14:textId="77777777" w:rsidR="00DD53E2" w:rsidRPr="0097061E" w:rsidRDefault="00DD53E2" w:rsidP="0097061E">
            <w:pPr>
              <w:pStyle w:val="TableParagraph"/>
              <w:spacing w:before="0"/>
              <w:ind w:left="55" w:right="44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42F1C77D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Рассказ учителя о памятниках Всемирного наследия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(например,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России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—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Московский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Кремль,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памятники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Новгорода, Кижи, в мире — Великая Китайская стена,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Колизей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Риме,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Акрополь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Греции);</w:t>
            </w:r>
          </w:p>
        </w:tc>
        <w:tc>
          <w:tcPr>
            <w:tcW w:w="1134" w:type="dxa"/>
          </w:tcPr>
          <w:p w14:paraId="507EE425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Письменный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3560" w:type="dxa"/>
            <w:gridSpan w:val="2"/>
          </w:tcPr>
          <w:p w14:paraId="2F034233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2B0F6171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0819E766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100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4B5A0414" w14:textId="77777777" w:rsidTr="001B4642">
        <w:trPr>
          <w:gridAfter w:val="1"/>
          <w:wAfter w:w="30" w:type="dxa"/>
          <w:trHeight w:val="717"/>
        </w:trPr>
        <w:tc>
          <w:tcPr>
            <w:tcW w:w="596" w:type="dxa"/>
          </w:tcPr>
          <w:p w14:paraId="6FC62763" w14:textId="77777777" w:rsidR="00DD53E2" w:rsidRPr="0097061E" w:rsidRDefault="00DD53E2" w:rsidP="0097061E">
            <w:pPr>
              <w:pStyle w:val="TableParagraph"/>
              <w:spacing w:before="0"/>
              <w:ind w:left="29" w:right="14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1.12</w:t>
            </w:r>
          </w:p>
        </w:tc>
        <w:tc>
          <w:tcPr>
            <w:tcW w:w="2977" w:type="dxa"/>
          </w:tcPr>
          <w:p w14:paraId="1FE1F688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Посильное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участие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охране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памятников</w:t>
            </w:r>
            <w:r w:rsidRPr="0097061E">
              <w:rPr>
                <w:b/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истории</w:t>
            </w:r>
            <w:r w:rsidRPr="0097061E">
              <w:rPr>
                <w:b/>
                <w:color w:val="191919" w:themeColor="background1" w:themeShade="1A"/>
                <w:spacing w:val="2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2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культуры</w:t>
            </w:r>
            <w:r w:rsidRPr="0097061E">
              <w:rPr>
                <w:b/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своего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края.</w:t>
            </w:r>
          </w:p>
        </w:tc>
        <w:tc>
          <w:tcPr>
            <w:tcW w:w="567" w:type="dxa"/>
          </w:tcPr>
          <w:p w14:paraId="3ABB72BC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42D5A08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AE3C68A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2F44699C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6E945877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Учебный</w:t>
            </w:r>
            <w:r w:rsidRPr="0097061E">
              <w:rPr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диалог</w:t>
            </w:r>
            <w:r w:rsidRPr="0097061E">
              <w:rPr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«Как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охраняются</w:t>
            </w:r>
            <w:r w:rsidRPr="0097061E">
              <w:rPr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памятники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истории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культуры»;</w:t>
            </w:r>
          </w:p>
        </w:tc>
        <w:tc>
          <w:tcPr>
            <w:tcW w:w="1134" w:type="dxa"/>
          </w:tcPr>
          <w:p w14:paraId="4C12C26B" w14:textId="77777777" w:rsidR="00DD53E2" w:rsidRPr="0097061E" w:rsidRDefault="00DD53E2" w:rsidP="0097061E">
            <w:pPr>
              <w:pStyle w:val="TableParagraph"/>
              <w:spacing w:before="0"/>
              <w:ind w:left="79" w:right="261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Контрольная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560" w:type="dxa"/>
            <w:gridSpan w:val="2"/>
          </w:tcPr>
          <w:p w14:paraId="06B96003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10A4FE1A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24B4E8F7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101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 /</w:t>
            </w:r>
          </w:p>
        </w:tc>
      </w:tr>
      <w:tr w:rsidR="00DD53E2" w:rsidRPr="0097061E" w14:paraId="26B9AA9E" w14:textId="77777777" w:rsidTr="001B4642">
        <w:trPr>
          <w:gridAfter w:val="1"/>
          <w:wAfter w:w="30" w:type="dxa"/>
          <w:trHeight w:val="717"/>
        </w:trPr>
        <w:tc>
          <w:tcPr>
            <w:tcW w:w="596" w:type="dxa"/>
          </w:tcPr>
          <w:p w14:paraId="575B3D85" w14:textId="77777777" w:rsidR="00DD53E2" w:rsidRPr="0097061E" w:rsidRDefault="00DD53E2" w:rsidP="0097061E">
            <w:pPr>
              <w:pStyle w:val="TableParagraph"/>
              <w:spacing w:before="0"/>
              <w:ind w:left="29" w:right="-128" w:firstLine="26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1.13.</w:t>
            </w:r>
          </w:p>
        </w:tc>
        <w:tc>
          <w:tcPr>
            <w:tcW w:w="2977" w:type="dxa"/>
          </w:tcPr>
          <w:p w14:paraId="6253F161" w14:textId="77777777" w:rsidR="00DD53E2" w:rsidRPr="0097061E" w:rsidRDefault="00DD53E2" w:rsidP="0097061E">
            <w:pPr>
              <w:pStyle w:val="TableParagraph"/>
              <w:spacing w:before="0"/>
              <w:ind w:left="76" w:right="411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Правила нравственного поведения, культурные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традиции</w:t>
            </w:r>
            <w:r w:rsidRPr="0097061E">
              <w:rPr>
                <w:b/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людей</w:t>
            </w:r>
            <w:r w:rsidRPr="0097061E">
              <w:rPr>
                <w:b/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разные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исторические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времена.</w:t>
            </w:r>
          </w:p>
        </w:tc>
        <w:tc>
          <w:tcPr>
            <w:tcW w:w="567" w:type="dxa"/>
          </w:tcPr>
          <w:p w14:paraId="495FFCD1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272AAF5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41521FE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9C5CE77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48E76BF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Обсуждение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докладов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учащихся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значимых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объектах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культурного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наследия России (дифференцированное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задание);</w:t>
            </w:r>
          </w:p>
        </w:tc>
        <w:tc>
          <w:tcPr>
            <w:tcW w:w="1134" w:type="dxa"/>
          </w:tcPr>
          <w:p w14:paraId="186E71E7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опрос;</w:t>
            </w:r>
          </w:p>
        </w:tc>
        <w:tc>
          <w:tcPr>
            <w:tcW w:w="3560" w:type="dxa"/>
            <w:gridSpan w:val="2"/>
          </w:tcPr>
          <w:p w14:paraId="60146FC7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0B10FC5D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25AE31CF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102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6A71CCD9" w14:textId="77777777" w:rsidTr="001B4642">
        <w:trPr>
          <w:gridAfter w:val="1"/>
          <w:wAfter w:w="30" w:type="dxa"/>
          <w:trHeight w:val="333"/>
        </w:trPr>
        <w:tc>
          <w:tcPr>
            <w:tcW w:w="3573" w:type="dxa"/>
            <w:gridSpan w:val="2"/>
          </w:tcPr>
          <w:p w14:paraId="3BD32FC3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Итого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67" w:type="dxa"/>
          </w:tcPr>
          <w:p w14:paraId="2FDC26CE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33</w:t>
            </w:r>
          </w:p>
        </w:tc>
        <w:tc>
          <w:tcPr>
            <w:tcW w:w="11356" w:type="dxa"/>
            <w:gridSpan w:val="8"/>
          </w:tcPr>
          <w:p w14:paraId="2BC973F2" w14:textId="77777777" w:rsidR="00DD53E2" w:rsidRPr="0097061E" w:rsidRDefault="00DD53E2" w:rsidP="0097061E">
            <w:pPr>
              <w:pStyle w:val="TableParagraph"/>
              <w:spacing w:before="0"/>
              <w:ind w:left="0"/>
              <w:rPr>
                <w:color w:val="191919" w:themeColor="background1" w:themeShade="1A"/>
                <w:sz w:val="24"/>
                <w:szCs w:val="24"/>
              </w:rPr>
            </w:pPr>
          </w:p>
        </w:tc>
      </w:tr>
      <w:tr w:rsidR="00DD53E2" w:rsidRPr="0097061E" w14:paraId="0664B24B" w14:textId="77777777" w:rsidTr="001B4642">
        <w:trPr>
          <w:gridAfter w:val="1"/>
          <w:wAfter w:w="30" w:type="dxa"/>
          <w:trHeight w:val="333"/>
        </w:trPr>
        <w:tc>
          <w:tcPr>
            <w:tcW w:w="15496" w:type="dxa"/>
            <w:gridSpan w:val="11"/>
          </w:tcPr>
          <w:p w14:paraId="2ACC9B0B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Раздел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2.</w:t>
            </w:r>
            <w:r w:rsidRPr="0097061E">
              <w:rPr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Человек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природа.</w:t>
            </w:r>
          </w:p>
        </w:tc>
      </w:tr>
      <w:tr w:rsidR="00DD53E2" w:rsidRPr="0097061E" w14:paraId="4E145FA5" w14:textId="77777777" w:rsidTr="001B4642">
        <w:trPr>
          <w:gridAfter w:val="1"/>
          <w:wAfter w:w="30" w:type="dxa"/>
          <w:trHeight w:val="717"/>
        </w:trPr>
        <w:tc>
          <w:tcPr>
            <w:tcW w:w="596" w:type="dxa"/>
          </w:tcPr>
          <w:p w14:paraId="60188AB0" w14:textId="77777777" w:rsidR="00DD53E2" w:rsidRPr="0097061E" w:rsidRDefault="00DD53E2" w:rsidP="0097061E">
            <w:pPr>
              <w:pStyle w:val="TableParagraph"/>
              <w:spacing w:before="0"/>
              <w:ind w:left="17" w:right="8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2.1.</w:t>
            </w:r>
          </w:p>
        </w:tc>
        <w:tc>
          <w:tcPr>
            <w:tcW w:w="2977" w:type="dxa"/>
          </w:tcPr>
          <w:p w14:paraId="288D588E" w14:textId="77777777" w:rsidR="00DD53E2" w:rsidRPr="0097061E" w:rsidRDefault="00DD53E2" w:rsidP="0097061E">
            <w:pPr>
              <w:pStyle w:val="TableParagraph"/>
              <w:spacing w:before="0"/>
              <w:ind w:left="76" w:right="277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Солнце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—</w:t>
            </w:r>
            <w:r w:rsidRPr="0097061E">
              <w:rPr>
                <w:b/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ближайшая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b/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нам</w:t>
            </w:r>
            <w:r w:rsidRPr="0097061E">
              <w:rPr>
                <w:b/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звезда,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источник</w:t>
            </w:r>
            <w:r w:rsidRPr="0097061E">
              <w:rPr>
                <w:b/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света</w:t>
            </w:r>
            <w:r w:rsidRPr="0097061E">
              <w:rPr>
                <w:b/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тепла</w:t>
            </w:r>
            <w:r w:rsidRPr="0097061E">
              <w:rPr>
                <w:b/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для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всего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живого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на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Земле.</w:t>
            </w:r>
          </w:p>
        </w:tc>
        <w:tc>
          <w:tcPr>
            <w:tcW w:w="567" w:type="dxa"/>
          </w:tcPr>
          <w:p w14:paraId="518B1886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038BDD2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BD705C4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305204D" w14:textId="77777777" w:rsidR="00DD53E2" w:rsidRPr="0097061E" w:rsidRDefault="00DD53E2" w:rsidP="0097061E">
            <w:pPr>
              <w:pStyle w:val="TableParagraph"/>
              <w:spacing w:before="0"/>
              <w:ind w:left="55" w:right="44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6B4D341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Игра-соревнование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«Клуб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астрономов»: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зададим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друг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другу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вопросы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Солнечной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системе;</w:t>
            </w:r>
          </w:p>
        </w:tc>
        <w:tc>
          <w:tcPr>
            <w:tcW w:w="1134" w:type="dxa"/>
          </w:tcPr>
          <w:p w14:paraId="1219680B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опрос;</w:t>
            </w:r>
          </w:p>
        </w:tc>
        <w:tc>
          <w:tcPr>
            <w:tcW w:w="3560" w:type="dxa"/>
            <w:gridSpan w:val="2"/>
          </w:tcPr>
          <w:p w14:paraId="73B9291D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216B2371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263B5ABA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103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5BA9676C" w14:textId="77777777" w:rsidTr="001B4642">
        <w:trPr>
          <w:gridAfter w:val="1"/>
          <w:wAfter w:w="30" w:type="dxa"/>
          <w:trHeight w:val="909"/>
        </w:trPr>
        <w:tc>
          <w:tcPr>
            <w:tcW w:w="596" w:type="dxa"/>
          </w:tcPr>
          <w:p w14:paraId="7EA6211E" w14:textId="77777777" w:rsidR="00DD53E2" w:rsidRPr="0097061E" w:rsidRDefault="00DD53E2" w:rsidP="0097061E">
            <w:pPr>
              <w:pStyle w:val="TableParagraph"/>
              <w:spacing w:before="0"/>
              <w:ind w:left="17" w:right="8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977" w:type="dxa"/>
          </w:tcPr>
          <w:p w14:paraId="4651767B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position w:val="1"/>
                <w:sz w:val="24"/>
                <w:szCs w:val="24"/>
              </w:rPr>
              <w:t>Характеристика</w:t>
            </w:r>
            <w:r w:rsidRPr="0097061E">
              <w:rPr>
                <w:b/>
                <w:color w:val="191919" w:themeColor="background1" w:themeShade="1A"/>
                <w:spacing w:val="1"/>
                <w:position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position w:val="1"/>
                <w:sz w:val="24"/>
                <w:szCs w:val="24"/>
              </w:rPr>
              <w:t>планет</w:t>
            </w:r>
            <w:r w:rsidRPr="0097061E">
              <w:rPr>
                <w:b/>
                <w:color w:val="191919" w:themeColor="background1" w:themeShade="1A"/>
                <w:spacing w:val="1"/>
                <w:position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position w:val="1"/>
                <w:sz w:val="24"/>
                <w:szCs w:val="24"/>
              </w:rPr>
              <w:t>Солнечной</w:t>
            </w:r>
            <w:r w:rsidRPr="0097061E">
              <w:rPr>
                <w:b/>
                <w:color w:val="191919" w:themeColor="background1" w:themeShade="1A"/>
                <w:spacing w:val="1"/>
                <w:position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position w:val="1"/>
                <w:sz w:val="24"/>
                <w:szCs w:val="24"/>
              </w:rPr>
              <w:t>системы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 xml:space="preserve">. </w:t>
            </w:r>
            <w:r w:rsidRPr="0097061E">
              <w:rPr>
                <w:b/>
                <w:color w:val="191919" w:themeColor="background1" w:themeShade="1A"/>
                <w:position w:val="1"/>
                <w:sz w:val="24"/>
                <w:szCs w:val="24"/>
              </w:rPr>
              <w:t>Естественные</w:t>
            </w:r>
            <w:r w:rsidRPr="0097061E">
              <w:rPr>
                <w:b/>
                <w:color w:val="191919" w:themeColor="background1" w:themeShade="1A"/>
                <w:spacing w:val="1"/>
                <w:position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спутники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планет.</w:t>
            </w:r>
          </w:p>
        </w:tc>
        <w:tc>
          <w:tcPr>
            <w:tcW w:w="567" w:type="dxa"/>
          </w:tcPr>
          <w:p w14:paraId="3E3B2CD1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F33297C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8CB78E6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0E9FD53" w14:textId="77777777" w:rsidR="00DD53E2" w:rsidRPr="0097061E" w:rsidRDefault="00DD53E2" w:rsidP="0097061E">
            <w:pPr>
              <w:pStyle w:val="TableParagraph"/>
              <w:spacing w:before="0"/>
              <w:ind w:left="55" w:right="44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BA836F7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Игра-соревнование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«Клуб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астрономов»: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зададим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друг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другу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вопросы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Солнечной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системе;</w:t>
            </w:r>
          </w:p>
          <w:p w14:paraId="4F516517" w14:textId="77777777" w:rsidR="00DD53E2" w:rsidRPr="0097061E" w:rsidRDefault="00DD53E2" w:rsidP="0097061E">
            <w:pPr>
              <w:pStyle w:val="TableParagraph"/>
              <w:spacing w:before="0"/>
              <w:ind w:left="79" w:right="4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Обсуждение выступлений учащихся (дифференцированное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задание)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</w:t>
            </w:r>
            <w:r w:rsidRPr="0097061E">
              <w:rPr>
                <w:color w:val="191919" w:themeColor="background1" w:themeShade="1A"/>
                <w:spacing w:val="3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планетах;</w:t>
            </w:r>
          </w:p>
        </w:tc>
        <w:tc>
          <w:tcPr>
            <w:tcW w:w="1134" w:type="dxa"/>
          </w:tcPr>
          <w:p w14:paraId="00A00883" w14:textId="77777777" w:rsidR="00DD53E2" w:rsidRPr="0097061E" w:rsidRDefault="00DD53E2" w:rsidP="0097061E">
            <w:pPr>
              <w:pStyle w:val="TableParagraph"/>
              <w:spacing w:before="0"/>
              <w:ind w:left="79" w:right="143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Устный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опрос;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560" w:type="dxa"/>
            <w:gridSpan w:val="2"/>
          </w:tcPr>
          <w:p w14:paraId="16734550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5F36B89F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515597B2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104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152C4610" w14:textId="77777777" w:rsidTr="001B4642">
        <w:trPr>
          <w:gridAfter w:val="1"/>
          <w:wAfter w:w="30" w:type="dxa"/>
          <w:trHeight w:val="525"/>
        </w:trPr>
        <w:tc>
          <w:tcPr>
            <w:tcW w:w="596" w:type="dxa"/>
          </w:tcPr>
          <w:p w14:paraId="0CF17952" w14:textId="77777777" w:rsidR="00DD53E2" w:rsidRPr="0097061E" w:rsidRDefault="00DD53E2" w:rsidP="0097061E">
            <w:pPr>
              <w:pStyle w:val="TableParagraph"/>
              <w:spacing w:before="0"/>
              <w:ind w:left="17" w:right="8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2.3.</w:t>
            </w:r>
          </w:p>
        </w:tc>
        <w:tc>
          <w:tcPr>
            <w:tcW w:w="2977" w:type="dxa"/>
          </w:tcPr>
          <w:p w14:paraId="26C80586" w14:textId="77777777" w:rsidR="00DD53E2" w:rsidRPr="0097061E" w:rsidRDefault="00DD53E2" w:rsidP="0097061E">
            <w:pPr>
              <w:pStyle w:val="TableParagraph"/>
              <w:spacing w:before="0"/>
              <w:ind w:left="76" w:right="277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Смена</w:t>
            </w:r>
            <w:r w:rsidRPr="0097061E">
              <w:rPr>
                <w:b/>
                <w:color w:val="191919" w:themeColor="background1" w:themeShade="1A"/>
                <w:spacing w:val="13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дня</w:t>
            </w:r>
            <w:r w:rsidRPr="0097061E">
              <w:rPr>
                <w:b/>
                <w:color w:val="191919" w:themeColor="background1" w:themeShade="1A"/>
                <w:spacing w:val="3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13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ночи</w:t>
            </w:r>
            <w:r w:rsidRPr="0097061E">
              <w:rPr>
                <w:b/>
                <w:color w:val="191919" w:themeColor="background1" w:themeShade="1A"/>
                <w:spacing w:val="13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на</w:t>
            </w:r>
            <w:r w:rsidRPr="0097061E">
              <w:rPr>
                <w:b/>
                <w:color w:val="191919" w:themeColor="background1" w:themeShade="1A"/>
                <w:spacing w:val="13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Земле.</w:t>
            </w:r>
            <w:r w:rsidRPr="0097061E">
              <w:rPr>
                <w:b/>
                <w:color w:val="191919" w:themeColor="background1" w:themeShade="1A"/>
                <w:spacing w:val="13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Вращение</w:t>
            </w:r>
            <w:r w:rsidRPr="0097061E">
              <w:rPr>
                <w:b/>
                <w:color w:val="191919" w:themeColor="background1" w:themeShade="1A"/>
                <w:spacing w:val="13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Земли</w:t>
            </w:r>
            <w:r w:rsidRPr="0097061E">
              <w:rPr>
                <w:b/>
                <w:color w:val="191919" w:themeColor="background1" w:themeShade="1A"/>
                <w:spacing w:val="13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как</w:t>
            </w:r>
            <w:r w:rsidRPr="0097061E">
              <w:rPr>
                <w:b/>
                <w:color w:val="191919" w:themeColor="background1" w:themeShade="1A"/>
                <w:spacing w:val="13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z w:val="24"/>
                <w:szCs w:val="24"/>
              </w:rPr>
              <w:t>причина</w:t>
            </w:r>
            <w:r w:rsidRPr="0097061E">
              <w:rPr>
                <w:b/>
                <w:color w:val="191919" w:themeColor="background1" w:themeShade="1A"/>
                <w:spacing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смены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дня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ночи.</w:t>
            </w:r>
          </w:p>
        </w:tc>
        <w:tc>
          <w:tcPr>
            <w:tcW w:w="567" w:type="dxa"/>
          </w:tcPr>
          <w:p w14:paraId="6288AB23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01A462B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B029B09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2E02AA0C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74258EA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Рассматривание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обсуждение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схемы: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вращение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Земли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вокруг</w:t>
            </w:r>
            <w:r w:rsidRPr="0097061E">
              <w:rPr>
                <w:color w:val="191919" w:themeColor="background1" w:themeShade="1A"/>
                <w:spacing w:val="-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своей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оси</w:t>
            </w:r>
            <w:r w:rsidRPr="0097061E">
              <w:rPr>
                <w:color w:val="191919" w:themeColor="background1" w:themeShade="1A"/>
                <w:spacing w:val="35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—</w:t>
            </w:r>
            <w:r w:rsidRPr="0097061E">
              <w:rPr>
                <w:color w:val="191919" w:themeColor="background1" w:themeShade="1A"/>
                <w:spacing w:val="-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причина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смены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дня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ночи;</w:t>
            </w:r>
          </w:p>
        </w:tc>
        <w:tc>
          <w:tcPr>
            <w:tcW w:w="1134" w:type="dxa"/>
          </w:tcPr>
          <w:p w14:paraId="0759D896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опрос;</w:t>
            </w:r>
          </w:p>
        </w:tc>
        <w:tc>
          <w:tcPr>
            <w:tcW w:w="3560" w:type="dxa"/>
            <w:gridSpan w:val="2"/>
          </w:tcPr>
          <w:p w14:paraId="1CD6A239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711A333B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(Диск СD</w:t>
            </w:r>
            <w:proofErr w:type="gramStart"/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)  </w:t>
            </w:r>
            <w:hyperlink r:id="rId105" w:history="1">
              <w:r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  <w:proofErr w:type="gramEnd"/>
            </w:hyperlink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 /</w:t>
            </w:r>
          </w:p>
        </w:tc>
      </w:tr>
      <w:tr w:rsidR="00DD53E2" w:rsidRPr="0097061E" w14:paraId="0F597213" w14:textId="77777777" w:rsidTr="001B4642">
        <w:trPr>
          <w:gridAfter w:val="1"/>
          <w:wAfter w:w="30" w:type="dxa"/>
          <w:trHeight w:val="909"/>
        </w:trPr>
        <w:tc>
          <w:tcPr>
            <w:tcW w:w="596" w:type="dxa"/>
          </w:tcPr>
          <w:p w14:paraId="5E888F61" w14:textId="77777777" w:rsidR="00DD53E2" w:rsidRPr="0097061E" w:rsidRDefault="00DD53E2" w:rsidP="0097061E">
            <w:pPr>
              <w:pStyle w:val="TableParagraph"/>
              <w:spacing w:before="0"/>
              <w:ind w:left="17" w:right="8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2.4.</w:t>
            </w:r>
          </w:p>
        </w:tc>
        <w:tc>
          <w:tcPr>
            <w:tcW w:w="2977" w:type="dxa"/>
          </w:tcPr>
          <w:p w14:paraId="37F16597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Обращение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Земли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вокруг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Солнца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смена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времён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года.</w:t>
            </w:r>
          </w:p>
        </w:tc>
        <w:tc>
          <w:tcPr>
            <w:tcW w:w="567" w:type="dxa"/>
          </w:tcPr>
          <w:p w14:paraId="42D3142B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6B985F2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65463F8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E8BC668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3476F28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Рассматривание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обсуждение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схемы: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вращение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Земли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вокруг своей оси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— причина смены дня и ночи;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Рассматривание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обсуждение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proofErr w:type="gramStart"/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схемы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:вращение</w:t>
            </w:r>
            <w:proofErr w:type="gramEnd"/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Земли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вокруг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Солнца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смена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времён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года</w:t>
            </w:r>
          </w:p>
        </w:tc>
        <w:tc>
          <w:tcPr>
            <w:tcW w:w="1134" w:type="dxa"/>
          </w:tcPr>
          <w:p w14:paraId="6680103F" w14:textId="77777777" w:rsidR="00DD53E2" w:rsidRPr="0097061E" w:rsidRDefault="00DD53E2" w:rsidP="0097061E">
            <w:pPr>
              <w:pStyle w:val="TableParagraph"/>
              <w:spacing w:before="0"/>
              <w:ind w:left="79" w:right="44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Самооценка с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использованием</w:t>
            </w:r>
          </w:p>
          <w:p w14:paraId="59FC1C00" w14:textId="77777777" w:rsidR="00DD53E2" w:rsidRPr="0097061E" w:rsidRDefault="00DD53E2" w:rsidP="0097061E">
            <w:pPr>
              <w:pStyle w:val="TableParagraph"/>
              <w:spacing w:before="0"/>
              <w:ind w:left="79" w:right="23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«Оценочного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листа»;</w:t>
            </w:r>
          </w:p>
        </w:tc>
        <w:tc>
          <w:tcPr>
            <w:tcW w:w="3560" w:type="dxa"/>
            <w:gridSpan w:val="2"/>
          </w:tcPr>
          <w:p w14:paraId="37CB180C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05665B5B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42CB611D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106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26A2B0A5" w14:textId="77777777" w:rsidTr="001B4642">
        <w:trPr>
          <w:gridAfter w:val="1"/>
          <w:wAfter w:w="30" w:type="dxa"/>
          <w:trHeight w:val="717"/>
        </w:trPr>
        <w:tc>
          <w:tcPr>
            <w:tcW w:w="596" w:type="dxa"/>
          </w:tcPr>
          <w:p w14:paraId="757A02E3" w14:textId="77777777" w:rsidR="00DD53E2" w:rsidRPr="0097061E" w:rsidRDefault="00DD53E2" w:rsidP="0097061E">
            <w:pPr>
              <w:pStyle w:val="TableParagraph"/>
              <w:spacing w:before="0"/>
              <w:ind w:left="17" w:right="8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2.5.</w:t>
            </w:r>
          </w:p>
        </w:tc>
        <w:tc>
          <w:tcPr>
            <w:tcW w:w="2977" w:type="dxa"/>
          </w:tcPr>
          <w:p w14:paraId="64CDC350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Формы земной поверхности: равнины, горы, холмы, овраги</w:t>
            </w:r>
            <w:r w:rsidRPr="0097061E">
              <w:rPr>
                <w:b/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(общее</w:t>
            </w:r>
            <w:r w:rsidRPr="0097061E">
              <w:rPr>
                <w:b/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представление,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условное</w:t>
            </w:r>
            <w:r w:rsidRPr="0097061E">
              <w:rPr>
                <w:b/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обозначение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равнин</w:t>
            </w:r>
            <w:r w:rsidRPr="0097061E">
              <w:rPr>
                <w:b/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гор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на</w:t>
            </w:r>
            <w:r w:rsidRPr="0097061E">
              <w:rPr>
                <w:b/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карте).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Равнины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горы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России.</w:t>
            </w:r>
          </w:p>
        </w:tc>
        <w:tc>
          <w:tcPr>
            <w:tcW w:w="567" w:type="dxa"/>
          </w:tcPr>
          <w:p w14:paraId="44CAAFDA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EC9053B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0DA6366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5243E63" w14:textId="77777777" w:rsidR="00DD53E2" w:rsidRPr="0097061E" w:rsidRDefault="00DD53E2" w:rsidP="0097061E">
            <w:pPr>
              <w:pStyle w:val="TableParagraph"/>
              <w:spacing w:before="0"/>
              <w:ind w:left="55" w:right="44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5A7A1908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 с картой: равнины и горы на территории РФ,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крупнейшие</w:t>
            </w:r>
            <w:r w:rsidRPr="0097061E">
              <w:rPr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реки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озёра;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моря,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омывающие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Россию</w:t>
            </w:r>
          </w:p>
        </w:tc>
        <w:tc>
          <w:tcPr>
            <w:tcW w:w="1134" w:type="dxa"/>
          </w:tcPr>
          <w:p w14:paraId="191F232C" w14:textId="77777777" w:rsidR="00DD53E2" w:rsidRPr="0097061E" w:rsidRDefault="00DD53E2" w:rsidP="0097061E">
            <w:pPr>
              <w:pStyle w:val="TableParagraph"/>
              <w:spacing w:before="0"/>
              <w:ind w:left="79" w:right="143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Устный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опрос;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560" w:type="dxa"/>
            <w:gridSpan w:val="2"/>
          </w:tcPr>
          <w:p w14:paraId="5A950B9A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22EAEAC3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293D102F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107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 /</w:t>
            </w:r>
          </w:p>
        </w:tc>
      </w:tr>
      <w:tr w:rsidR="00DD53E2" w:rsidRPr="0097061E" w14:paraId="027E39A9" w14:textId="77777777" w:rsidTr="001B4642">
        <w:trPr>
          <w:gridAfter w:val="1"/>
          <w:wAfter w:w="30" w:type="dxa"/>
          <w:trHeight w:val="909"/>
        </w:trPr>
        <w:tc>
          <w:tcPr>
            <w:tcW w:w="596" w:type="dxa"/>
          </w:tcPr>
          <w:p w14:paraId="4A5F6E0D" w14:textId="77777777" w:rsidR="00DD53E2" w:rsidRPr="0097061E" w:rsidRDefault="00DD53E2" w:rsidP="0097061E">
            <w:pPr>
              <w:pStyle w:val="TableParagraph"/>
              <w:spacing w:before="0"/>
              <w:ind w:left="17" w:right="8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2.6.</w:t>
            </w:r>
          </w:p>
        </w:tc>
        <w:tc>
          <w:tcPr>
            <w:tcW w:w="2977" w:type="dxa"/>
          </w:tcPr>
          <w:p w14:paraId="4A0DC6D5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Особенности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поверхности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родного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края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(краткая</w:t>
            </w:r>
            <w:r w:rsidRPr="0097061E">
              <w:rPr>
                <w:b/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характеристика</w:t>
            </w:r>
            <w:r w:rsidRPr="0097061E">
              <w:rPr>
                <w:b/>
                <w:color w:val="191919" w:themeColor="background1" w:themeShade="1A"/>
                <w:spacing w:val="-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на</w:t>
            </w:r>
            <w:r w:rsidRPr="0097061E">
              <w:rPr>
                <w:b/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основе</w:t>
            </w:r>
            <w:r w:rsidRPr="0097061E">
              <w:rPr>
                <w:b/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наблюдений).</w:t>
            </w:r>
          </w:p>
        </w:tc>
        <w:tc>
          <w:tcPr>
            <w:tcW w:w="567" w:type="dxa"/>
          </w:tcPr>
          <w:p w14:paraId="0D91B89E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A6433B5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12063F8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2A80A4B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39FB9FB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 с картой: равнины и горы на территории РФ,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крупнейшие</w:t>
            </w:r>
            <w:r w:rsidRPr="0097061E">
              <w:rPr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реки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озёра;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моря,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омывающие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Россию;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Описание объектов родного края: название, место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расположения,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общая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характеристика;</w:t>
            </w:r>
          </w:p>
        </w:tc>
        <w:tc>
          <w:tcPr>
            <w:tcW w:w="1134" w:type="dxa"/>
          </w:tcPr>
          <w:p w14:paraId="51AED11D" w14:textId="77777777" w:rsidR="00DD53E2" w:rsidRPr="0097061E" w:rsidRDefault="00DD53E2" w:rsidP="0097061E">
            <w:pPr>
              <w:pStyle w:val="TableParagraph"/>
              <w:spacing w:before="0"/>
              <w:ind w:left="79" w:right="143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Устный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опрос;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560" w:type="dxa"/>
            <w:gridSpan w:val="2"/>
          </w:tcPr>
          <w:p w14:paraId="3A9913FC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1DA08B35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33092FDF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108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1A28F695" w14:textId="77777777" w:rsidTr="001B4642">
        <w:trPr>
          <w:gridAfter w:val="1"/>
          <w:wAfter w:w="30" w:type="dxa"/>
          <w:trHeight w:val="525"/>
        </w:trPr>
        <w:tc>
          <w:tcPr>
            <w:tcW w:w="596" w:type="dxa"/>
          </w:tcPr>
          <w:p w14:paraId="3F76ABFC" w14:textId="77777777" w:rsidR="00DD53E2" w:rsidRPr="0097061E" w:rsidRDefault="00DD53E2" w:rsidP="0097061E">
            <w:pPr>
              <w:pStyle w:val="TableParagraph"/>
              <w:spacing w:before="0"/>
              <w:ind w:left="17" w:right="8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2.7.</w:t>
            </w:r>
          </w:p>
        </w:tc>
        <w:tc>
          <w:tcPr>
            <w:tcW w:w="2977" w:type="dxa"/>
          </w:tcPr>
          <w:p w14:paraId="46B0C71A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Водоёмы,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их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разнообразие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(океан,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море,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озеро,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пруд);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река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lastRenderedPageBreak/>
              <w:t>как</w:t>
            </w:r>
            <w:r w:rsidRPr="0097061E">
              <w:rPr>
                <w:b/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водный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поток.</w:t>
            </w:r>
          </w:p>
        </w:tc>
        <w:tc>
          <w:tcPr>
            <w:tcW w:w="567" w:type="dxa"/>
          </w:tcPr>
          <w:p w14:paraId="06D31826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14:paraId="6B522C44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A790AF6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0A66CB1" w14:textId="77777777" w:rsidR="00DD53E2" w:rsidRPr="0097061E" w:rsidRDefault="00DD53E2" w:rsidP="0097061E">
            <w:pPr>
              <w:pStyle w:val="TableParagraph"/>
              <w:spacing w:before="0"/>
              <w:ind w:left="55" w:right="44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2BA4764D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 с картой: равнины и горы на территории РФ,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крупнейшие</w:t>
            </w:r>
            <w:r w:rsidRPr="0097061E">
              <w:rPr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реки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озёра;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моря,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lastRenderedPageBreak/>
              <w:t>омывающие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Россию;</w:t>
            </w:r>
          </w:p>
        </w:tc>
        <w:tc>
          <w:tcPr>
            <w:tcW w:w="1134" w:type="dxa"/>
          </w:tcPr>
          <w:p w14:paraId="5F5B440F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lastRenderedPageBreak/>
              <w:t>Устный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опрос;</w:t>
            </w:r>
          </w:p>
        </w:tc>
        <w:tc>
          <w:tcPr>
            <w:tcW w:w="3560" w:type="dxa"/>
            <w:gridSpan w:val="2"/>
          </w:tcPr>
          <w:p w14:paraId="4B4ED65B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2A8231E8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lastRenderedPageBreak/>
              <w:t xml:space="preserve">(Диск СD) </w:t>
            </w:r>
          </w:p>
          <w:p w14:paraId="5FC16ABE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109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191905C0" w14:textId="77777777" w:rsidTr="001B4642">
        <w:trPr>
          <w:gridAfter w:val="1"/>
          <w:wAfter w:w="30" w:type="dxa"/>
          <w:trHeight w:val="909"/>
        </w:trPr>
        <w:tc>
          <w:tcPr>
            <w:tcW w:w="596" w:type="dxa"/>
          </w:tcPr>
          <w:p w14:paraId="308879C3" w14:textId="77777777" w:rsidR="00DD53E2" w:rsidRPr="0097061E" w:rsidRDefault="00DD53E2" w:rsidP="0097061E">
            <w:pPr>
              <w:pStyle w:val="TableParagraph"/>
              <w:spacing w:before="0"/>
              <w:ind w:left="17" w:right="8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2977" w:type="dxa"/>
          </w:tcPr>
          <w:p w14:paraId="7EB3FA30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Крупнейшие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реки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озёра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России,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моря,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омывающие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её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берега,</w:t>
            </w:r>
            <w:r w:rsidRPr="0097061E">
              <w:rPr>
                <w:b/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океаны.</w:t>
            </w:r>
            <w:r w:rsidRPr="0097061E">
              <w:rPr>
                <w:b/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Использование</w:t>
            </w:r>
            <w:r w:rsidRPr="0097061E">
              <w:rPr>
                <w:b/>
                <w:color w:val="191919" w:themeColor="background1" w:themeShade="1A"/>
                <w:spacing w:val="3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человеком</w:t>
            </w:r>
            <w:r w:rsidRPr="0097061E">
              <w:rPr>
                <w:b/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водоёмов</w:t>
            </w:r>
            <w:r w:rsidRPr="0097061E">
              <w:rPr>
                <w:b/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рек.</w:t>
            </w:r>
          </w:p>
        </w:tc>
        <w:tc>
          <w:tcPr>
            <w:tcW w:w="567" w:type="dxa"/>
          </w:tcPr>
          <w:p w14:paraId="59920729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2299652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078AD3F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09AFB1D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64A06E56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Описание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объектов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родного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края: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название,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место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расположения,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общая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характеристика;</w:t>
            </w:r>
          </w:p>
          <w:p w14:paraId="79B5BB2C" w14:textId="77777777" w:rsidR="00DD53E2" w:rsidRPr="0097061E" w:rsidRDefault="00DD53E2" w:rsidP="0097061E">
            <w:pPr>
              <w:pStyle w:val="TableParagraph"/>
              <w:spacing w:before="0"/>
              <w:ind w:left="79" w:right="12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Учебный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диалог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«Как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люди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используют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водоёмы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реки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для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хозяйственной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деятельности»;</w:t>
            </w:r>
          </w:p>
        </w:tc>
        <w:tc>
          <w:tcPr>
            <w:tcW w:w="1134" w:type="dxa"/>
          </w:tcPr>
          <w:p w14:paraId="4BDA7055" w14:textId="77777777" w:rsidR="00DD53E2" w:rsidRPr="0097061E" w:rsidRDefault="00DD53E2" w:rsidP="0097061E">
            <w:pPr>
              <w:pStyle w:val="TableParagraph"/>
              <w:spacing w:before="0"/>
              <w:ind w:left="79" w:right="143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Устный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опрос;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работа;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Диктант;</w:t>
            </w:r>
          </w:p>
        </w:tc>
        <w:tc>
          <w:tcPr>
            <w:tcW w:w="3560" w:type="dxa"/>
            <w:gridSpan w:val="2"/>
          </w:tcPr>
          <w:p w14:paraId="161455B5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2528B8A7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2640A57A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110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 /</w:t>
            </w:r>
          </w:p>
        </w:tc>
      </w:tr>
      <w:tr w:rsidR="00DD53E2" w:rsidRPr="0097061E" w14:paraId="73514D19" w14:textId="77777777" w:rsidTr="001B4642">
        <w:trPr>
          <w:gridAfter w:val="1"/>
          <w:wAfter w:w="30" w:type="dxa"/>
          <w:trHeight w:val="525"/>
        </w:trPr>
        <w:tc>
          <w:tcPr>
            <w:tcW w:w="596" w:type="dxa"/>
          </w:tcPr>
          <w:p w14:paraId="6FFE54B7" w14:textId="77777777" w:rsidR="00DD53E2" w:rsidRPr="0097061E" w:rsidRDefault="00DD53E2" w:rsidP="0097061E">
            <w:pPr>
              <w:pStyle w:val="TableParagraph"/>
              <w:spacing w:before="0"/>
              <w:ind w:left="17" w:right="8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2.9.</w:t>
            </w:r>
          </w:p>
        </w:tc>
        <w:tc>
          <w:tcPr>
            <w:tcW w:w="2977" w:type="dxa"/>
          </w:tcPr>
          <w:p w14:paraId="0B04D2A4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Водоёмы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реки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родного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края: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названия,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краткая</w:t>
            </w:r>
            <w:r w:rsidRPr="0097061E">
              <w:rPr>
                <w:b/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характеристика.</w:t>
            </w:r>
          </w:p>
        </w:tc>
        <w:tc>
          <w:tcPr>
            <w:tcW w:w="567" w:type="dxa"/>
          </w:tcPr>
          <w:p w14:paraId="53118F41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3B19ADC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F8ED97E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63A7C03" w14:textId="77777777" w:rsidR="00DD53E2" w:rsidRPr="0097061E" w:rsidRDefault="00DD53E2" w:rsidP="0097061E">
            <w:pPr>
              <w:pStyle w:val="TableParagraph"/>
              <w:spacing w:before="0"/>
              <w:ind w:left="55" w:right="44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5CB42C45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Описание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объектов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родного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края: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название,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место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расположения,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общая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характеристика;</w:t>
            </w:r>
          </w:p>
        </w:tc>
        <w:tc>
          <w:tcPr>
            <w:tcW w:w="1134" w:type="dxa"/>
          </w:tcPr>
          <w:p w14:paraId="07134137" w14:textId="77777777" w:rsidR="00DD53E2" w:rsidRPr="0097061E" w:rsidRDefault="00DD53E2" w:rsidP="0097061E">
            <w:pPr>
              <w:pStyle w:val="TableParagraph"/>
              <w:spacing w:before="0"/>
              <w:ind w:left="79" w:right="263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Письменный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3560" w:type="dxa"/>
            <w:gridSpan w:val="2"/>
          </w:tcPr>
          <w:p w14:paraId="08B98EE9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51AC2F66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55A34315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111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741495C6" w14:textId="77777777" w:rsidTr="001B4642">
        <w:trPr>
          <w:gridAfter w:val="2"/>
          <w:wAfter w:w="46" w:type="dxa"/>
          <w:trHeight w:val="717"/>
        </w:trPr>
        <w:tc>
          <w:tcPr>
            <w:tcW w:w="596" w:type="dxa"/>
          </w:tcPr>
          <w:p w14:paraId="1107BB6F" w14:textId="77777777" w:rsidR="00DD53E2" w:rsidRPr="0097061E" w:rsidRDefault="00DD53E2" w:rsidP="0097061E">
            <w:pPr>
              <w:pStyle w:val="TableParagraph"/>
              <w:spacing w:before="0"/>
              <w:ind w:left="55" w:right="43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2.10.</w:t>
            </w:r>
          </w:p>
        </w:tc>
        <w:tc>
          <w:tcPr>
            <w:tcW w:w="2977" w:type="dxa"/>
          </w:tcPr>
          <w:p w14:paraId="70AE54D5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Наиболее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значимые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природные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объекты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списка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Всемирного</w:t>
            </w:r>
            <w:r w:rsidRPr="0097061E">
              <w:rPr>
                <w:b/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наследия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России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 </w:t>
            </w:r>
            <w:proofErr w:type="spellStart"/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зарубежом</w:t>
            </w:r>
            <w:proofErr w:type="spellEnd"/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6AF96277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C436F6E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216C712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EDFDDF8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6D536A87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Обсуждение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результатов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проектной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деятельности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теме</w:t>
            </w:r>
          </w:p>
          <w:p w14:paraId="342AAB90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«Объекты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Всемирного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наследия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России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мире»;</w:t>
            </w:r>
          </w:p>
        </w:tc>
        <w:tc>
          <w:tcPr>
            <w:tcW w:w="1134" w:type="dxa"/>
          </w:tcPr>
          <w:p w14:paraId="64048A27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опрос;</w:t>
            </w:r>
          </w:p>
        </w:tc>
        <w:tc>
          <w:tcPr>
            <w:tcW w:w="3544" w:type="dxa"/>
          </w:tcPr>
          <w:p w14:paraId="1D34E804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11B59FDF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7FC2ED3F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112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  <w:r w:rsidR="00DD53E2"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 /</w:t>
            </w:r>
          </w:p>
        </w:tc>
      </w:tr>
      <w:tr w:rsidR="00DD53E2" w:rsidRPr="0097061E" w14:paraId="01AF5282" w14:textId="77777777" w:rsidTr="001B4642">
        <w:trPr>
          <w:gridAfter w:val="2"/>
          <w:wAfter w:w="46" w:type="dxa"/>
          <w:trHeight w:val="717"/>
        </w:trPr>
        <w:tc>
          <w:tcPr>
            <w:tcW w:w="596" w:type="dxa"/>
          </w:tcPr>
          <w:p w14:paraId="54C2D1ED" w14:textId="77777777" w:rsidR="00DD53E2" w:rsidRPr="0097061E" w:rsidRDefault="00DD53E2" w:rsidP="0097061E">
            <w:pPr>
              <w:pStyle w:val="TableParagraph"/>
              <w:spacing w:before="0"/>
              <w:ind w:left="55" w:right="43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2.11.</w:t>
            </w:r>
          </w:p>
        </w:tc>
        <w:tc>
          <w:tcPr>
            <w:tcW w:w="2977" w:type="dxa"/>
          </w:tcPr>
          <w:p w14:paraId="50FC5AD2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Охрана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природных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богатств: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воды,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воздуха,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полезных</w:t>
            </w:r>
            <w:r w:rsidRPr="0097061E">
              <w:rPr>
                <w:b/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ископаемых,</w:t>
            </w:r>
            <w:r w:rsidRPr="0097061E">
              <w:rPr>
                <w:b/>
                <w:color w:val="191919" w:themeColor="background1" w:themeShade="1A"/>
                <w:spacing w:val="-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растительного</w:t>
            </w:r>
            <w:r w:rsidRPr="0097061E">
              <w:rPr>
                <w:b/>
                <w:color w:val="191919" w:themeColor="background1" w:themeShade="1A"/>
                <w:spacing w:val="-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животного</w:t>
            </w:r>
            <w:r w:rsidRPr="0097061E">
              <w:rPr>
                <w:b/>
                <w:color w:val="191919" w:themeColor="background1" w:themeShade="1A"/>
                <w:spacing w:val="-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мира.</w:t>
            </w:r>
          </w:p>
          <w:p w14:paraId="7C350F70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Международная</w:t>
            </w:r>
            <w:r w:rsidRPr="0097061E">
              <w:rPr>
                <w:b/>
                <w:color w:val="191919" w:themeColor="background1" w:themeShade="1A"/>
                <w:spacing w:val="2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Красная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книга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(3—4</w:t>
            </w:r>
            <w:r w:rsidRPr="0097061E">
              <w:rPr>
                <w:b/>
                <w:color w:val="191919" w:themeColor="background1" w:themeShade="1A"/>
                <w:spacing w:val="2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примера).</w:t>
            </w:r>
          </w:p>
        </w:tc>
        <w:tc>
          <w:tcPr>
            <w:tcW w:w="567" w:type="dxa"/>
          </w:tcPr>
          <w:p w14:paraId="1A9E4422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4A89D59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3A946BC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00B673F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084CAA2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Рассказ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учителя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Международной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Красной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книге;</w:t>
            </w:r>
          </w:p>
          <w:p w14:paraId="715E6E28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</w:t>
            </w:r>
            <w:r w:rsidRPr="0097061E">
              <w:rPr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группах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«Составление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памятки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«Правила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поведения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природе»;</w:t>
            </w:r>
          </w:p>
        </w:tc>
        <w:tc>
          <w:tcPr>
            <w:tcW w:w="1134" w:type="dxa"/>
          </w:tcPr>
          <w:p w14:paraId="4EB4F568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Устный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опрос;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Письменный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3544" w:type="dxa"/>
          </w:tcPr>
          <w:p w14:paraId="0F3780CF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5F55397F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638BB518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113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319E1F8F" w14:textId="77777777" w:rsidTr="001B4642">
        <w:trPr>
          <w:gridAfter w:val="1"/>
          <w:wAfter w:w="30" w:type="dxa"/>
          <w:trHeight w:val="633"/>
        </w:trPr>
        <w:tc>
          <w:tcPr>
            <w:tcW w:w="596" w:type="dxa"/>
          </w:tcPr>
          <w:p w14:paraId="3DFCF136" w14:textId="77777777" w:rsidR="00DD53E2" w:rsidRPr="0097061E" w:rsidRDefault="00DD53E2" w:rsidP="0097061E">
            <w:pPr>
              <w:pStyle w:val="TableParagraph"/>
              <w:spacing w:before="0"/>
              <w:ind w:left="55" w:right="79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2.12</w:t>
            </w:r>
          </w:p>
        </w:tc>
        <w:tc>
          <w:tcPr>
            <w:tcW w:w="2977" w:type="dxa"/>
          </w:tcPr>
          <w:p w14:paraId="2BBE7000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Правила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нравственного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поведения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природе.</w:t>
            </w:r>
          </w:p>
        </w:tc>
        <w:tc>
          <w:tcPr>
            <w:tcW w:w="567" w:type="dxa"/>
          </w:tcPr>
          <w:p w14:paraId="43DB7024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469DB23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C08A12E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21C6F3F" w14:textId="77777777" w:rsidR="00DD53E2" w:rsidRPr="0097061E" w:rsidRDefault="00DD53E2" w:rsidP="0097061E">
            <w:pPr>
              <w:pStyle w:val="TableParagraph"/>
              <w:spacing w:before="0"/>
              <w:ind w:left="55" w:right="44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47E4C8BC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</w:t>
            </w:r>
            <w:r w:rsidRPr="0097061E">
              <w:rPr>
                <w:color w:val="191919" w:themeColor="background1" w:themeShade="1A"/>
                <w:spacing w:val="-10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группах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«Составление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памятки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«Правила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поведения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природе»;</w:t>
            </w:r>
          </w:p>
        </w:tc>
        <w:tc>
          <w:tcPr>
            <w:tcW w:w="1134" w:type="dxa"/>
          </w:tcPr>
          <w:p w14:paraId="2EF5B016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опрос;</w:t>
            </w:r>
          </w:p>
        </w:tc>
        <w:tc>
          <w:tcPr>
            <w:tcW w:w="3560" w:type="dxa"/>
            <w:gridSpan w:val="2"/>
          </w:tcPr>
          <w:p w14:paraId="22710307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648DDE82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  </w:t>
            </w:r>
            <w:hyperlink r:id="rId114" w:history="1">
              <w:r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 /</w:t>
            </w:r>
          </w:p>
        </w:tc>
      </w:tr>
      <w:tr w:rsidR="00DD53E2" w:rsidRPr="0097061E" w14:paraId="51588A1E" w14:textId="77777777" w:rsidTr="001B4642">
        <w:trPr>
          <w:gridAfter w:val="1"/>
          <w:wAfter w:w="30" w:type="dxa"/>
          <w:trHeight w:val="1293"/>
        </w:trPr>
        <w:tc>
          <w:tcPr>
            <w:tcW w:w="596" w:type="dxa"/>
          </w:tcPr>
          <w:p w14:paraId="1A2D6DDE" w14:textId="77777777" w:rsidR="00DD53E2" w:rsidRPr="0097061E" w:rsidRDefault="00DD53E2" w:rsidP="0097061E">
            <w:pPr>
              <w:pStyle w:val="TableParagraph"/>
              <w:spacing w:before="0"/>
              <w:ind w:left="55" w:right="79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2.13</w:t>
            </w:r>
          </w:p>
        </w:tc>
        <w:tc>
          <w:tcPr>
            <w:tcW w:w="2977" w:type="dxa"/>
          </w:tcPr>
          <w:p w14:paraId="5BDCAAF9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Природные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зоны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России: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общее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представление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об</w:t>
            </w:r>
          </w:p>
          <w:p w14:paraId="3B97FDAE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proofErr w:type="gramStart"/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основных</w:t>
            </w:r>
            <w:proofErr w:type="gramEnd"/>
            <w:r w:rsidRPr="0097061E">
              <w:rPr>
                <w:b/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position w:val="1"/>
                <w:sz w:val="24"/>
                <w:szCs w:val="24"/>
              </w:rPr>
              <w:t>природных</w:t>
            </w:r>
            <w:r w:rsidRPr="0097061E">
              <w:rPr>
                <w:b/>
                <w:color w:val="191919" w:themeColor="background1" w:themeShade="1A"/>
                <w:spacing w:val="-10"/>
                <w:w w:val="105"/>
                <w:position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position w:val="1"/>
                <w:sz w:val="24"/>
                <w:szCs w:val="24"/>
              </w:rPr>
              <w:t>зонах</w:t>
            </w:r>
            <w:r w:rsidRPr="0097061E">
              <w:rPr>
                <w:b/>
                <w:color w:val="191919" w:themeColor="background1" w:themeShade="1A"/>
                <w:spacing w:val="-10"/>
                <w:w w:val="105"/>
                <w:position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position w:val="1"/>
                <w:sz w:val="24"/>
                <w:szCs w:val="24"/>
              </w:rPr>
              <w:t>России:</w:t>
            </w:r>
            <w:r w:rsidRPr="0097061E">
              <w:rPr>
                <w:b/>
                <w:color w:val="191919" w:themeColor="background1" w:themeShade="1A"/>
                <w:spacing w:val="-10"/>
                <w:w w:val="105"/>
                <w:position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position w:val="1"/>
                <w:sz w:val="24"/>
                <w:szCs w:val="24"/>
              </w:rPr>
              <w:t>климат,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position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position w:val="1"/>
                <w:sz w:val="24"/>
                <w:szCs w:val="24"/>
              </w:rPr>
              <w:t>растительный</w:t>
            </w:r>
            <w:r w:rsidRPr="0097061E">
              <w:rPr>
                <w:b/>
                <w:color w:val="191919" w:themeColor="background1" w:themeShade="1A"/>
                <w:spacing w:val="-10"/>
                <w:w w:val="105"/>
                <w:position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position w:val="1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-36"/>
                <w:w w:val="105"/>
                <w:position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 xml:space="preserve">животный мир, особенности труда и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lastRenderedPageBreak/>
              <w:t>быта людей, охрана</w:t>
            </w:r>
            <w:r w:rsidRPr="0097061E">
              <w:rPr>
                <w:b/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природы.</w:t>
            </w:r>
          </w:p>
        </w:tc>
        <w:tc>
          <w:tcPr>
            <w:tcW w:w="567" w:type="dxa"/>
          </w:tcPr>
          <w:p w14:paraId="50EBD347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lastRenderedPageBreak/>
              <w:t>5</w:t>
            </w:r>
          </w:p>
        </w:tc>
        <w:tc>
          <w:tcPr>
            <w:tcW w:w="850" w:type="dxa"/>
          </w:tcPr>
          <w:p w14:paraId="0215272F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08CE821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8B1FA5B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1EDE40A8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Моделирование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характерных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цепей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питания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изучаемой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природной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зоне;</w:t>
            </w:r>
          </w:p>
          <w:p w14:paraId="4F633E54" w14:textId="77777777" w:rsidR="00DD53E2" w:rsidRPr="0097061E" w:rsidRDefault="00DD53E2" w:rsidP="0097061E">
            <w:pPr>
              <w:pStyle w:val="TableParagraph"/>
              <w:spacing w:before="0"/>
              <w:ind w:left="79" w:right="88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Учебный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диалог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«Экологические;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связи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природной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зоне</w:t>
            </w:r>
            <w:proofErr w:type="gramStart"/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»;;</w:t>
            </w:r>
            <w:proofErr w:type="gramEnd"/>
          </w:p>
        </w:tc>
        <w:tc>
          <w:tcPr>
            <w:tcW w:w="1134" w:type="dxa"/>
          </w:tcPr>
          <w:p w14:paraId="2D5AF96E" w14:textId="77777777" w:rsidR="00DD53E2" w:rsidRPr="0097061E" w:rsidRDefault="00DD53E2" w:rsidP="0097061E">
            <w:pPr>
              <w:pStyle w:val="TableParagraph"/>
              <w:spacing w:before="0"/>
              <w:ind w:left="79" w:right="21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Контрольная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работа;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Зачет;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560" w:type="dxa"/>
            <w:gridSpan w:val="2"/>
          </w:tcPr>
          <w:p w14:paraId="161FAD6E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584D1ED7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21A4FBB1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115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5BFFE74C" w14:textId="77777777" w:rsidTr="001B4642">
        <w:trPr>
          <w:gridAfter w:val="1"/>
          <w:wAfter w:w="30" w:type="dxa"/>
          <w:trHeight w:val="525"/>
        </w:trPr>
        <w:tc>
          <w:tcPr>
            <w:tcW w:w="596" w:type="dxa"/>
          </w:tcPr>
          <w:p w14:paraId="4CB7926A" w14:textId="77777777" w:rsidR="00DD53E2" w:rsidRPr="0097061E" w:rsidRDefault="00DD53E2" w:rsidP="0097061E">
            <w:pPr>
              <w:pStyle w:val="TableParagraph"/>
              <w:spacing w:before="0"/>
              <w:ind w:left="55" w:right="43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lastRenderedPageBreak/>
              <w:t>2.14.</w:t>
            </w:r>
          </w:p>
        </w:tc>
        <w:tc>
          <w:tcPr>
            <w:tcW w:w="2977" w:type="dxa"/>
          </w:tcPr>
          <w:p w14:paraId="3978CD77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Связи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природной</w:t>
            </w:r>
            <w:r w:rsidRPr="0097061E">
              <w:rPr>
                <w:b/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зоне.</w:t>
            </w:r>
          </w:p>
        </w:tc>
        <w:tc>
          <w:tcPr>
            <w:tcW w:w="567" w:type="dxa"/>
          </w:tcPr>
          <w:p w14:paraId="6A6F29B7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5A0495E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12B669A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90BF869" w14:textId="77777777" w:rsidR="00DD53E2" w:rsidRPr="0097061E" w:rsidRDefault="00DD53E2" w:rsidP="0097061E">
            <w:pPr>
              <w:pStyle w:val="TableParagraph"/>
              <w:spacing w:before="0"/>
              <w:ind w:left="55" w:right="44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B45C584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Моделирование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характерных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цепей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питания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изучаемой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природной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зоне;</w:t>
            </w:r>
          </w:p>
        </w:tc>
        <w:tc>
          <w:tcPr>
            <w:tcW w:w="1134" w:type="dxa"/>
          </w:tcPr>
          <w:p w14:paraId="0EB7059D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опрос;</w:t>
            </w:r>
          </w:p>
        </w:tc>
        <w:tc>
          <w:tcPr>
            <w:tcW w:w="3560" w:type="dxa"/>
            <w:gridSpan w:val="2"/>
          </w:tcPr>
          <w:p w14:paraId="1E5F1567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40C4E131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  <w:hyperlink r:id="rId116" w:history="1">
              <w:r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3237AC6E" w14:textId="77777777" w:rsidTr="001B4642">
        <w:trPr>
          <w:gridAfter w:val="1"/>
          <w:wAfter w:w="30" w:type="dxa"/>
          <w:trHeight w:val="333"/>
        </w:trPr>
        <w:tc>
          <w:tcPr>
            <w:tcW w:w="3573" w:type="dxa"/>
            <w:gridSpan w:val="2"/>
          </w:tcPr>
          <w:p w14:paraId="035927EE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Итого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67" w:type="dxa"/>
          </w:tcPr>
          <w:p w14:paraId="0E5D765C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24</w:t>
            </w:r>
          </w:p>
        </w:tc>
        <w:tc>
          <w:tcPr>
            <w:tcW w:w="11356" w:type="dxa"/>
            <w:gridSpan w:val="8"/>
          </w:tcPr>
          <w:p w14:paraId="329250EF" w14:textId="77777777" w:rsidR="00DD53E2" w:rsidRPr="0097061E" w:rsidRDefault="00DD53E2" w:rsidP="0097061E">
            <w:pPr>
              <w:pStyle w:val="TableParagraph"/>
              <w:spacing w:before="0"/>
              <w:ind w:left="0"/>
              <w:rPr>
                <w:color w:val="191919" w:themeColor="background1" w:themeShade="1A"/>
                <w:sz w:val="24"/>
                <w:szCs w:val="24"/>
              </w:rPr>
            </w:pPr>
          </w:p>
        </w:tc>
      </w:tr>
      <w:tr w:rsidR="00DD53E2" w:rsidRPr="0097061E" w14:paraId="26F90720" w14:textId="77777777" w:rsidTr="001B4642">
        <w:trPr>
          <w:gridAfter w:val="1"/>
          <w:wAfter w:w="30" w:type="dxa"/>
          <w:trHeight w:val="333"/>
        </w:trPr>
        <w:tc>
          <w:tcPr>
            <w:tcW w:w="15496" w:type="dxa"/>
            <w:gridSpan w:val="11"/>
          </w:tcPr>
          <w:p w14:paraId="1CDEB601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Раздел</w:t>
            </w:r>
            <w:r w:rsidRPr="0097061E">
              <w:rPr>
                <w:color w:val="191919" w:themeColor="background1" w:themeShade="1A"/>
                <w:spacing w:val="-5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3.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Правила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безопасной</w:t>
            </w:r>
            <w:r w:rsidRPr="0097061E">
              <w:rPr>
                <w:b/>
                <w:color w:val="191919" w:themeColor="background1" w:themeShade="1A"/>
                <w:spacing w:val="-4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жизни.</w:t>
            </w:r>
          </w:p>
        </w:tc>
      </w:tr>
      <w:tr w:rsidR="00DD53E2" w:rsidRPr="0097061E" w14:paraId="4AED41AE" w14:textId="77777777" w:rsidTr="001B4642">
        <w:trPr>
          <w:gridAfter w:val="1"/>
          <w:wAfter w:w="30" w:type="dxa"/>
          <w:trHeight w:val="525"/>
        </w:trPr>
        <w:tc>
          <w:tcPr>
            <w:tcW w:w="596" w:type="dxa"/>
          </w:tcPr>
          <w:p w14:paraId="3A932A65" w14:textId="77777777" w:rsidR="00DD53E2" w:rsidRPr="0097061E" w:rsidRDefault="00DD53E2" w:rsidP="0097061E">
            <w:pPr>
              <w:pStyle w:val="TableParagraph"/>
              <w:spacing w:before="0"/>
              <w:ind w:left="17" w:right="80"/>
              <w:jc w:val="center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3.1.</w:t>
            </w:r>
          </w:p>
        </w:tc>
        <w:tc>
          <w:tcPr>
            <w:tcW w:w="2977" w:type="dxa"/>
          </w:tcPr>
          <w:p w14:paraId="3ACE4161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Здоровый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образ</w:t>
            </w:r>
            <w:r w:rsidRPr="0097061E">
              <w:rPr>
                <w:b/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жизни:</w:t>
            </w:r>
            <w:r w:rsidRPr="0097061E">
              <w:rPr>
                <w:b/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профилактика</w:t>
            </w:r>
            <w:r w:rsidRPr="0097061E">
              <w:rPr>
                <w:b/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вредных</w:t>
            </w:r>
            <w:r w:rsidRPr="0097061E">
              <w:rPr>
                <w:b/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привычек.</w:t>
            </w:r>
          </w:p>
        </w:tc>
        <w:tc>
          <w:tcPr>
            <w:tcW w:w="567" w:type="dxa"/>
          </w:tcPr>
          <w:p w14:paraId="15AEF42B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3D9C57F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47A9BF7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EBE0BE6" w14:textId="77777777" w:rsidR="00DD53E2" w:rsidRPr="0097061E" w:rsidRDefault="00DD53E2" w:rsidP="0097061E">
            <w:pPr>
              <w:pStyle w:val="TableParagraph"/>
              <w:spacing w:before="0"/>
              <w:ind w:left="55" w:right="44"/>
              <w:jc w:val="center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BDB671A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Учебный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диалог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«Послушаем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друг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друга: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как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я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выполняю</w:t>
            </w:r>
            <w:r w:rsidRPr="0097061E">
              <w:rPr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правила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безопасной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жизни»;</w:t>
            </w:r>
          </w:p>
        </w:tc>
        <w:tc>
          <w:tcPr>
            <w:tcW w:w="1134" w:type="dxa"/>
          </w:tcPr>
          <w:p w14:paraId="7B0EFD53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опрос;</w:t>
            </w:r>
          </w:p>
        </w:tc>
        <w:tc>
          <w:tcPr>
            <w:tcW w:w="3560" w:type="dxa"/>
            <w:gridSpan w:val="2"/>
          </w:tcPr>
          <w:p w14:paraId="091951CA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2B6376F2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21D6DD1C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117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120CFC85" w14:textId="77777777" w:rsidTr="001B4642">
        <w:trPr>
          <w:gridAfter w:val="1"/>
          <w:wAfter w:w="30" w:type="dxa"/>
          <w:trHeight w:val="1293"/>
        </w:trPr>
        <w:tc>
          <w:tcPr>
            <w:tcW w:w="596" w:type="dxa"/>
          </w:tcPr>
          <w:p w14:paraId="0AFD8722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3.2.</w:t>
            </w:r>
          </w:p>
        </w:tc>
        <w:tc>
          <w:tcPr>
            <w:tcW w:w="2977" w:type="dxa"/>
          </w:tcPr>
          <w:p w14:paraId="3B35CB70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Безопасность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городе.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Планирование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безопасных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маршрутов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правила</w:t>
            </w:r>
            <w:r w:rsidRPr="0097061E">
              <w:rPr>
                <w:b/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безопасного</w:t>
            </w:r>
            <w:r w:rsidRPr="0097061E">
              <w:rPr>
                <w:b/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поведения</w:t>
            </w:r>
            <w:r w:rsidRPr="0097061E">
              <w:rPr>
                <w:b/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велосипедиста</w:t>
            </w:r>
            <w:r w:rsidRPr="0097061E">
              <w:rPr>
                <w:b/>
                <w:color w:val="191919" w:themeColor="background1" w:themeShade="1A"/>
                <w:spacing w:val="-3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(дорожные</w:t>
            </w:r>
          </w:p>
          <w:p w14:paraId="19CA6859" w14:textId="77777777" w:rsidR="00DD53E2" w:rsidRPr="0097061E" w:rsidRDefault="00DD53E2" w:rsidP="0097061E">
            <w:pPr>
              <w:pStyle w:val="TableParagraph"/>
              <w:spacing w:before="0"/>
              <w:ind w:left="76" w:right="768"/>
              <w:rPr>
                <w:b/>
                <w:color w:val="191919" w:themeColor="background1" w:themeShade="1A"/>
                <w:sz w:val="24"/>
                <w:szCs w:val="24"/>
              </w:rPr>
            </w:pPr>
            <w:proofErr w:type="gramStart"/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знаки</w:t>
            </w:r>
            <w:proofErr w:type="gramEnd"/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 xml:space="preserve">, дорожная разметка, сигналы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position w:val="1"/>
                <w:sz w:val="24"/>
                <w:szCs w:val="24"/>
              </w:rPr>
              <w:t xml:space="preserve">и средства </w:t>
            </w:r>
            <w:r w:rsidRPr="0097061E">
              <w:rPr>
                <w:b/>
                <w:color w:val="191919" w:themeColor="background1" w:themeShade="1A"/>
                <w:w w:val="105"/>
                <w:position w:val="1"/>
                <w:sz w:val="24"/>
                <w:szCs w:val="24"/>
              </w:rPr>
              <w:t>защиты</w:t>
            </w:r>
            <w:r w:rsidRPr="0097061E">
              <w:rPr>
                <w:b/>
                <w:color w:val="191919" w:themeColor="background1" w:themeShade="1A"/>
                <w:spacing w:val="-38"/>
                <w:w w:val="105"/>
                <w:position w:val="1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велосипедиста).</w:t>
            </w:r>
          </w:p>
        </w:tc>
        <w:tc>
          <w:tcPr>
            <w:tcW w:w="567" w:type="dxa"/>
          </w:tcPr>
          <w:p w14:paraId="0511DDF3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97C6EEC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5B81DB0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357CD7F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2A732B79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 в группах: составление текста по теме, «Какие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опасности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можно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встретить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на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улице,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зонах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отдыха,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общественных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местах»;</w:t>
            </w:r>
          </w:p>
          <w:p w14:paraId="1F578C7D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Ролевая игра по теме «Знаем ли мы правила езды на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велосипеде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(роли: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велосипедисты,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сотрудники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ГИБДД,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маленькие</w:t>
            </w: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дети);</w:t>
            </w:r>
          </w:p>
        </w:tc>
        <w:tc>
          <w:tcPr>
            <w:tcW w:w="1134" w:type="dxa"/>
          </w:tcPr>
          <w:p w14:paraId="7CB54E7B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Устный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опрос;</w:t>
            </w:r>
          </w:p>
        </w:tc>
        <w:tc>
          <w:tcPr>
            <w:tcW w:w="3560" w:type="dxa"/>
            <w:gridSpan w:val="2"/>
          </w:tcPr>
          <w:p w14:paraId="5290B1EE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1406CB02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63A6D382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118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496C34EC" w14:textId="77777777" w:rsidTr="001B4642">
        <w:trPr>
          <w:gridAfter w:val="1"/>
          <w:wAfter w:w="30" w:type="dxa"/>
          <w:trHeight w:val="1101"/>
        </w:trPr>
        <w:tc>
          <w:tcPr>
            <w:tcW w:w="596" w:type="dxa"/>
          </w:tcPr>
          <w:p w14:paraId="17402913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3.3.</w:t>
            </w:r>
          </w:p>
        </w:tc>
        <w:tc>
          <w:tcPr>
            <w:tcW w:w="2977" w:type="dxa"/>
          </w:tcPr>
          <w:p w14:paraId="13747E92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Безопасность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Интернете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spacing w:val="-1"/>
                <w:w w:val="105"/>
                <w:sz w:val="24"/>
                <w:szCs w:val="24"/>
              </w:rPr>
              <w:t>(поиск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достоверной</w:t>
            </w:r>
            <w:r w:rsidRPr="0097061E">
              <w:rPr>
                <w:b/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информации</w:t>
            </w:r>
            <w:r w:rsidRPr="0097061E">
              <w:rPr>
                <w:b/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position w:val="1"/>
                <w:sz w:val="24"/>
                <w:szCs w:val="24"/>
              </w:rPr>
              <w:t xml:space="preserve">опознание государственных образовательных ресурсов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</w:t>
            </w:r>
            <w:r w:rsidRPr="0097061E">
              <w:rPr>
                <w:b/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детских развлекательных порталов) в условиях</w:t>
            </w:r>
            <w:r w:rsidRPr="0097061E">
              <w:rPr>
                <w:b/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контролируемого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доступа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в</w:t>
            </w:r>
            <w:r w:rsidRPr="0097061E">
              <w:rPr>
                <w:b/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b/>
                <w:color w:val="191919" w:themeColor="background1" w:themeShade="1A"/>
                <w:w w:val="105"/>
                <w:sz w:val="24"/>
                <w:szCs w:val="24"/>
              </w:rPr>
              <w:t>Интернет.</w:t>
            </w:r>
          </w:p>
        </w:tc>
        <w:tc>
          <w:tcPr>
            <w:tcW w:w="567" w:type="dxa"/>
          </w:tcPr>
          <w:p w14:paraId="77285125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0BDFBCA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3715E41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F39D6B4" w14:textId="77777777" w:rsidR="00DD53E2" w:rsidRPr="0097061E" w:rsidRDefault="00DD53E2" w:rsidP="0097061E">
            <w:pPr>
              <w:pStyle w:val="TableParagraph"/>
              <w:spacing w:before="0"/>
              <w:ind w:left="79"/>
              <w:rPr>
                <w:color w:val="191919" w:themeColor="background1" w:themeShade="1A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48EE913B" w14:textId="77777777" w:rsidR="00DD53E2" w:rsidRPr="0097061E" w:rsidRDefault="00DD53E2" w:rsidP="0097061E">
            <w:pPr>
              <w:pStyle w:val="TableParagraph"/>
              <w:spacing w:before="0"/>
              <w:ind w:left="79" w:right="12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Рассказ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учителя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теме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«Чем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может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быть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опасен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Интернет. Как правильно искать информацию в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Интернете»;</w:t>
            </w:r>
          </w:p>
        </w:tc>
        <w:tc>
          <w:tcPr>
            <w:tcW w:w="1134" w:type="dxa"/>
          </w:tcPr>
          <w:p w14:paraId="0346561C" w14:textId="77777777" w:rsidR="00DD53E2" w:rsidRPr="0097061E" w:rsidRDefault="00DD53E2" w:rsidP="0097061E">
            <w:pPr>
              <w:pStyle w:val="TableParagraph"/>
              <w:spacing w:before="0"/>
              <w:ind w:left="79" w:right="143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2"/>
                <w:w w:val="105"/>
                <w:sz w:val="24"/>
                <w:szCs w:val="24"/>
              </w:rPr>
              <w:t xml:space="preserve">Устный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опрос;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Контрольная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работа;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Практическая</w:t>
            </w:r>
            <w:r w:rsidRPr="0097061E">
              <w:rPr>
                <w:color w:val="191919" w:themeColor="background1" w:themeShade="1A"/>
                <w:spacing w:val="1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560" w:type="dxa"/>
            <w:gridSpan w:val="2"/>
          </w:tcPr>
          <w:p w14:paraId="3C622333" w14:textId="77777777" w:rsidR="00DD53E2" w:rsidRPr="0097061E" w:rsidRDefault="00DD53E2" w:rsidP="0097061E">
            <w:pPr>
              <w:pStyle w:val="TableParagraph"/>
              <w:spacing w:before="0"/>
              <w:ind w:left="81" w:right="212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Электронное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приложение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к</w:t>
            </w:r>
            <w:r w:rsidRPr="0097061E">
              <w:rPr>
                <w:color w:val="191919" w:themeColor="background1" w:themeShade="1A"/>
                <w:spacing w:val="-36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учебнику</w:t>
            </w:r>
          </w:p>
          <w:p w14:paraId="1BED29C2" w14:textId="77777777" w:rsidR="00DD53E2" w:rsidRPr="0097061E" w:rsidRDefault="00DD53E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w w:val="105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«Окружающий мир», 4 класс</w:t>
            </w:r>
            <w:r w:rsidRPr="0097061E">
              <w:rPr>
                <w:color w:val="191919" w:themeColor="background1" w:themeShade="1A"/>
                <w:spacing w:val="-3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 xml:space="preserve">(Диск СD) </w:t>
            </w:r>
          </w:p>
          <w:p w14:paraId="7467B3DE" w14:textId="77777777" w:rsidR="00DD53E2" w:rsidRPr="0097061E" w:rsidRDefault="001B4642" w:rsidP="0097061E">
            <w:pPr>
              <w:pStyle w:val="TableParagraph"/>
              <w:spacing w:before="0"/>
              <w:ind w:left="80"/>
              <w:rPr>
                <w:color w:val="191919" w:themeColor="background1" w:themeShade="1A"/>
                <w:sz w:val="24"/>
                <w:szCs w:val="24"/>
              </w:rPr>
            </w:pPr>
            <w:hyperlink r:id="rId119" w:history="1">
              <w:r w:rsidR="00DD53E2" w:rsidRPr="0097061E">
                <w:rPr>
                  <w:rStyle w:val="aff9"/>
                  <w:rFonts w:eastAsia="Arial"/>
                  <w:color w:val="191919" w:themeColor="background1" w:themeShade="1A"/>
                  <w:w w:val="105"/>
                  <w:sz w:val="24"/>
                  <w:szCs w:val="24"/>
                </w:rPr>
                <w:t>https://uchi.ru/</w:t>
              </w:r>
            </w:hyperlink>
          </w:p>
        </w:tc>
      </w:tr>
      <w:tr w:rsidR="00DD53E2" w:rsidRPr="0097061E" w14:paraId="138DD30B" w14:textId="77777777" w:rsidTr="001B4642">
        <w:trPr>
          <w:gridAfter w:val="1"/>
          <w:wAfter w:w="30" w:type="dxa"/>
          <w:trHeight w:val="333"/>
        </w:trPr>
        <w:tc>
          <w:tcPr>
            <w:tcW w:w="3573" w:type="dxa"/>
            <w:gridSpan w:val="2"/>
          </w:tcPr>
          <w:p w14:paraId="57372384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lastRenderedPageBreak/>
              <w:t>Итого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7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67" w:type="dxa"/>
          </w:tcPr>
          <w:p w14:paraId="795A5A5D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5</w:t>
            </w:r>
          </w:p>
        </w:tc>
        <w:tc>
          <w:tcPr>
            <w:tcW w:w="11356" w:type="dxa"/>
            <w:gridSpan w:val="8"/>
          </w:tcPr>
          <w:p w14:paraId="1A4992B4" w14:textId="77777777" w:rsidR="00DD53E2" w:rsidRPr="0097061E" w:rsidRDefault="00DD53E2" w:rsidP="0097061E">
            <w:pPr>
              <w:pStyle w:val="TableParagraph"/>
              <w:spacing w:before="0"/>
              <w:ind w:left="0"/>
              <w:rPr>
                <w:color w:val="191919" w:themeColor="background1" w:themeShade="1A"/>
                <w:sz w:val="24"/>
                <w:szCs w:val="24"/>
              </w:rPr>
            </w:pPr>
          </w:p>
        </w:tc>
      </w:tr>
      <w:tr w:rsidR="00DD53E2" w:rsidRPr="0097061E" w14:paraId="72963EAE" w14:textId="77777777" w:rsidTr="001B4642">
        <w:trPr>
          <w:gridAfter w:val="1"/>
          <w:wAfter w:w="30" w:type="dxa"/>
          <w:trHeight w:val="333"/>
        </w:trPr>
        <w:tc>
          <w:tcPr>
            <w:tcW w:w="3573" w:type="dxa"/>
            <w:gridSpan w:val="2"/>
          </w:tcPr>
          <w:p w14:paraId="42E603B2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Резервное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время</w:t>
            </w:r>
          </w:p>
        </w:tc>
        <w:tc>
          <w:tcPr>
            <w:tcW w:w="567" w:type="dxa"/>
          </w:tcPr>
          <w:p w14:paraId="0D288E12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6</w:t>
            </w:r>
          </w:p>
        </w:tc>
        <w:tc>
          <w:tcPr>
            <w:tcW w:w="11356" w:type="dxa"/>
            <w:gridSpan w:val="8"/>
          </w:tcPr>
          <w:p w14:paraId="67DF0A2D" w14:textId="77777777" w:rsidR="00DD53E2" w:rsidRPr="0097061E" w:rsidRDefault="00DD53E2" w:rsidP="0097061E">
            <w:pPr>
              <w:pStyle w:val="TableParagraph"/>
              <w:spacing w:before="0"/>
              <w:ind w:left="0"/>
              <w:rPr>
                <w:color w:val="191919" w:themeColor="background1" w:themeShade="1A"/>
                <w:sz w:val="24"/>
                <w:szCs w:val="24"/>
              </w:rPr>
            </w:pPr>
          </w:p>
        </w:tc>
      </w:tr>
      <w:tr w:rsidR="00DD53E2" w:rsidRPr="0097061E" w14:paraId="4CD74ECF" w14:textId="77777777" w:rsidTr="001B4642">
        <w:trPr>
          <w:gridAfter w:val="1"/>
          <w:wAfter w:w="30" w:type="dxa"/>
          <w:trHeight w:val="333"/>
        </w:trPr>
        <w:tc>
          <w:tcPr>
            <w:tcW w:w="3573" w:type="dxa"/>
            <w:gridSpan w:val="2"/>
          </w:tcPr>
          <w:p w14:paraId="08EF8D5A" w14:textId="77777777" w:rsidR="00DD53E2" w:rsidRPr="0097061E" w:rsidRDefault="00DD53E2" w:rsidP="0097061E">
            <w:pPr>
              <w:pStyle w:val="TableParagraph"/>
              <w:spacing w:before="0"/>
              <w:ind w:left="76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ОБЩЕЕ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spacing w:val="-1"/>
                <w:w w:val="105"/>
                <w:sz w:val="24"/>
                <w:szCs w:val="24"/>
              </w:rPr>
              <w:t>КОЛИЧЕСТВО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ЧАСОВ</w:t>
            </w:r>
            <w:r w:rsidRPr="0097061E">
              <w:rPr>
                <w:color w:val="191919" w:themeColor="background1" w:themeShade="1A"/>
                <w:spacing w:val="-9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ПО</w:t>
            </w:r>
            <w:r w:rsidRPr="0097061E">
              <w:rPr>
                <w:color w:val="191919" w:themeColor="background1" w:themeShade="1A"/>
                <w:spacing w:val="-8"/>
                <w:w w:val="105"/>
                <w:sz w:val="24"/>
                <w:szCs w:val="24"/>
              </w:rPr>
              <w:t xml:space="preserve"> </w:t>
            </w: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67" w:type="dxa"/>
          </w:tcPr>
          <w:p w14:paraId="690E7E26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14:paraId="6C0A6A71" w14:textId="77777777" w:rsidR="00DD53E2" w:rsidRPr="0097061E" w:rsidRDefault="00DD53E2" w:rsidP="0097061E">
            <w:pPr>
              <w:pStyle w:val="TableParagraph"/>
              <w:spacing w:before="0"/>
              <w:ind w:left="77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4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66A26DCE" w14:textId="77777777" w:rsidR="00DD53E2" w:rsidRPr="0097061E" w:rsidRDefault="00DD53E2" w:rsidP="0097061E">
            <w:pPr>
              <w:pStyle w:val="TableParagraph"/>
              <w:spacing w:before="0"/>
              <w:ind w:left="78"/>
              <w:rPr>
                <w:color w:val="191919" w:themeColor="background1" w:themeShade="1A"/>
                <w:sz w:val="24"/>
                <w:szCs w:val="24"/>
              </w:rPr>
            </w:pPr>
            <w:r w:rsidRPr="0097061E">
              <w:rPr>
                <w:color w:val="191919" w:themeColor="background1" w:themeShade="1A"/>
                <w:w w:val="105"/>
                <w:sz w:val="24"/>
                <w:szCs w:val="24"/>
              </w:rPr>
              <w:t>15</w:t>
            </w:r>
          </w:p>
        </w:tc>
        <w:tc>
          <w:tcPr>
            <w:tcW w:w="9513" w:type="dxa"/>
            <w:gridSpan w:val="6"/>
          </w:tcPr>
          <w:p w14:paraId="005B6250" w14:textId="77777777" w:rsidR="00DD53E2" w:rsidRPr="0097061E" w:rsidRDefault="00DD53E2" w:rsidP="0097061E">
            <w:pPr>
              <w:pStyle w:val="TableParagraph"/>
              <w:spacing w:before="0"/>
              <w:ind w:left="0"/>
              <w:rPr>
                <w:color w:val="191919" w:themeColor="background1" w:themeShade="1A"/>
                <w:sz w:val="24"/>
                <w:szCs w:val="24"/>
              </w:rPr>
            </w:pPr>
          </w:p>
        </w:tc>
      </w:tr>
    </w:tbl>
    <w:p w14:paraId="7AF73A6E" w14:textId="77777777" w:rsidR="00DD53E2" w:rsidRPr="0097061E" w:rsidRDefault="00DD53E2" w:rsidP="0097061E">
      <w:pPr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</w:rPr>
        <w:sectPr w:rsidR="00DD53E2" w:rsidRPr="0097061E">
          <w:pgSz w:w="16840" w:h="11900" w:orient="landscape"/>
          <w:pgMar w:top="580" w:right="540" w:bottom="280" w:left="560" w:header="720" w:footer="720" w:gutter="0"/>
          <w:cols w:space="720"/>
        </w:sectPr>
      </w:pPr>
    </w:p>
    <w:p w14:paraId="5A8C878B" w14:textId="42CD1DC7" w:rsidR="0069187C" w:rsidRPr="0097061E" w:rsidRDefault="0069187C" w:rsidP="0097061E">
      <w:pPr>
        <w:spacing w:after="0" w:line="240" w:lineRule="auto"/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</w:rPr>
        <w:sectPr w:rsidR="0069187C" w:rsidRPr="0097061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2115D13B" w14:textId="77777777" w:rsidR="00EF279D" w:rsidRPr="0097061E" w:rsidRDefault="00EF279D" w:rsidP="0097061E">
      <w:pPr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sectPr w:rsidR="00EF279D" w:rsidRPr="0097061E" w:rsidSect="00361349">
          <w:headerReference w:type="default" r:id="rId120"/>
          <w:pgSz w:w="16840" w:h="11900" w:orient="landscape"/>
          <w:pgMar w:top="1440" w:right="666" w:bottom="284" w:left="640" w:header="720" w:footer="720" w:gutter="0"/>
          <w:cols w:space="720" w:equalWidth="0">
            <w:col w:w="15890" w:space="0"/>
          </w:cols>
          <w:docGrid w:linePitch="360"/>
        </w:sectPr>
      </w:pPr>
    </w:p>
    <w:p w14:paraId="01EBC352" w14:textId="5585E344" w:rsidR="00EF279D" w:rsidRPr="0097061E" w:rsidRDefault="00336CA0" w:rsidP="0097061E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</w:rPr>
        <w:lastRenderedPageBreak/>
        <w:t>V</w:t>
      </w:r>
      <w:r w:rsidR="00361349"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 xml:space="preserve">. </w:t>
      </w:r>
      <w:r w:rsidR="00964296"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 xml:space="preserve">УЧЕБНО-МЕТОДИЧЕСКОЕ ОБЕСПЕЧЕНИЕ ОБРАЗОВАТЕЛЬНОГО ПРОЦЕССА </w:t>
      </w:r>
    </w:p>
    <w:p w14:paraId="48B499E3" w14:textId="0B21638C" w:rsidR="00DD53E2" w:rsidRPr="0097061E" w:rsidRDefault="00964296" w:rsidP="0097061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ОБЯЗАТЕЛЬНЫЕ УЧЕБНЫЕ МАТЕРИАЛЫ ДЛЯ УЧЕНИКА</w:t>
      </w:r>
    </w:p>
    <w:p w14:paraId="1AF4B6B9" w14:textId="77777777" w:rsidR="00336CA0" w:rsidRPr="0097061E" w:rsidRDefault="00336CA0" w:rsidP="0097061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</w:pPr>
    </w:p>
    <w:p w14:paraId="5380885C" w14:textId="77777777" w:rsidR="00DD53E2" w:rsidRPr="0097061E" w:rsidRDefault="00DD53E2" w:rsidP="0097061E">
      <w:pPr>
        <w:pStyle w:val="110"/>
        <w:spacing w:before="0"/>
        <w:rPr>
          <w:color w:val="191919" w:themeColor="background1" w:themeShade="1A"/>
        </w:rPr>
      </w:pPr>
      <w:r w:rsidRPr="0097061E">
        <w:rPr>
          <w:color w:val="191919" w:themeColor="background1" w:themeShade="1A"/>
        </w:rPr>
        <w:t>1 КЛАСС</w:t>
      </w:r>
    </w:p>
    <w:p w14:paraId="04FC04AC" w14:textId="77777777" w:rsidR="00DD53E2" w:rsidRPr="0097061E" w:rsidRDefault="00DD53E2" w:rsidP="0097061E">
      <w:pPr>
        <w:pStyle w:val="af0"/>
        <w:spacing w:after="0" w:line="240" w:lineRule="auto"/>
        <w:ind w:left="107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Окружающий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мир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(в</w:t>
      </w:r>
      <w:r w:rsidRPr="0097061E">
        <w:rPr>
          <w:rFonts w:ascii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2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частях),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1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класс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/Плешаков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А.А.,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Новицкая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М.Ю.,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Акционерное</w:t>
      </w:r>
      <w:r w:rsidRPr="0097061E">
        <w:rPr>
          <w:rFonts w:ascii="Times New Roman" w:hAnsi="Times New Roman" w:cs="Times New Roman"/>
          <w:color w:val="191919" w:themeColor="background1" w:themeShade="1A"/>
          <w:spacing w:val="-57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общество «Издательство</w:t>
      </w:r>
      <w:r w:rsidRPr="0097061E">
        <w:rPr>
          <w:rFonts w:ascii="Times New Roman" w:hAnsi="Times New Roman" w:cs="Times New Roman"/>
          <w:color w:val="191919" w:themeColor="background1" w:themeShade="1A"/>
          <w:spacing w:val="3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«Просвещение»;</w:t>
      </w:r>
    </w:p>
    <w:p w14:paraId="534BE664" w14:textId="77777777" w:rsidR="00DD53E2" w:rsidRPr="0097061E" w:rsidRDefault="00DD53E2" w:rsidP="0097061E">
      <w:pPr>
        <w:pStyle w:val="af0"/>
        <w:spacing w:after="0" w:line="240" w:lineRule="auto"/>
        <w:ind w:left="107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21D2751A" w14:textId="77777777" w:rsidR="00DD53E2" w:rsidRPr="0097061E" w:rsidRDefault="00DD53E2" w:rsidP="0097061E">
      <w:pPr>
        <w:pStyle w:val="af0"/>
        <w:spacing w:after="0" w:line="240" w:lineRule="auto"/>
        <w:ind w:left="107"/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2 КЛАСС</w:t>
      </w:r>
    </w:p>
    <w:p w14:paraId="193355AC" w14:textId="764B260D" w:rsidR="00DD53E2" w:rsidRPr="0097061E" w:rsidRDefault="00DD53E2" w:rsidP="0097061E">
      <w:pPr>
        <w:pStyle w:val="af0"/>
        <w:spacing w:after="0" w:line="240" w:lineRule="auto"/>
        <w:ind w:left="107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Окружающий</w:t>
      </w:r>
      <w:r w:rsidRPr="0097061E">
        <w:rPr>
          <w:rFonts w:ascii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мир</w:t>
      </w:r>
      <w:r w:rsidRPr="0097061E">
        <w:rPr>
          <w:rFonts w:ascii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(в</w:t>
      </w:r>
      <w:r w:rsidRPr="0097061E">
        <w:rPr>
          <w:rFonts w:ascii="Times New Roman" w:hAnsi="Times New Roman" w:cs="Times New Roman"/>
          <w:color w:val="191919" w:themeColor="background1" w:themeShade="1A"/>
          <w:spacing w:val="-5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2</w:t>
      </w:r>
      <w:r w:rsidRPr="0097061E">
        <w:rPr>
          <w:rFonts w:ascii="Times New Roman" w:hAnsi="Times New Roman" w:cs="Times New Roman"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частях),</w:t>
      </w:r>
      <w:r w:rsidRPr="0097061E">
        <w:rPr>
          <w:rFonts w:ascii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2</w:t>
      </w:r>
      <w:r w:rsidRPr="0097061E">
        <w:rPr>
          <w:rFonts w:ascii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класс</w:t>
      </w:r>
      <w:r w:rsidRPr="0097061E">
        <w:rPr>
          <w:rFonts w:ascii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/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Плешаков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А.А.,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Новицкая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М.Ю.,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Акционерное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pacing w:val="-57"/>
          <w:sz w:val="24"/>
          <w:szCs w:val="24"/>
          <w:lang w:val="ru-RU"/>
        </w:rPr>
        <w:t xml:space="preserve"> 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общество «Издательство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pacing w:val="3"/>
          <w:sz w:val="24"/>
          <w:szCs w:val="24"/>
          <w:lang w:val="ru-RU"/>
        </w:rPr>
        <w:t xml:space="preserve"> </w:t>
      </w:r>
      <w:r w:rsid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«Просвещение»;</w:t>
      </w:r>
    </w:p>
    <w:p w14:paraId="616A635A" w14:textId="77777777" w:rsidR="00DD53E2" w:rsidRPr="0097061E" w:rsidRDefault="00DD53E2" w:rsidP="0097061E">
      <w:pPr>
        <w:spacing w:after="0" w:line="240" w:lineRule="auto"/>
        <w:ind w:left="106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А.А.</w:t>
      </w:r>
      <w:r w:rsidRPr="0097061E">
        <w:rPr>
          <w:rFonts w:ascii="Times New Roman" w:hAnsi="Times New Roman" w:cs="Times New Roman"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Плешаков.</w:t>
      </w:r>
      <w:r w:rsidRPr="0097061E">
        <w:rPr>
          <w:rFonts w:ascii="Times New Roman" w:hAnsi="Times New Roman" w:cs="Times New Roman"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Рабочая</w:t>
      </w:r>
      <w:r w:rsidRPr="0097061E">
        <w:rPr>
          <w:rFonts w:ascii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тетрадь</w:t>
      </w:r>
      <w:r w:rsidRPr="0097061E">
        <w:rPr>
          <w:rFonts w:ascii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к</w:t>
      </w:r>
      <w:r w:rsidRPr="0097061E">
        <w:rPr>
          <w:rFonts w:ascii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учебнику</w:t>
      </w:r>
    </w:p>
    <w:p w14:paraId="4972528E" w14:textId="77777777" w:rsidR="00DD53E2" w:rsidRPr="0097061E" w:rsidRDefault="00DD53E2" w:rsidP="0097061E">
      <w:pPr>
        <w:pStyle w:val="af0"/>
        <w:spacing w:after="0" w:line="240" w:lineRule="auto"/>
        <w:ind w:left="107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41D5E9C7" w14:textId="77777777" w:rsidR="00DD53E2" w:rsidRPr="0097061E" w:rsidRDefault="00DD53E2" w:rsidP="0097061E">
      <w:pPr>
        <w:pStyle w:val="af0"/>
        <w:spacing w:after="0" w:line="240" w:lineRule="auto"/>
        <w:ind w:left="107"/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3 КЛАСС</w:t>
      </w:r>
    </w:p>
    <w:p w14:paraId="42DFC4DD" w14:textId="33891603" w:rsidR="00DD53E2" w:rsidRPr="0097061E" w:rsidRDefault="00DD53E2" w:rsidP="0097061E">
      <w:pPr>
        <w:pStyle w:val="af0"/>
        <w:spacing w:after="0" w:line="240" w:lineRule="auto"/>
        <w:ind w:left="107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Окружающий</w:t>
      </w:r>
      <w:r w:rsidRPr="0097061E">
        <w:rPr>
          <w:rFonts w:ascii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мир</w:t>
      </w:r>
      <w:r w:rsidRPr="0097061E">
        <w:rPr>
          <w:rFonts w:ascii="Times New Roman" w:hAnsi="Times New Roman" w:cs="Times New Roman"/>
          <w:color w:val="191919" w:themeColor="background1" w:themeShade="1A"/>
          <w:spacing w:val="-6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(в 2</w:t>
      </w:r>
      <w:r w:rsidRPr="0097061E">
        <w:rPr>
          <w:rFonts w:ascii="Times New Roman" w:hAnsi="Times New Roman" w:cs="Times New Roman"/>
          <w:color w:val="191919" w:themeColor="background1" w:themeShade="1A"/>
          <w:spacing w:val="-6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частях),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3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класс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/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Плешаков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А.А.,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Новицкая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М.Ю.,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Акционерное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pacing w:val="-57"/>
          <w:sz w:val="24"/>
          <w:szCs w:val="24"/>
          <w:lang w:val="ru-RU"/>
        </w:rPr>
        <w:t xml:space="preserve"> 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общество «Издательство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pacing w:val="3"/>
          <w:sz w:val="24"/>
          <w:szCs w:val="24"/>
          <w:lang w:val="ru-RU"/>
        </w:rPr>
        <w:t xml:space="preserve"> </w:t>
      </w:r>
      <w:r w:rsid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«Просвещение»;</w:t>
      </w:r>
    </w:p>
    <w:p w14:paraId="1D901845" w14:textId="77777777" w:rsidR="00DD53E2" w:rsidRPr="0097061E" w:rsidRDefault="00DD53E2" w:rsidP="0097061E">
      <w:pPr>
        <w:pStyle w:val="af0"/>
        <w:spacing w:after="0" w:line="240" w:lineRule="auto"/>
        <w:ind w:left="107" w:right="6674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3BFFDB92" w14:textId="77777777" w:rsidR="00DD53E2" w:rsidRPr="0097061E" w:rsidRDefault="00DD53E2" w:rsidP="0097061E">
      <w:pPr>
        <w:pStyle w:val="af0"/>
        <w:spacing w:after="0" w:line="240" w:lineRule="auto"/>
        <w:ind w:left="107" w:right="6674"/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4 КЛАСС</w:t>
      </w:r>
    </w:p>
    <w:p w14:paraId="00D8127F" w14:textId="40FDA54C" w:rsidR="00DD53E2" w:rsidRPr="0097061E" w:rsidRDefault="00DD53E2" w:rsidP="0097061E">
      <w:pPr>
        <w:pStyle w:val="af0"/>
        <w:spacing w:after="0" w:line="240" w:lineRule="auto"/>
        <w:ind w:left="107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Окружающий</w:t>
      </w:r>
      <w:r w:rsidRPr="0097061E">
        <w:rPr>
          <w:rFonts w:ascii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мир</w:t>
      </w:r>
      <w:r w:rsidRPr="0097061E">
        <w:rPr>
          <w:rFonts w:ascii="Times New Roman" w:hAnsi="Times New Roman" w:cs="Times New Roman"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(в</w:t>
      </w:r>
      <w:r w:rsidRPr="0097061E">
        <w:rPr>
          <w:rFonts w:ascii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2</w:t>
      </w:r>
      <w:r w:rsidRPr="0097061E">
        <w:rPr>
          <w:rFonts w:ascii="Times New Roman" w:hAnsi="Times New Roman" w:cs="Times New Roman"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частях),</w:t>
      </w:r>
      <w:r w:rsidRPr="0097061E">
        <w:rPr>
          <w:rFonts w:ascii="Times New Roman" w:hAnsi="Times New Roman" w:cs="Times New Roman"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4</w:t>
      </w:r>
      <w:r w:rsidRPr="0097061E">
        <w:rPr>
          <w:rFonts w:ascii="Times New Roman" w:hAnsi="Times New Roman" w:cs="Times New Roman"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класс</w:t>
      </w:r>
      <w:r w:rsidRPr="0097061E">
        <w:rPr>
          <w:rFonts w:ascii="Times New Roman" w:hAnsi="Times New Roman" w:cs="Times New Roman"/>
          <w:color w:val="191919" w:themeColor="background1" w:themeShade="1A"/>
          <w:spacing w:val="-4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/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Плешаков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А.А.,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Новицкая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М.Ю.,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Акционерное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pacing w:val="-57"/>
          <w:sz w:val="24"/>
          <w:szCs w:val="24"/>
          <w:lang w:val="ru-RU"/>
        </w:rPr>
        <w:t xml:space="preserve"> 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общество «Издательство</w:t>
      </w:r>
      <w:r w:rsidR="0097061E" w:rsidRPr="0097061E">
        <w:rPr>
          <w:rFonts w:ascii="Times New Roman" w:hAnsi="Times New Roman" w:cs="Times New Roman"/>
          <w:color w:val="191919" w:themeColor="background1" w:themeShade="1A"/>
          <w:spacing w:val="3"/>
          <w:sz w:val="24"/>
          <w:szCs w:val="24"/>
          <w:lang w:val="ru-RU"/>
        </w:rPr>
        <w:t xml:space="preserve"> </w:t>
      </w:r>
      <w:r w:rsid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«Просвещение»;</w:t>
      </w:r>
    </w:p>
    <w:p w14:paraId="42C6338E" w14:textId="77777777" w:rsidR="00DD53E2" w:rsidRPr="0097061E" w:rsidRDefault="00DD53E2" w:rsidP="0097061E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1F08C3A0" w14:textId="77777777" w:rsidR="00EF279D" w:rsidRPr="0097061E" w:rsidRDefault="00964296" w:rsidP="0097061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МЕТОДИЧЕСКИЕ МАТЕРИАЛЫ ДЛЯ УЧИТЕЛЯ</w:t>
      </w:r>
    </w:p>
    <w:p w14:paraId="23D0E724" w14:textId="77777777" w:rsidR="0097061E" w:rsidRPr="0097061E" w:rsidRDefault="0097061E" w:rsidP="0097061E">
      <w:pPr>
        <w:pStyle w:val="af0"/>
        <w:spacing w:after="0" w:line="240" w:lineRule="auto"/>
        <w:ind w:left="107"/>
        <w:rPr>
          <w:rFonts w:ascii="Times New Roman" w:hAnsi="Times New Roman" w:cs="Times New Roman"/>
          <w:color w:val="191919" w:themeColor="background1" w:themeShade="1A"/>
          <w:sz w:val="24"/>
          <w:szCs w:val="24"/>
        </w:rPr>
      </w:pPr>
    </w:p>
    <w:p w14:paraId="31D8B8FA" w14:textId="77777777" w:rsidR="0097061E" w:rsidRPr="0097061E" w:rsidRDefault="0097061E" w:rsidP="0097061E">
      <w:pPr>
        <w:pStyle w:val="af0"/>
        <w:spacing w:after="0" w:line="240" w:lineRule="auto"/>
        <w:ind w:left="107"/>
        <w:rPr>
          <w:rFonts w:ascii="Times New Roman" w:hAnsi="Times New Roman" w:cs="Times New Roman"/>
          <w:color w:val="191919" w:themeColor="background1" w:themeShade="1A"/>
          <w:sz w:val="24"/>
          <w:szCs w:val="24"/>
        </w:rPr>
      </w:pPr>
      <w:hyperlink r:id="rId121" w:history="1">
        <w:r w:rsidRPr="0097061E">
          <w:rPr>
            <w:rStyle w:val="aff9"/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http://school-collection.edu.ru/catalog/</w:t>
        </w:r>
      </w:hyperlink>
    </w:p>
    <w:p w14:paraId="623D21D7" w14:textId="77777777" w:rsidR="0097061E" w:rsidRPr="0097061E" w:rsidRDefault="0097061E" w:rsidP="0097061E">
      <w:pPr>
        <w:pStyle w:val="af0"/>
        <w:spacing w:after="0" w:line="240" w:lineRule="auto"/>
        <w:ind w:left="107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Поурочные</w:t>
      </w:r>
      <w:r w:rsidRPr="0097061E">
        <w:rPr>
          <w:rFonts w:ascii="Times New Roman" w:hAnsi="Times New Roman" w:cs="Times New Roman"/>
          <w:color w:val="191919" w:themeColor="background1" w:themeShade="1A"/>
          <w:spacing w:val="-5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разработки</w:t>
      </w:r>
    </w:p>
    <w:p w14:paraId="5E4818D5" w14:textId="54731DA2" w:rsidR="0097061E" w:rsidRPr="0097061E" w:rsidRDefault="0097061E" w:rsidP="0097061E">
      <w:pPr>
        <w:pStyle w:val="af0"/>
        <w:spacing w:after="0" w:line="240" w:lineRule="auto"/>
        <w:ind w:left="106" w:right="3025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По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урочные разработки Плешакова А.А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. по курсу " Окружающий мир" 2020</w:t>
      </w:r>
      <w:r w:rsidRPr="0097061E">
        <w:rPr>
          <w:rFonts w:ascii="Times New Roman" w:hAnsi="Times New Roman" w:cs="Times New Roman"/>
          <w:color w:val="191919" w:themeColor="background1" w:themeShade="1A"/>
          <w:spacing w:val="-58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Атлас</w:t>
      </w:r>
      <w:r w:rsidRPr="0097061E">
        <w:rPr>
          <w:rFonts w:ascii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-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определитель</w:t>
      </w:r>
      <w:r w:rsidRPr="0097061E">
        <w:rPr>
          <w:rFonts w:ascii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"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От</w:t>
      </w:r>
      <w:r w:rsidRPr="0097061E">
        <w:rPr>
          <w:rFonts w:ascii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земли</w:t>
      </w:r>
      <w:r w:rsidRPr="0097061E">
        <w:rPr>
          <w:rFonts w:ascii="Times New Roman" w:hAnsi="Times New Roman" w:cs="Times New Roman"/>
          <w:color w:val="191919" w:themeColor="background1" w:themeShade="1A"/>
          <w:spacing w:val="-1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до неба"</w:t>
      </w:r>
      <w:r w:rsidRPr="0097061E">
        <w:rPr>
          <w:rFonts w:ascii="Times New Roman" w:hAnsi="Times New Roman" w:cs="Times New Roman"/>
          <w:color w:val="191919" w:themeColor="background1" w:themeShade="1A"/>
          <w:spacing w:val="-2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Москва.2020</w:t>
      </w:r>
    </w:p>
    <w:p w14:paraId="095AECFB" w14:textId="77777777" w:rsidR="0097061E" w:rsidRPr="0097061E" w:rsidRDefault="0097061E" w:rsidP="0097061E">
      <w:pPr>
        <w:pStyle w:val="af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004202B3" w14:textId="77777777" w:rsidR="0097061E" w:rsidRPr="0097061E" w:rsidRDefault="0097061E" w:rsidP="0097061E">
      <w:pPr>
        <w:pStyle w:val="110"/>
        <w:spacing w:before="0"/>
        <w:rPr>
          <w:color w:val="191919" w:themeColor="background1" w:themeShade="1A"/>
        </w:rPr>
      </w:pPr>
      <w:r w:rsidRPr="0097061E">
        <w:rPr>
          <w:color w:val="191919" w:themeColor="background1" w:themeShade="1A"/>
        </w:rPr>
        <w:t>ЦИФРОВЫЕ</w:t>
      </w:r>
      <w:r w:rsidRPr="0097061E">
        <w:rPr>
          <w:color w:val="191919" w:themeColor="background1" w:themeShade="1A"/>
          <w:spacing w:val="-6"/>
        </w:rPr>
        <w:t xml:space="preserve"> </w:t>
      </w:r>
      <w:r w:rsidRPr="0097061E">
        <w:rPr>
          <w:color w:val="191919" w:themeColor="background1" w:themeShade="1A"/>
        </w:rPr>
        <w:t>ОБРАЗОВАТЕЛЬНЫЕ</w:t>
      </w:r>
      <w:r w:rsidRPr="0097061E">
        <w:rPr>
          <w:color w:val="191919" w:themeColor="background1" w:themeShade="1A"/>
          <w:spacing w:val="-6"/>
        </w:rPr>
        <w:t xml:space="preserve"> </w:t>
      </w:r>
      <w:r w:rsidRPr="0097061E">
        <w:rPr>
          <w:color w:val="191919" w:themeColor="background1" w:themeShade="1A"/>
        </w:rPr>
        <w:t>РЕСУРСЫ</w:t>
      </w:r>
      <w:r w:rsidRPr="0097061E">
        <w:rPr>
          <w:color w:val="191919" w:themeColor="background1" w:themeShade="1A"/>
          <w:spacing w:val="-5"/>
        </w:rPr>
        <w:t xml:space="preserve"> </w:t>
      </w:r>
      <w:r w:rsidRPr="0097061E">
        <w:rPr>
          <w:color w:val="191919" w:themeColor="background1" w:themeShade="1A"/>
        </w:rPr>
        <w:t>И</w:t>
      </w:r>
      <w:r w:rsidRPr="0097061E">
        <w:rPr>
          <w:color w:val="191919" w:themeColor="background1" w:themeShade="1A"/>
          <w:spacing w:val="-3"/>
        </w:rPr>
        <w:t xml:space="preserve"> </w:t>
      </w:r>
      <w:r w:rsidRPr="0097061E">
        <w:rPr>
          <w:color w:val="191919" w:themeColor="background1" w:themeShade="1A"/>
        </w:rPr>
        <w:t>РЕСУРСЫ</w:t>
      </w:r>
      <w:r w:rsidRPr="0097061E">
        <w:rPr>
          <w:color w:val="191919" w:themeColor="background1" w:themeShade="1A"/>
          <w:spacing w:val="-5"/>
        </w:rPr>
        <w:t xml:space="preserve"> </w:t>
      </w:r>
      <w:r w:rsidRPr="0097061E">
        <w:rPr>
          <w:color w:val="191919" w:themeColor="background1" w:themeShade="1A"/>
        </w:rPr>
        <w:t>СЕТИ</w:t>
      </w:r>
      <w:r w:rsidRPr="0097061E">
        <w:rPr>
          <w:color w:val="191919" w:themeColor="background1" w:themeShade="1A"/>
          <w:spacing w:val="-4"/>
        </w:rPr>
        <w:t xml:space="preserve"> </w:t>
      </w:r>
      <w:r w:rsidRPr="0097061E">
        <w:rPr>
          <w:color w:val="191919" w:themeColor="background1" w:themeShade="1A"/>
        </w:rPr>
        <w:t>ИНТЕРНЕТ</w:t>
      </w:r>
    </w:p>
    <w:p w14:paraId="7F6E3243" w14:textId="77777777" w:rsidR="0097061E" w:rsidRPr="0097061E" w:rsidRDefault="0097061E" w:rsidP="0097061E">
      <w:pPr>
        <w:pStyle w:val="af0"/>
        <w:spacing w:after="0" w:line="240" w:lineRule="auto"/>
        <w:ind w:left="107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hyperlink r:id="rId122" w:history="1">
        <w:r w:rsidRPr="0097061E">
          <w:rPr>
            <w:rStyle w:val="aff9"/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http</w:t>
        </w:r>
        <w:r w:rsidRPr="0097061E">
          <w:rPr>
            <w:rStyle w:val="aff9"/>
            <w:rFonts w:ascii="Times New Roman" w:hAnsi="Times New Roman" w:cs="Times New Roman"/>
            <w:color w:val="191919" w:themeColor="background1" w:themeShade="1A"/>
            <w:sz w:val="24"/>
            <w:szCs w:val="24"/>
            <w:lang w:val="ru-RU"/>
          </w:rPr>
          <w:t>://</w:t>
        </w:r>
        <w:r w:rsidRPr="0097061E">
          <w:rPr>
            <w:rStyle w:val="aff9"/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school</w:t>
        </w:r>
        <w:r w:rsidRPr="0097061E">
          <w:rPr>
            <w:rStyle w:val="aff9"/>
            <w:rFonts w:ascii="Times New Roman" w:hAnsi="Times New Roman" w:cs="Times New Roman"/>
            <w:color w:val="191919" w:themeColor="background1" w:themeShade="1A"/>
            <w:sz w:val="24"/>
            <w:szCs w:val="24"/>
            <w:lang w:val="ru-RU"/>
          </w:rPr>
          <w:t>-</w:t>
        </w:r>
        <w:r w:rsidRPr="0097061E">
          <w:rPr>
            <w:rStyle w:val="aff9"/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collection</w:t>
        </w:r>
        <w:r w:rsidRPr="0097061E">
          <w:rPr>
            <w:rStyle w:val="aff9"/>
            <w:rFonts w:ascii="Times New Roman" w:hAnsi="Times New Roman" w:cs="Times New Roman"/>
            <w:color w:val="191919" w:themeColor="background1" w:themeShade="1A"/>
            <w:sz w:val="24"/>
            <w:szCs w:val="24"/>
            <w:lang w:val="ru-RU"/>
          </w:rPr>
          <w:t>.</w:t>
        </w:r>
        <w:proofErr w:type="spellStart"/>
        <w:r w:rsidRPr="0097061E">
          <w:rPr>
            <w:rStyle w:val="aff9"/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edu</w:t>
        </w:r>
        <w:proofErr w:type="spellEnd"/>
        <w:r w:rsidRPr="0097061E">
          <w:rPr>
            <w:rStyle w:val="aff9"/>
            <w:rFonts w:ascii="Times New Roman" w:hAnsi="Times New Roman" w:cs="Times New Roman"/>
            <w:color w:val="191919" w:themeColor="background1" w:themeShade="1A"/>
            <w:sz w:val="24"/>
            <w:szCs w:val="24"/>
            <w:lang w:val="ru-RU"/>
          </w:rPr>
          <w:t>.</w:t>
        </w:r>
        <w:proofErr w:type="spellStart"/>
        <w:r w:rsidRPr="0097061E">
          <w:rPr>
            <w:rStyle w:val="aff9"/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ru</w:t>
        </w:r>
        <w:proofErr w:type="spellEnd"/>
        <w:r w:rsidRPr="0097061E">
          <w:rPr>
            <w:rStyle w:val="aff9"/>
            <w:rFonts w:ascii="Times New Roman" w:hAnsi="Times New Roman" w:cs="Times New Roman"/>
            <w:color w:val="191919" w:themeColor="background1" w:themeShade="1A"/>
            <w:sz w:val="24"/>
            <w:szCs w:val="24"/>
            <w:lang w:val="ru-RU"/>
          </w:rPr>
          <w:t>/</w:t>
        </w:r>
        <w:r w:rsidRPr="0097061E">
          <w:rPr>
            <w:rStyle w:val="aff9"/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catalog</w:t>
        </w:r>
        <w:r w:rsidRPr="0097061E">
          <w:rPr>
            <w:rStyle w:val="aff9"/>
            <w:rFonts w:ascii="Times New Roman" w:hAnsi="Times New Roman" w:cs="Times New Roman"/>
            <w:color w:val="191919" w:themeColor="background1" w:themeShade="1A"/>
            <w:sz w:val="24"/>
            <w:szCs w:val="24"/>
            <w:lang w:val="ru-RU"/>
          </w:rPr>
          <w:t>/</w:t>
        </w:r>
      </w:hyperlink>
    </w:p>
    <w:p w14:paraId="418B3F1C" w14:textId="77777777" w:rsidR="0097061E" w:rsidRPr="0097061E" w:rsidRDefault="0097061E" w:rsidP="0097061E">
      <w:pPr>
        <w:pStyle w:val="af0"/>
        <w:spacing w:after="0" w:line="240" w:lineRule="auto"/>
        <w:ind w:left="107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color w:val="191919" w:themeColor="background1" w:themeShade="1A"/>
          <w:spacing w:val="-3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РЭШ</w:t>
      </w:r>
    </w:p>
    <w:p w14:paraId="1600E652" w14:textId="77777777" w:rsidR="0097061E" w:rsidRPr="0097061E" w:rsidRDefault="0097061E" w:rsidP="0097061E">
      <w:pPr>
        <w:pStyle w:val="af0"/>
        <w:spacing w:after="0" w:line="240" w:lineRule="auto"/>
        <w:ind w:left="106" w:right="5009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Единая коллекция цифровых образовательных ресурсов</w:t>
      </w:r>
      <w:r w:rsidRPr="0097061E">
        <w:rPr>
          <w:rFonts w:ascii="Times New Roman" w:hAnsi="Times New Roman" w:cs="Times New Roman"/>
          <w:color w:val="191919" w:themeColor="background1" w:themeShade="1A"/>
          <w:spacing w:val="-58"/>
          <w:sz w:val="24"/>
          <w:szCs w:val="24"/>
          <w:lang w:val="ru-RU"/>
        </w:rPr>
        <w:t xml:space="preserve"> </w:t>
      </w:r>
      <w:hyperlink r:id="rId123">
        <w:r w:rsidRPr="0097061E">
          <w:rPr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http</w:t>
        </w:r>
        <w:r w:rsidRPr="0097061E">
          <w:rPr>
            <w:rFonts w:ascii="Times New Roman" w:hAnsi="Times New Roman" w:cs="Times New Roman"/>
            <w:color w:val="191919" w:themeColor="background1" w:themeShade="1A"/>
            <w:sz w:val="24"/>
            <w:szCs w:val="24"/>
            <w:lang w:val="ru-RU"/>
          </w:rPr>
          <w:t>://</w:t>
        </w:r>
        <w:r w:rsidRPr="0097061E">
          <w:rPr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school</w:t>
        </w:r>
        <w:r w:rsidRPr="0097061E">
          <w:rPr>
            <w:rFonts w:ascii="Times New Roman" w:hAnsi="Times New Roman" w:cs="Times New Roman"/>
            <w:color w:val="191919" w:themeColor="background1" w:themeShade="1A"/>
            <w:sz w:val="24"/>
            <w:szCs w:val="24"/>
            <w:lang w:val="ru-RU"/>
          </w:rPr>
          <w:t>-</w:t>
        </w:r>
        <w:r w:rsidRPr="0097061E">
          <w:rPr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collection</w:t>
        </w:r>
        <w:r w:rsidRPr="0097061E">
          <w:rPr>
            <w:rFonts w:ascii="Times New Roman" w:hAnsi="Times New Roman" w:cs="Times New Roman"/>
            <w:color w:val="191919" w:themeColor="background1" w:themeShade="1A"/>
            <w:sz w:val="24"/>
            <w:szCs w:val="24"/>
            <w:lang w:val="ru-RU"/>
          </w:rPr>
          <w:t>.</w:t>
        </w:r>
        <w:proofErr w:type="spellStart"/>
        <w:r w:rsidRPr="0097061E">
          <w:rPr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edu</w:t>
        </w:r>
        <w:proofErr w:type="spellEnd"/>
        <w:r w:rsidRPr="0097061E">
          <w:rPr>
            <w:rFonts w:ascii="Times New Roman" w:hAnsi="Times New Roman" w:cs="Times New Roman"/>
            <w:color w:val="191919" w:themeColor="background1" w:themeShade="1A"/>
            <w:sz w:val="24"/>
            <w:szCs w:val="24"/>
            <w:lang w:val="ru-RU"/>
          </w:rPr>
          <w:t>.</w:t>
        </w:r>
        <w:proofErr w:type="spellStart"/>
        <w:r w:rsidRPr="0097061E">
          <w:rPr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ru</w:t>
        </w:r>
        <w:proofErr w:type="spellEnd"/>
        <w:r w:rsidRPr="0097061E">
          <w:rPr>
            <w:rFonts w:ascii="Times New Roman" w:hAnsi="Times New Roman" w:cs="Times New Roman"/>
            <w:color w:val="191919" w:themeColor="background1" w:themeShade="1A"/>
            <w:sz w:val="24"/>
            <w:szCs w:val="24"/>
            <w:lang w:val="ru-RU"/>
          </w:rPr>
          <w:t>/</w:t>
        </w:r>
      </w:hyperlink>
    </w:p>
    <w:p w14:paraId="3B90A6C4" w14:textId="77777777" w:rsidR="0097061E" w:rsidRPr="0097061E" w:rsidRDefault="0097061E" w:rsidP="0097061E">
      <w:pPr>
        <w:pStyle w:val="af0"/>
        <w:spacing w:after="0" w:line="240" w:lineRule="auto"/>
        <w:ind w:left="106" w:right="8663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proofErr w:type="spellStart"/>
      <w:proofErr w:type="gramStart"/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Учи.ру</w:t>
      </w:r>
      <w:proofErr w:type="spellEnd"/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</w:t>
      </w:r>
      <w:hyperlink r:id="rId124" w:history="1">
        <w:r w:rsidRPr="0097061E">
          <w:rPr>
            <w:rStyle w:val="aff9"/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https</w:t>
        </w:r>
        <w:r w:rsidRPr="0097061E">
          <w:rPr>
            <w:rStyle w:val="aff9"/>
            <w:rFonts w:ascii="Times New Roman" w:hAnsi="Times New Roman" w:cs="Times New Roman"/>
            <w:color w:val="191919" w:themeColor="background1" w:themeShade="1A"/>
            <w:sz w:val="24"/>
            <w:szCs w:val="24"/>
            <w:lang w:val="ru-RU"/>
          </w:rPr>
          <w:t>://</w:t>
        </w:r>
        <w:proofErr w:type="spellStart"/>
        <w:r w:rsidRPr="0097061E">
          <w:rPr>
            <w:rStyle w:val="aff9"/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uchi</w:t>
        </w:r>
        <w:proofErr w:type="spellEnd"/>
        <w:r w:rsidRPr="0097061E">
          <w:rPr>
            <w:rStyle w:val="aff9"/>
            <w:rFonts w:ascii="Times New Roman" w:hAnsi="Times New Roman" w:cs="Times New Roman"/>
            <w:color w:val="191919" w:themeColor="background1" w:themeShade="1A"/>
            <w:sz w:val="24"/>
            <w:szCs w:val="24"/>
            <w:lang w:val="ru-RU"/>
          </w:rPr>
          <w:t>.</w:t>
        </w:r>
        <w:proofErr w:type="spellStart"/>
        <w:r w:rsidRPr="0097061E">
          <w:rPr>
            <w:rStyle w:val="aff9"/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ru</w:t>
        </w:r>
        <w:proofErr w:type="spellEnd"/>
        <w:proofErr w:type="gramEnd"/>
      </w:hyperlink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pacing w:val="1"/>
          <w:sz w:val="24"/>
          <w:szCs w:val="24"/>
          <w:lang w:val="ru-RU"/>
        </w:rPr>
        <w:t xml:space="preserve"> 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Учительский</w:t>
      </w:r>
      <w:r w:rsidRPr="0097061E">
        <w:rPr>
          <w:rFonts w:ascii="Times New Roman" w:hAnsi="Times New Roman" w:cs="Times New Roman"/>
          <w:color w:val="191919" w:themeColor="background1" w:themeShade="1A"/>
          <w:spacing w:val="-9"/>
          <w:sz w:val="24"/>
          <w:szCs w:val="24"/>
          <w:lang w:val="ru-RU"/>
        </w:rPr>
        <w:t xml:space="preserve">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портал</w:t>
      </w:r>
    </w:p>
    <w:p w14:paraId="11DB3D13" w14:textId="223B1CDE" w:rsidR="00361349" w:rsidRPr="0097061E" w:rsidRDefault="0097061E" w:rsidP="0097061E">
      <w:pPr>
        <w:pStyle w:val="af0"/>
        <w:spacing w:after="0" w:line="240" w:lineRule="auto"/>
        <w:ind w:left="106"/>
        <w:rPr>
          <w:rStyle w:val="aff9"/>
          <w:rFonts w:ascii="Times New Roman" w:hAnsi="Times New Roman" w:cs="Times New Roman"/>
          <w:color w:val="191919" w:themeColor="background1" w:themeShade="1A"/>
          <w:sz w:val="24"/>
          <w:szCs w:val="24"/>
          <w:u w:val="none"/>
          <w:lang w:val="ru-RU"/>
        </w:rPr>
      </w:pP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</w:rPr>
        <w:t>https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>://</w:t>
      </w:r>
      <w:hyperlink r:id="rId125">
        <w:r w:rsidRPr="0097061E">
          <w:rPr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www</w:t>
        </w:r>
        <w:r w:rsidRPr="0097061E">
          <w:rPr>
            <w:rFonts w:ascii="Times New Roman" w:hAnsi="Times New Roman" w:cs="Times New Roman"/>
            <w:color w:val="191919" w:themeColor="background1" w:themeShade="1A"/>
            <w:sz w:val="24"/>
            <w:szCs w:val="24"/>
            <w:lang w:val="ru-RU"/>
          </w:rPr>
          <w:t>.</w:t>
        </w:r>
        <w:proofErr w:type="spellStart"/>
        <w:r w:rsidRPr="0097061E">
          <w:rPr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uchportal</w:t>
        </w:r>
        <w:proofErr w:type="spellEnd"/>
        <w:r w:rsidRPr="0097061E">
          <w:rPr>
            <w:rFonts w:ascii="Times New Roman" w:hAnsi="Times New Roman" w:cs="Times New Roman"/>
            <w:color w:val="191919" w:themeColor="background1" w:themeShade="1A"/>
            <w:sz w:val="24"/>
            <w:szCs w:val="24"/>
            <w:lang w:val="ru-RU"/>
          </w:rPr>
          <w:t>.</w:t>
        </w:r>
        <w:proofErr w:type="spellStart"/>
        <w:r w:rsidRPr="0097061E">
          <w:rPr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ru</w:t>
        </w:r>
        <w:proofErr w:type="spellEnd"/>
        <w:r w:rsidRPr="0097061E">
          <w:rPr>
            <w:rFonts w:ascii="Times New Roman" w:hAnsi="Times New Roman" w:cs="Times New Roman"/>
            <w:color w:val="191919" w:themeColor="background1" w:themeShade="1A"/>
            <w:sz w:val="24"/>
            <w:szCs w:val="24"/>
            <w:lang w:val="ru-RU"/>
          </w:rPr>
          <w:t>/</w:t>
        </w:r>
        <w:r w:rsidRPr="0097061E">
          <w:rPr>
            <w:rFonts w:ascii="Times New Roman" w:hAnsi="Times New Roman" w:cs="Times New Roman"/>
            <w:color w:val="191919" w:themeColor="background1" w:themeShade="1A"/>
            <w:sz w:val="24"/>
            <w:szCs w:val="24"/>
          </w:rPr>
          <w:t>load</w:t>
        </w:r>
        <w:r w:rsidRPr="0097061E">
          <w:rPr>
            <w:rFonts w:ascii="Times New Roman" w:hAnsi="Times New Roman" w:cs="Times New Roman"/>
            <w:color w:val="191919" w:themeColor="background1" w:themeShade="1A"/>
            <w:sz w:val="24"/>
            <w:szCs w:val="24"/>
            <w:lang w:val="ru-RU"/>
          </w:rPr>
          <w:t>/46</w:t>
        </w:r>
      </w:hyperlink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 </w:t>
      </w:r>
    </w:p>
    <w:p w14:paraId="22C2C677" w14:textId="77777777" w:rsidR="00361349" w:rsidRPr="0097061E" w:rsidRDefault="00361349" w:rsidP="0097061E">
      <w:pPr>
        <w:autoSpaceDE w:val="0"/>
        <w:autoSpaceDN w:val="0"/>
        <w:spacing w:after="0" w:line="240" w:lineRule="auto"/>
        <w:ind w:right="8064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3CDEA39B" w14:textId="3CE2DE71" w:rsidR="00EF279D" w:rsidRPr="0097061E" w:rsidRDefault="00336CA0" w:rsidP="0097061E">
      <w:pPr>
        <w:autoSpaceDE w:val="0"/>
        <w:autoSpaceDN w:val="0"/>
        <w:spacing w:after="0" w:line="240" w:lineRule="auto"/>
        <w:ind w:left="-426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</w:rPr>
        <w:t>VI</w:t>
      </w:r>
      <w:r w:rsidR="00361349"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 xml:space="preserve">. </w:t>
      </w:r>
      <w:r w:rsidR="00964296"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14:paraId="4437375E" w14:textId="77777777" w:rsidR="00EF279D" w:rsidRDefault="00964296" w:rsidP="0097061E">
      <w:pPr>
        <w:autoSpaceDE w:val="0"/>
        <w:autoSpaceDN w:val="0"/>
        <w:spacing w:after="0" w:line="240" w:lineRule="auto"/>
        <w:ind w:right="3168"/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 xml:space="preserve">УЧЕБНОЕ ОБОРУДОВАНИЕ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br/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 xml:space="preserve">Таблицы к основным разделам программы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br/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Наборы сюжетных (предметных) картинок в соответствии с тематикой</w:t>
      </w:r>
    </w:p>
    <w:p w14:paraId="6816A23F" w14:textId="77777777" w:rsidR="00306F8B" w:rsidRPr="0097061E" w:rsidRDefault="00306F8B" w:rsidP="0097061E">
      <w:pPr>
        <w:autoSpaceDE w:val="0"/>
        <w:autoSpaceDN w:val="0"/>
        <w:spacing w:after="0" w:line="240" w:lineRule="auto"/>
        <w:ind w:right="3168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1553E49F" w14:textId="77777777" w:rsidR="00EF279D" w:rsidRPr="0097061E" w:rsidRDefault="00964296" w:rsidP="0097061E">
      <w:pPr>
        <w:autoSpaceDE w:val="0"/>
        <w:autoSpaceDN w:val="0"/>
        <w:spacing w:after="0" w:line="240" w:lineRule="auto"/>
        <w:ind w:right="720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r w:rsidRPr="0097061E">
        <w:rPr>
          <w:rFonts w:ascii="Times New Roman" w:eastAsia="Times New Roman" w:hAnsi="Times New Roman" w:cs="Times New Roman"/>
          <w:b/>
          <w:color w:val="191919" w:themeColor="background1" w:themeShade="1A"/>
          <w:sz w:val="24"/>
          <w:szCs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97061E"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  <w:br/>
      </w:r>
      <w:r w:rsidRPr="0097061E">
        <w:rPr>
          <w:rFonts w:ascii="Times New Roman" w:eastAsia="Times New Roman" w:hAnsi="Times New Roman" w:cs="Times New Roman"/>
          <w:color w:val="191919" w:themeColor="background1" w:themeShade="1A"/>
          <w:sz w:val="24"/>
          <w:szCs w:val="24"/>
          <w:lang w:val="ru-RU"/>
        </w:rPr>
        <w:t>Гербарий, набор горных пород, термометр</w:t>
      </w:r>
    </w:p>
    <w:p w14:paraId="651FF205" w14:textId="77777777" w:rsidR="00DD53E2" w:rsidRPr="0097061E" w:rsidRDefault="00DD53E2" w:rsidP="0097061E">
      <w:pPr>
        <w:pStyle w:val="af0"/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</w:p>
    <w:p w14:paraId="4EF048F4" w14:textId="77777777" w:rsidR="00040691" w:rsidRPr="0097061E" w:rsidRDefault="00040691" w:rsidP="0097061E">
      <w:pPr>
        <w:spacing w:after="0" w:line="240" w:lineRule="auto"/>
        <w:rPr>
          <w:rFonts w:ascii="Times New Roman" w:hAnsi="Times New Roman" w:cs="Times New Roman"/>
          <w:color w:val="191919" w:themeColor="background1" w:themeShade="1A"/>
          <w:sz w:val="24"/>
          <w:szCs w:val="24"/>
          <w:lang w:val="ru-RU"/>
        </w:rPr>
      </w:pPr>
      <w:bookmarkStart w:id="0" w:name="_GoBack"/>
      <w:bookmarkEnd w:id="0"/>
    </w:p>
    <w:sectPr w:rsidR="00040691" w:rsidRPr="0097061E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98976" w14:textId="77777777" w:rsidR="001B4642" w:rsidRDefault="001B4642" w:rsidP="00217669">
      <w:pPr>
        <w:spacing w:after="0" w:line="240" w:lineRule="auto"/>
      </w:pPr>
      <w:r>
        <w:separator/>
      </w:r>
    </w:p>
  </w:endnote>
  <w:endnote w:type="continuationSeparator" w:id="0">
    <w:p w14:paraId="4A15F1E3" w14:textId="77777777" w:rsidR="001B4642" w:rsidRDefault="001B4642" w:rsidP="00217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FMIC N+ Newton C San Pi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KKB I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JMB J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MGNE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BND G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LLFE M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E6FE3" w14:textId="77777777" w:rsidR="001B4642" w:rsidRDefault="001B4642" w:rsidP="00217669">
      <w:pPr>
        <w:spacing w:after="0" w:line="240" w:lineRule="auto"/>
      </w:pPr>
      <w:r>
        <w:separator/>
      </w:r>
    </w:p>
  </w:footnote>
  <w:footnote w:type="continuationSeparator" w:id="0">
    <w:p w14:paraId="28D0D6EB" w14:textId="77777777" w:rsidR="001B4642" w:rsidRDefault="001B4642" w:rsidP="00217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3290561"/>
      <w:docPartObj>
        <w:docPartGallery w:val="Page Numbers (Top of Page)"/>
        <w:docPartUnique/>
      </w:docPartObj>
    </w:sdtPr>
    <w:sdtContent>
      <w:p w14:paraId="6FB855FB" w14:textId="38E3D22A" w:rsidR="001B4642" w:rsidRDefault="001B46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F8B" w:rsidRPr="00306F8B">
          <w:rPr>
            <w:noProof/>
            <w:lang w:val="ru-RU"/>
          </w:rPr>
          <w:t>45</w:t>
        </w:r>
        <w:r>
          <w:fldChar w:fldCharType="end"/>
        </w:r>
      </w:p>
    </w:sdtContent>
  </w:sdt>
  <w:p w14:paraId="4C071ACE" w14:textId="77777777" w:rsidR="001B4642" w:rsidRDefault="001B46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63370D3"/>
    <w:multiLevelType w:val="multilevel"/>
    <w:tmpl w:val="55BC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320744"/>
    <w:multiLevelType w:val="multilevel"/>
    <w:tmpl w:val="D35AB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3E146A"/>
    <w:multiLevelType w:val="multilevel"/>
    <w:tmpl w:val="A4FA8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4332AC"/>
    <w:multiLevelType w:val="hybridMultilevel"/>
    <w:tmpl w:val="E0C0E8E0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>
    <w:nsid w:val="142C0E98"/>
    <w:multiLevelType w:val="multilevel"/>
    <w:tmpl w:val="0C4A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8F378E"/>
    <w:multiLevelType w:val="hybridMultilevel"/>
    <w:tmpl w:val="35D211B0"/>
    <w:lvl w:ilvl="0" w:tplc="DE2E3E12">
      <w:start w:val="1"/>
      <w:numFmt w:val="decimal"/>
      <w:pStyle w:val="Style15"/>
      <w:lvlText w:val="%1."/>
      <w:lvlJc w:val="left"/>
      <w:pPr>
        <w:ind w:left="928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2">
    <w:nsid w:val="1FB77193"/>
    <w:multiLevelType w:val="multilevel"/>
    <w:tmpl w:val="B6B0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6B12E5"/>
    <w:multiLevelType w:val="multilevel"/>
    <w:tmpl w:val="23F4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127303"/>
    <w:multiLevelType w:val="multilevel"/>
    <w:tmpl w:val="F49A4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5041D3"/>
    <w:multiLevelType w:val="multilevel"/>
    <w:tmpl w:val="1D30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C37C45"/>
    <w:multiLevelType w:val="multilevel"/>
    <w:tmpl w:val="8692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C362A1"/>
    <w:multiLevelType w:val="hybridMultilevel"/>
    <w:tmpl w:val="0AC43D16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8">
    <w:nsid w:val="2AEF408E"/>
    <w:multiLevelType w:val="multilevel"/>
    <w:tmpl w:val="B3DC9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897D63"/>
    <w:multiLevelType w:val="multilevel"/>
    <w:tmpl w:val="4804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42587A"/>
    <w:multiLevelType w:val="multilevel"/>
    <w:tmpl w:val="310C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7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lang w:val="ru-RU" w:eastAsia="en-US" w:bidi="ar-SA"/>
      </w:rPr>
    </w:lvl>
  </w:abstractNum>
  <w:abstractNum w:abstractNumId="22">
    <w:nsid w:val="35A7793F"/>
    <w:multiLevelType w:val="multilevel"/>
    <w:tmpl w:val="7D14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473166"/>
    <w:multiLevelType w:val="multilevel"/>
    <w:tmpl w:val="972A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415B0F75"/>
    <w:multiLevelType w:val="multilevel"/>
    <w:tmpl w:val="53A0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4B0F9F"/>
    <w:multiLevelType w:val="multilevel"/>
    <w:tmpl w:val="153C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A72E4B"/>
    <w:multiLevelType w:val="hybridMultilevel"/>
    <w:tmpl w:val="5AB075D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0D2F9B"/>
    <w:multiLevelType w:val="multilevel"/>
    <w:tmpl w:val="3086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2672BF"/>
    <w:multiLevelType w:val="multilevel"/>
    <w:tmpl w:val="BC88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CE38A9"/>
    <w:multiLevelType w:val="multilevel"/>
    <w:tmpl w:val="F88E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BD2FA1"/>
    <w:multiLevelType w:val="multilevel"/>
    <w:tmpl w:val="D536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AB5F3F"/>
    <w:multiLevelType w:val="hybridMultilevel"/>
    <w:tmpl w:val="79D8D6C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E902BC"/>
    <w:multiLevelType w:val="multilevel"/>
    <w:tmpl w:val="2DE8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A815EC"/>
    <w:multiLevelType w:val="multilevel"/>
    <w:tmpl w:val="69F2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970C50"/>
    <w:multiLevelType w:val="multilevel"/>
    <w:tmpl w:val="1BFA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4755D3"/>
    <w:multiLevelType w:val="multilevel"/>
    <w:tmpl w:val="7A36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3F47FD"/>
    <w:multiLevelType w:val="multilevel"/>
    <w:tmpl w:val="0AA0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2D3AA2"/>
    <w:multiLevelType w:val="multilevel"/>
    <w:tmpl w:val="24181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33"/>
  </w:num>
  <w:num w:numId="9">
    <w:abstractNumId w:val="9"/>
  </w:num>
  <w:num w:numId="10">
    <w:abstractNumId w:val="27"/>
  </w:num>
  <w:num w:numId="11">
    <w:abstractNumId w:val="24"/>
  </w:num>
  <w:num w:numId="12">
    <w:abstractNumId w:val="21"/>
  </w:num>
  <w:num w:numId="13">
    <w:abstractNumId w:val="31"/>
  </w:num>
  <w:num w:numId="14">
    <w:abstractNumId w:val="35"/>
  </w:num>
  <w:num w:numId="15">
    <w:abstractNumId w:val="32"/>
  </w:num>
  <w:num w:numId="16">
    <w:abstractNumId w:val="36"/>
  </w:num>
  <w:num w:numId="17">
    <w:abstractNumId w:val="29"/>
  </w:num>
  <w:num w:numId="18">
    <w:abstractNumId w:val="7"/>
  </w:num>
  <w:num w:numId="19">
    <w:abstractNumId w:val="19"/>
  </w:num>
  <w:num w:numId="20">
    <w:abstractNumId w:val="22"/>
  </w:num>
  <w:num w:numId="21">
    <w:abstractNumId w:val="10"/>
  </w:num>
  <w:num w:numId="22">
    <w:abstractNumId w:val="12"/>
  </w:num>
  <w:num w:numId="23">
    <w:abstractNumId w:val="15"/>
  </w:num>
  <w:num w:numId="24">
    <w:abstractNumId w:val="34"/>
  </w:num>
  <w:num w:numId="25">
    <w:abstractNumId w:val="26"/>
  </w:num>
  <w:num w:numId="26">
    <w:abstractNumId w:val="13"/>
  </w:num>
  <w:num w:numId="27">
    <w:abstractNumId w:val="8"/>
  </w:num>
  <w:num w:numId="28">
    <w:abstractNumId w:val="37"/>
  </w:num>
  <w:num w:numId="29">
    <w:abstractNumId w:val="18"/>
  </w:num>
  <w:num w:numId="30">
    <w:abstractNumId w:val="28"/>
  </w:num>
  <w:num w:numId="31">
    <w:abstractNumId w:val="39"/>
  </w:num>
  <w:num w:numId="32">
    <w:abstractNumId w:val="30"/>
  </w:num>
  <w:num w:numId="33">
    <w:abstractNumId w:val="38"/>
  </w:num>
  <w:num w:numId="34">
    <w:abstractNumId w:val="25"/>
  </w:num>
  <w:num w:numId="35">
    <w:abstractNumId w:val="6"/>
  </w:num>
  <w:num w:numId="36">
    <w:abstractNumId w:val="16"/>
  </w:num>
  <w:num w:numId="37">
    <w:abstractNumId w:val="14"/>
  </w:num>
  <w:num w:numId="38">
    <w:abstractNumId w:val="23"/>
  </w:num>
  <w:num w:numId="39">
    <w:abstractNumId w:val="20"/>
  </w:num>
  <w:num w:numId="40">
    <w:abstractNumId w:val="1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177B"/>
    <w:rsid w:val="00034616"/>
    <w:rsid w:val="00040691"/>
    <w:rsid w:val="0006063C"/>
    <w:rsid w:val="0015074B"/>
    <w:rsid w:val="001B4642"/>
    <w:rsid w:val="001F3556"/>
    <w:rsid w:val="001F4EBE"/>
    <w:rsid w:val="00217669"/>
    <w:rsid w:val="00293ADC"/>
    <w:rsid w:val="0029639D"/>
    <w:rsid w:val="00297206"/>
    <w:rsid w:val="002E36B9"/>
    <w:rsid w:val="00306F8B"/>
    <w:rsid w:val="00326F90"/>
    <w:rsid w:val="00336CA0"/>
    <w:rsid w:val="00361349"/>
    <w:rsid w:val="005449D6"/>
    <w:rsid w:val="005A2C2A"/>
    <w:rsid w:val="005E5C11"/>
    <w:rsid w:val="006076A7"/>
    <w:rsid w:val="0065020D"/>
    <w:rsid w:val="0069187C"/>
    <w:rsid w:val="007E3CBF"/>
    <w:rsid w:val="007F7841"/>
    <w:rsid w:val="00964296"/>
    <w:rsid w:val="0097061E"/>
    <w:rsid w:val="00A16029"/>
    <w:rsid w:val="00AA1D8D"/>
    <w:rsid w:val="00B340CF"/>
    <w:rsid w:val="00B47730"/>
    <w:rsid w:val="00BD3C3F"/>
    <w:rsid w:val="00CB0664"/>
    <w:rsid w:val="00DA6B68"/>
    <w:rsid w:val="00DB7738"/>
    <w:rsid w:val="00DD2566"/>
    <w:rsid w:val="00DD53E2"/>
    <w:rsid w:val="00E3137D"/>
    <w:rsid w:val="00E7492B"/>
    <w:rsid w:val="00EF279D"/>
    <w:rsid w:val="00F50D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8B9F329A-AF14-4250-80F1-D002094D3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818181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818181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1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uiPriority w:val="1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1"/>
    <w:unhideWhenUsed/>
    <w:qFormat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1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585858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585858" w:themeColor="text1"/>
    </w:rPr>
  </w:style>
  <w:style w:type="character" w:customStyle="1" w:styleId="40">
    <w:name w:val="Заголовок 4 Знак"/>
    <w:basedOn w:val="a2"/>
    <w:link w:val="4"/>
    <w:uiPriority w:val="9"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rsid w:val="00FC693F"/>
    <w:rPr>
      <w:rFonts w:asciiTheme="majorHAnsi" w:eastAsiaTheme="majorEastAsia" w:hAnsiTheme="majorHAnsi" w:cstheme="majorBidi"/>
      <w:i/>
      <w:iCs/>
      <w:color w:val="818181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818181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ABABAB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414141" w:themeColor="text1" w:themeShade="BF"/>
    </w:rPr>
    <w:tblPr>
      <w:tblStyleRowBandSize w:val="1"/>
      <w:tblStyleColBandSize w:val="1"/>
      <w:tblInd w:w="0" w:type="dxa"/>
      <w:tblBorders>
        <w:top w:val="single" w:sz="8" w:space="0" w:color="585858" w:themeColor="text1"/>
        <w:bottom w:val="single" w:sz="8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858" w:themeColor="text1"/>
          <w:left w:val="nil"/>
          <w:bottom w:val="single" w:sz="8" w:space="0" w:color="585858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858" w:themeColor="text1"/>
          <w:left w:val="nil"/>
          <w:bottom w:val="single" w:sz="8" w:space="0" w:color="585858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85858" w:themeColor="text1"/>
        <w:left w:val="single" w:sz="8" w:space="0" w:color="585858" w:themeColor="text1"/>
        <w:bottom w:val="single" w:sz="8" w:space="0" w:color="585858" w:themeColor="text1"/>
        <w:right w:val="single" w:sz="8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shd w:val="clear" w:color="auto" w:fill="585858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5858" w:themeColor="text1"/>
          <w:left w:val="single" w:sz="8" w:space="0" w:color="585858" w:themeColor="text1"/>
          <w:bottom w:val="single" w:sz="8" w:space="0" w:color="585858" w:themeColor="text1"/>
          <w:right w:val="single" w:sz="8" w:space="0" w:color="58585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5858" w:themeColor="text1"/>
          <w:left w:val="single" w:sz="8" w:space="0" w:color="585858" w:themeColor="text1"/>
          <w:bottom w:val="single" w:sz="8" w:space="0" w:color="585858" w:themeColor="text1"/>
          <w:right w:val="single" w:sz="8" w:space="0" w:color="585858" w:themeColor="text1"/>
        </w:tcBorders>
      </w:tcPr>
    </w:tblStylePr>
    <w:tblStylePr w:type="band1Horz">
      <w:tblPr/>
      <w:tcPr>
        <w:tcBorders>
          <w:top w:val="single" w:sz="8" w:space="0" w:color="585858" w:themeColor="text1"/>
          <w:left w:val="single" w:sz="8" w:space="0" w:color="585858" w:themeColor="text1"/>
          <w:bottom w:val="single" w:sz="8" w:space="0" w:color="585858" w:themeColor="text1"/>
          <w:right w:val="single" w:sz="8" w:space="0" w:color="585858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85858" w:themeColor="text1"/>
        <w:left w:val="single" w:sz="8" w:space="0" w:color="585858" w:themeColor="text1"/>
        <w:bottom w:val="single" w:sz="8" w:space="0" w:color="585858" w:themeColor="text1"/>
        <w:right w:val="single" w:sz="8" w:space="0" w:color="585858" w:themeColor="text1"/>
        <w:insideH w:val="single" w:sz="8" w:space="0" w:color="585858" w:themeColor="text1"/>
        <w:insideV w:val="single" w:sz="8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858" w:themeColor="text1"/>
          <w:left w:val="single" w:sz="8" w:space="0" w:color="585858" w:themeColor="text1"/>
          <w:bottom w:val="single" w:sz="18" w:space="0" w:color="585858" w:themeColor="text1"/>
          <w:right w:val="single" w:sz="8" w:space="0" w:color="585858" w:themeColor="text1"/>
          <w:insideH w:val="nil"/>
          <w:insideV w:val="single" w:sz="8" w:space="0" w:color="585858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5858" w:themeColor="text1"/>
          <w:left w:val="single" w:sz="8" w:space="0" w:color="585858" w:themeColor="text1"/>
          <w:bottom w:val="single" w:sz="8" w:space="0" w:color="585858" w:themeColor="text1"/>
          <w:right w:val="single" w:sz="8" w:space="0" w:color="585858" w:themeColor="text1"/>
          <w:insideH w:val="nil"/>
          <w:insideV w:val="single" w:sz="8" w:space="0" w:color="585858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858" w:themeColor="text1"/>
          <w:left w:val="single" w:sz="8" w:space="0" w:color="585858" w:themeColor="text1"/>
          <w:bottom w:val="single" w:sz="8" w:space="0" w:color="585858" w:themeColor="text1"/>
          <w:right w:val="single" w:sz="8" w:space="0" w:color="585858" w:themeColor="text1"/>
        </w:tcBorders>
      </w:tcPr>
    </w:tblStylePr>
    <w:tblStylePr w:type="band1Vert">
      <w:tblPr/>
      <w:tcPr>
        <w:tcBorders>
          <w:top w:val="single" w:sz="8" w:space="0" w:color="585858" w:themeColor="text1"/>
          <w:left w:val="single" w:sz="8" w:space="0" w:color="585858" w:themeColor="text1"/>
          <w:bottom w:val="single" w:sz="8" w:space="0" w:color="585858" w:themeColor="text1"/>
          <w:right w:val="single" w:sz="8" w:space="0" w:color="585858" w:themeColor="text1"/>
        </w:tcBorders>
        <w:shd w:val="clear" w:color="auto" w:fill="D5D5D5" w:themeFill="text1" w:themeFillTint="3F"/>
      </w:tcPr>
    </w:tblStylePr>
    <w:tblStylePr w:type="band1Horz">
      <w:tblPr/>
      <w:tcPr>
        <w:tcBorders>
          <w:top w:val="single" w:sz="8" w:space="0" w:color="585858" w:themeColor="text1"/>
          <w:left w:val="single" w:sz="8" w:space="0" w:color="585858" w:themeColor="text1"/>
          <w:bottom w:val="single" w:sz="8" w:space="0" w:color="585858" w:themeColor="text1"/>
          <w:right w:val="single" w:sz="8" w:space="0" w:color="585858" w:themeColor="text1"/>
          <w:insideV w:val="single" w:sz="8" w:space="0" w:color="585858" w:themeColor="text1"/>
        </w:tcBorders>
        <w:shd w:val="clear" w:color="auto" w:fill="D5D5D5" w:themeFill="text1" w:themeFillTint="3F"/>
      </w:tcPr>
    </w:tblStylePr>
    <w:tblStylePr w:type="band2Horz">
      <w:tblPr/>
      <w:tcPr>
        <w:tcBorders>
          <w:top w:val="single" w:sz="8" w:space="0" w:color="585858" w:themeColor="text1"/>
          <w:left w:val="single" w:sz="8" w:space="0" w:color="585858" w:themeColor="text1"/>
          <w:bottom w:val="single" w:sz="8" w:space="0" w:color="585858" w:themeColor="text1"/>
          <w:right w:val="single" w:sz="8" w:space="0" w:color="585858" w:themeColor="text1"/>
          <w:insideV w:val="single" w:sz="8" w:space="0" w:color="585858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18181" w:themeColor="text1" w:themeTint="BF"/>
        <w:left w:val="single" w:sz="8" w:space="0" w:color="818181" w:themeColor="text1" w:themeTint="BF"/>
        <w:bottom w:val="single" w:sz="8" w:space="0" w:color="818181" w:themeColor="text1" w:themeTint="BF"/>
        <w:right w:val="single" w:sz="8" w:space="0" w:color="818181" w:themeColor="text1" w:themeTint="BF"/>
        <w:insideH w:val="single" w:sz="8" w:space="0" w:color="818181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tcBorders>
          <w:top w:val="single" w:sz="8" w:space="0" w:color="818181" w:themeColor="text1" w:themeTint="BF"/>
          <w:left w:val="single" w:sz="8" w:space="0" w:color="818181" w:themeColor="text1" w:themeTint="BF"/>
          <w:bottom w:val="single" w:sz="8" w:space="0" w:color="818181" w:themeColor="text1" w:themeTint="BF"/>
          <w:right w:val="single" w:sz="8" w:space="0" w:color="818181" w:themeColor="text1" w:themeTint="BF"/>
          <w:insideH w:val="nil"/>
          <w:insideV w:val="nil"/>
        </w:tcBorders>
        <w:shd w:val="clear" w:color="auto" w:fill="585858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8181" w:themeColor="text1" w:themeTint="BF"/>
          <w:left w:val="single" w:sz="8" w:space="0" w:color="818181" w:themeColor="text1" w:themeTint="BF"/>
          <w:bottom w:val="single" w:sz="8" w:space="0" w:color="818181" w:themeColor="text1" w:themeTint="BF"/>
          <w:right w:val="single" w:sz="8" w:space="0" w:color="818181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5D5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5D5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858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rPr>
        <w:b/>
        <w:bCs/>
        <w:color w:val="FCFCF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858" w:themeFill="text1"/>
      </w:tcPr>
    </w:tblStylePr>
    <w:tblStylePr w:type="lastCol">
      <w:rPr>
        <w:b/>
        <w:bCs/>
        <w:color w:val="FCFCF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5858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background1" w:themeFillShade="D8"/>
      </w:tcPr>
    </w:tblStylePr>
    <w:tblStylePr w:type="band1Horz">
      <w:tblPr/>
      <w:tcPr>
        <w:shd w:val="clear" w:color="auto" w:fill="D5D5D5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CFCF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rPr>
        <w:b/>
        <w:bCs/>
        <w:color w:val="FCFCF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CFCF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background1" w:themeFillShade="D8"/>
      </w:tcPr>
    </w:tblStylePr>
    <w:tblStylePr w:type="band1Horz">
      <w:tblPr/>
      <w:tcPr>
        <w:shd w:val="clear" w:color="auto" w:fill="D5D5D5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CFCF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rPr>
        <w:b/>
        <w:bCs/>
        <w:color w:val="FCFCF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CFCF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background1" w:themeFillShade="D8"/>
      </w:tcPr>
    </w:tblStylePr>
    <w:tblStylePr w:type="band1Horz">
      <w:tblPr/>
      <w:tcPr>
        <w:shd w:val="clear" w:color="auto" w:fill="D5D5D5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CFCF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rPr>
        <w:b/>
        <w:bCs/>
        <w:color w:val="FCFCF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CFCF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background1" w:themeFillShade="D8"/>
      </w:tcPr>
    </w:tblStylePr>
    <w:tblStylePr w:type="band1Horz">
      <w:tblPr/>
      <w:tcPr>
        <w:shd w:val="clear" w:color="auto" w:fill="D5D5D5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CFCF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rPr>
        <w:b/>
        <w:bCs/>
        <w:color w:val="FCFCF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CFCF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background1" w:themeFillShade="D8"/>
      </w:tcPr>
    </w:tblStylePr>
    <w:tblStylePr w:type="band1Horz">
      <w:tblPr/>
      <w:tcPr>
        <w:shd w:val="clear" w:color="auto" w:fill="D5D5D5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CFCF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rPr>
        <w:b/>
        <w:bCs/>
        <w:color w:val="FCFCF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CFCF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background1" w:themeFillShade="D8"/>
      </w:tcPr>
    </w:tblStylePr>
    <w:tblStylePr w:type="band1Horz">
      <w:tblPr/>
      <w:tcPr>
        <w:shd w:val="clear" w:color="auto" w:fill="D5D5D5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CFCF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CFCF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rPr>
        <w:b/>
        <w:bCs/>
        <w:color w:val="FCFCF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CFCF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background1" w:themeFillShade="D8"/>
      </w:tcPr>
    </w:tblStylePr>
    <w:tblStylePr w:type="band1Horz">
      <w:tblPr/>
      <w:tcPr>
        <w:shd w:val="clear" w:color="auto" w:fill="D5D5D5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CFCF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585858" w:themeColor="text1"/>
        <w:bottom w:val="single" w:sz="8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5858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585858" w:themeColor="text1"/>
          <w:bottom w:val="single" w:sz="8" w:space="0" w:color="58585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5858" w:themeColor="text1"/>
          <w:bottom w:val="single" w:sz="8" w:space="0" w:color="585858" w:themeColor="text1"/>
        </w:tcBorders>
      </w:tcPr>
    </w:tblStylePr>
    <w:tblStylePr w:type="band1Vert">
      <w:tblPr/>
      <w:tcPr>
        <w:shd w:val="clear" w:color="auto" w:fill="D5D5D5" w:themeFill="text1" w:themeFillTint="3F"/>
      </w:tcPr>
    </w:tblStylePr>
    <w:tblStylePr w:type="band1Horz">
      <w:tblPr/>
      <w:tcPr>
        <w:shd w:val="clear" w:color="auto" w:fill="D5D5D5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585858" w:themeColor="text1"/>
        <w:left w:val="single" w:sz="8" w:space="0" w:color="585858" w:themeColor="text1"/>
        <w:bottom w:val="single" w:sz="8" w:space="0" w:color="585858" w:themeColor="text1"/>
        <w:right w:val="single" w:sz="8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5858" w:themeColor="text1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Row">
      <w:tblPr/>
      <w:tcPr>
        <w:tcBorders>
          <w:top w:val="single" w:sz="8" w:space="0" w:color="585858" w:themeColor="text1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5858" w:themeColor="text1"/>
          <w:insideH w:val="nil"/>
          <w:insideV w:val="nil"/>
        </w:tcBorders>
        <w:shd w:val="clear" w:color="auto" w:fill="FCFCFC" w:themeFill="background1"/>
      </w:tcPr>
    </w:tblStylePr>
    <w:tblStylePr w:type="lastCol">
      <w:tblPr/>
      <w:tcPr>
        <w:tcBorders>
          <w:top w:val="nil"/>
          <w:left w:val="single" w:sz="8" w:space="0" w:color="585858" w:themeColor="text1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5D5" w:themeFill="text1" w:themeFillTint="3F"/>
      </w:tcPr>
    </w:tblStylePr>
    <w:tblStylePr w:type="nwCell">
      <w:tblPr/>
      <w:tcPr>
        <w:shd w:val="clear" w:color="auto" w:fill="FCFCF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CFCFC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CFCF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CFCFC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CFCF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CFCFC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CFCF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CFCFC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CFCF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CFCFC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CFCF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CFCFC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CFCF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18181" w:themeColor="text1" w:themeTint="BF"/>
        <w:left w:val="single" w:sz="8" w:space="0" w:color="818181" w:themeColor="text1" w:themeTint="BF"/>
        <w:bottom w:val="single" w:sz="8" w:space="0" w:color="818181" w:themeColor="text1" w:themeTint="BF"/>
        <w:right w:val="single" w:sz="8" w:space="0" w:color="818181" w:themeColor="text1" w:themeTint="BF"/>
        <w:insideH w:val="single" w:sz="8" w:space="0" w:color="818181" w:themeColor="text1" w:themeTint="BF"/>
        <w:insideV w:val="single" w:sz="8" w:space="0" w:color="818181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D5D5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8181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ABAB" w:themeFill="text1" w:themeFillTint="7F"/>
      </w:tcPr>
    </w:tblStylePr>
    <w:tblStylePr w:type="band1Horz">
      <w:tblPr/>
      <w:tcPr>
        <w:shd w:val="clear" w:color="auto" w:fill="ABABAB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585858" w:themeColor="text1"/>
        <w:left w:val="single" w:sz="8" w:space="0" w:color="585858" w:themeColor="text1"/>
        <w:bottom w:val="single" w:sz="8" w:space="0" w:color="585858" w:themeColor="text1"/>
        <w:right w:val="single" w:sz="8" w:space="0" w:color="585858" w:themeColor="text1"/>
        <w:insideH w:val="single" w:sz="8" w:space="0" w:color="585858" w:themeColor="text1"/>
        <w:insideV w:val="single" w:sz="8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D5D5" w:themeFill="text1" w:themeFillTint="3F"/>
    </w:tcPr>
    <w:tblStylePr w:type="firstRow">
      <w:rPr>
        <w:b/>
        <w:bCs/>
        <w:color w:val="585858" w:themeColor="text1"/>
      </w:rPr>
      <w:tblPr/>
      <w:tcPr>
        <w:shd w:val="clear" w:color="auto" w:fill="EEEEEE" w:themeFill="text1" w:themeFillTint="19"/>
      </w:tcPr>
    </w:tblStylePr>
    <w:tblStylePr w:type="lastRow">
      <w:rPr>
        <w:b/>
        <w:bCs/>
        <w:color w:val="585858" w:themeColor="text1"/>
      </w:rPr>
      <w:tblPr/>
      <w:tcPr>
        <w:tcBorders>
          <w:top w:val="single" w:sz="12" w:space="0" w:color="585858" w:themeColor="text1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rPr>
        <w:b/>
        <w:bCs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Col">
      <w:rPr>
        <w:b w:val="0"/>
        <w:bCs w:val="0"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D" w:themeFill="text1" w:themeFillTint="33"/>
      </w:tcPr>
    </w:tblStylePr>
    <w:tblStylePr w:type="band1Vert">
      <w:tblPr/>
      <w:tcPr>
        <w:shd w:val="clear" w:color="auto" w:fill="ABABAB" w:themeFill="text1" w:themeFillTint="7F"/>
      </w:tcPr>
    </w:tblStylePr>
    <w:tblStylePr w:type="band1Horz">
      <w:tblPr/>
      <w:tcPr>
        <w:tcBorders>
          <w:insideH w:val="single" w:sz="6" w:space="0" w:color="585858" w:themeColor="text1"/>
          <w:insideV w:val="single" w:sz="6" w:space="0" w:color="585858" w:themeColor="text1"/>
        </w:tcBorders>
        <w:shd w:val="clear" w:color="auto" w:fill="ABABAB" w:themeFill="text1" w:themeFillTint="7F"/>
      </w:tcPr>
    </w:tblStylePr>
    <w:tblStylePr w:type="nwCell">
      <w:tblPr/>
      <w:tcPr>
        <w:shd w:val="clear" w:color="auto" w:fill="FCFCFC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585858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585858" w:themeColor="text1"/>
      </w:rPr>
      <w:tblPr/>
      <w:tcPr>
        <w:tcBorders>
          <w:top w:val="single" w:sz="12" w:space="0" w:color="585858" w:themeColor="text1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rPr>
        <w:b/>
        <w:bCs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Col">
      <w:rPr>
        <w:b w:val="0"/>
        <w:bCs w:val="0"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CFCFC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585858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585858" w:themeColor="text1"/>
      </w:rPr>
      <w:tblPr/>
      <w:tcPr>
        <w:tcBorders>
          <w:top w:val="single" w:sz="12" w:space="0" w:color="585858" w:themeColor="text1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rPr>
        <w:b/>
        <w:bCs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Col">
      <w:rPr>
        <w:b w:val="0"/>
        <w:bCs w:val="0"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CFCFC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585858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585858" w:themeColor="text1"/>
      </w:rPr>
      <w:tblPr/>
      <w:tcPr>
        <w:tcBorders>
          <w:top w:val="single" w:sz="12" w:space="0" w:color="585858" w:themeColor="text1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rPr>
        <w:b/>
        <w:bCs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Col">
      <w:rPr>
        <w:b w:val="0"/>
        <w:bCs w:val="0"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CFCFC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585858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585858" w:themeColor="text1"/>
      </w:rPr>
      <w:tblPr/>
      <w:tcPr>
        <w:tcBorders>
          <w:top w:val="single" w:sz="12" w:space="0" w:color="585858" w:themeColor="text1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rPr>
        <w:b/>
        <w:bCs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Col">
      <w:rPr>
        <w:b w:val="0"/>
        <w:bCs w:val="0"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CFCFC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585858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585858" w:themeColor="text1"/>
      </w:rPr>
      <w:tblPr/>
      <w:tcPr>
        <w:tcBorders>
          <w:top w:val="single" w:sz="12" w:space="0" w:color="585858" w:themeColor="text1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rPr>
        <w:b/>
        <w:bCs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Col">
      <w:rPr>
        <w:b w:val="0"/>
        <w:bCs w:val="0"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CFCFC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585858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585858" w:themeColor="text1"/>
      </w:rPr>
      <w:tblPr/>
      <w:tcPr>
        <w:tcBorders>
          <w:top w:val="single" w:sz="12" w:space="0" w:color="585858" w:themeColor="text1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firstCol">
      <w:rPr>
        <w:b/>
        <w:bCs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Col">
      <w:rPr>
        <w:b w:val="0"/>
        <w:bCs w:val="0"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CFCFC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CFCFC" w:themeColor="background1"/>
        <w:left w:val="single" w:sz="8" w:space="0" w:color="FCFCFC" w:themeColor="background1"/>
        <w:bottom w:val="single" w:sz="8" w:space="0" w:color="FCFCFC" w:themeColor="background1"/>
        <w:right w:val="single" w:sz="8" w:space="0" w:color="FCFCFC" w:themeColor="background1"/>
        <w:insideH w:val="single" w:sz="6" w:space="0" w:color="FCFCFC" w:themeColor="background1"/>
        <w:insideV w:val="single" w:sz="6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D5D5" w:themeFill="text1" w:themeFillTint="3F"/>
    </w:tcPr>
    <w:tblStylePr w:type="firstRow">
      <w:rPr>
        <w:b/>
        <w:bCs/>
        <w:i w:val="0"/>
        <w:iCs w:val="0"/>
        <w:color w:val="FCFCFC" w:themeColor="background1"/>
      </w:rPr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24" w:space="0" w:color="FCFCFC" w:themeColor="background1"/>
          <w:right w:val="single" w:sz="8" w:space="0" w:color="FCFCFC" w:themeColor="background1"/>
          <w:insideH w:val="nil"/>
          <w:insideV w:val="single" w:sz="8" w:space="0" w:color="FCFCFC" w:themeColor="background1"/>
        </w:tcBorders>
        <w:shd w:val="clear" w:color="auto" w:fill="585858" w:themeFill="text1"/>
      </w:tcPr>
    </w:tblStylePr>
    <w:tblStylePr w:type="lastRow">
      <w:rPr>
        <w:b/>
        <w:bCs/>
        <w:i w:val="0"/>
        <w:iCs w:val="0"/>
        <w:color w:val="FCFCFC" w:themeColor="background1"/>
      </w:rPr>
      <w:tblPr/>
      <w:tcPr>
        <w:tcBorders>
          <w:top w:val="single" w:sz="24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nil"/>
          <w:insideV w:val="single" w:sz="8" w:space="0" w:color="FCFCFC" w:themeColor="background1"/>
        </w:tcBorders>
        <w:shd w:val="clear" w:color="auto" w:fill="585858" w:themeFill="text1"/>
      </w:tcPr>
    </w:tblStylePr>
    <w:tblStylePr w:type="firstCol">
      <w:rPr>
        <w:b/>
        <w:bCs/>
        <w:i w:val="0"/>
        <w:iCs w:val="0"/>
        <w:color w:val="FCFCFC" w:themeColor="background1"/>
      </w:rPr>
      <w:tblPr/>
      <w:tcPr>
        <w:tcBorders>
          <w:left w:val="single" w:sz="8" w:space="0" w:color="FCFCFC" w:themeColor="background1"/>
          <w:right w:val="single" w:sz="24" w:space="0" w:color="FCFCFC" w:themeColor="background1"/>
          <w:insideH w:val="nil"/>
          <w:insideV w:val="nil"/>
        </w:tcBorders>
        <w:shd w:val="clear" w:color="auto" w:fill="585858" w:themeFill="text1"/>
      </w:tcPr>
    </w:tblStylePr>
    <w:tblStylePr w:type="lastCol">
      <w:rPr>
        <w:b/>
        <w:bCs/>
        <w:i w:val="0"/>
        <w:iCs w:val="0"/>
        <w:color w:val="FCFCFC" w:themeColor="background1"/>
      </w:rPr>
      <w:tblPr/>
      <w:tcPr>
        <w:tcBorders>
          <w:top w:val="nil"/>
          <w:left w:val="single" w:sz="24" w:space="0" w:color="FCFCFC" w:themeColor="background1"/>
          <w:bottom w:val="nil"/>
          <w:right w:val="nil"/>
          <w:insideH w:val="nil"/>
          <w:insideV w:val="nil"/>
        </w:tcBorders>
        <w:shd w:val="clear" w:color="auto" w:fill="585858" w:themeFill="text1"/>
      </w:tcPr>
    </w:tblStylePr>
    <w:tblStylePr w:type="band1Vert"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nil"/>
          <w:insideV w:val="nil"/>
        </w:tcBorders>
        <w:shd w:val="clear" w:color="auto" w:fill="ABABAB" w:themeFill="text1" w:themeFillTint="7F"/>
      </w:tcPr>
    </w:tblStylePr>
    <w:tblStylePr w:type="band1Horz"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single" w:sz="8" w:space="0" w:color="FCFCFC" w:themeColor="background1"/>
          <w:insideV w:val="single" w:sz="8" w:space="0" w:color="FCFCFC" w:themeColor="background1"/>
        </w:tcBorders>
        <w:shd w:val="clear" w:color="auto" w:fill="ABABAB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CFCFC" w:themeColor="background1"/>
        <w:left w:val="single" w:sz="8" w:space="0" w:color="FCFCFC" w:themeColor="background1"/>
        <w:bottom w:val="single" w:sz="8" w:space="0" w:color="FCFCFC" w:themeColor="background1"/>
        <w:right w:val="single" w:sz="8" w:space="0" w:color="FCFCFC" w:themeColor="background1"/>
        <w:insideH w:val="single" w:sz="6" w:space="0" w:color="FCFCFC" w:themeColor="background1"/>
        <w:insideV w:val="single" w:sz="6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CFCFC" w:themeColor="background1"/>
      </w:rPr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24" w:space="0" w:color="FCFCFC" w:themeColor="background1"/>
          <w:right w:val="single" w:sz="8" w:space="0" w:color="FCFCFC" w:themeColor="background1"/>
          <w:insideH w:val="nil"/>
          <w:insideV w:val="single" w:sz="8" w:space="0" w:color="FCFCFC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CFCFC" w:themeColor="background1"/>
      </w:rPr>
      <w:tblPr/>
      <w:tcPr>
        <w:tcBorders>
          <w:top w:val="single" w:sz="24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nil"/>
          <w:insideV w:val="single" w:sz="8" w:space="0" w:color="FCFCFC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CFCFC" w:themeColor="background1"/>
      </w:rPr>
      <w:tblPr/>
      <w:tcPr>
        <w:tcBorders>
          <w:left w:val="single" w:sz="8" w:space="0" w:color="FCFCFC" w:themeColor="background1"/>
          <w:right w:val="single" w:sz="24" w:space="0" w:color="FCFCFC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CFCFC" w:themeColor="background1"/>
      </w:rPr>
      <w:tblPr/>
      <w:tcPr>
        <w:tcBorders>
          <w:top w:val="nil"/>
          <w:left w:val="single" w:sz="24" w:space="0" w:color="FCFCFC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single" w:sz="8" w:space="0" w:color="FCFCFC" w:themeColor="background1"/>
          <w:insideV w:val="single" w:sz="8" w:space="0" w:color="FCFCFC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CFCFC" w:themeColor="background1"/>
        <w:left w:val="single" w:sz="8" w:space="0" w:color="FCFCFC" w:themeColor="background1"/>
        <w:bottom w:val="single" w:sz="8" w:space="0" w:color="FCFCFC" w:themeColor="background1"/>
        <w:right w:val="single" w:sz="8" w:space="0" w:color="FCFCFC" w:themeColor="background1"/>
        <w:insideH w:val="single" w:sz="6" w:space="0" w:color="FCFCFC" w:themeColor="background1"/>
        <w:insideV w:val="single" w:sz="6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CFCFC" w:themeColor="background1"/>
      </w:rPr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24" w:space="0" w:color="FCFCFC" w:themeColor="background1"/>
          <w:right w:val="single" w:sz="8" w:space="0" w:color="FCFCFC" w:themeColor="background1"/>
          <w:insideH w:val="nil"/>
          <w:insideV w:val="single" w:sz="8" w:space="0" w:color="FCFCFC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CFCFC" w:themeColor="background1"/>
      </w:rPr>
      <w:tblPr/>
      <w:tcPr>
        <w:tcBorders>
          <w:top w:val="single" w:sz="24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nil"/>
          <w:insideV w:val="single" w:sz="8" w:space="0" w:color="FCFCFC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CFCFC" w:themeColor="background1"/>
      </w:rPr>
      <w:tblPr/>
      <w:tcPr>
        <w:tcBorders>
          <w:left w:val="single" w:sz="8" w:space="0" w:color="FCFCFC" w:themeColor="background1"/>
          <w:right w:val="single" w:sz="24" w:space="0" w:color="FCFCFC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CFCFC" w:themeColor="background1"/>
      </w:rPr>
      <w:tblPr/>
      <w:tcPr>
        <w:tcBorders>
          <w:top w:val="nil"/>
          <w:left w:val="single" w:sz="24" w:space="0" w:color="FCFCFC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single" w:sz="8" w:space="0" w:color="FCFCFC" w:themeColor="background1"/>
          <w:insideV w:val="single" w:sz="8" w:space="0" w:color="FCFCFC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CFCFC" w:themeColor="background1"/>
        <w:left w:val="single" w:sz="8" w:space="0" w:color="FCFCFC" w:themeColor="background1"/>
        <w:bottom w:val="single" w:sz="8" w:space="0" w:color="FCFCFC" w:themeColor="background1"/>
        <w:right w:val="single" w:sz="8" w:space="0" w:color="FCFCFC" w:themeColor="background1"/>
        <w:insideH w:val="single" w:sz="6" w:space="0" w:color="FCFCFC" w:themeColor="background1"/>
        <w:insideV w:val="single" w:sz="6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CFCFC" w:themeColor="background1"/>
      </w:rPr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24" w:space="0" w:color="FCFCFC" w:themeColor="background1"/>
          <w:right w:val="single" w:sz="8" w:space="0" w:color="FCFCFC" w:themeColor="background1"/>
          <w:insideH w:val="nil"/>
          <w:insideV w:val="single" w:sz="8" w:space="0" w:color="FCFCFC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CFCFC" w:themeColor="background1"/>
      </w:rPr>
      <w:tblPr/>
      <w:tcPr>
        <w:tcBorders>
          <w:top w:val="single" w:sz="24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nil"/>
          <w:insideV w:val="single" w:sz="8" w:space="0" w:color="FCFCFC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CFCFC" w:themeColor="background1"/>
      </w:rPr>
      <w:tblPr/>
      <w:tcPr>
        <w:tcBorders>
          <w:left w:val="single" w:sz="8" w:space="0" w:color="FCFCFC" w:themeColor="background1"/>
          <w:right w:val="single" w:sz="24" w:space="0" w:color="FCFCFC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CFCFC" w:themeColor="background1"/>
      </w:rPr>
      <w:tblPr/>
      <w:tcPr>
        <w:tcBorders>
          <w:top w:val="nil"/>
          <w:left w:val="single" w:sz="24" w:space="0" w:color="FCFCFC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single" w:sz="8" w:space="0" w:color="FCFCFC" w:themeColor="background1"/>
          <w:insideV w:val="single" w:sz="8" w:space="0" w:color="FCFCFC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CFCFC" w:themeColor="background1"/>
        <w:left w:val="single" w:sz="8" w:space="0" w:color="FCFCFC" w:themeColor="background1"/>
        <w:bottom w:val="single" w:sz="8" w:space="0" w:color="FCFCFC" w:themeColor="background1"/>
        <w:right w:val="single" w:sz="8" w:space="0" w:color="FCFCFC" w:themeColor="background1"/>
        <w:insideH w:val="single" w:sz="6" w:space="0" w:color="FCFCFC" w:themeColor="background1"/>
        <w:insideV w:val="single" w:sz="6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CFCFC" w:themeColor="background1"/>
      </w:rPr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24" w:space="0" w:color="FCFCFC" w:themeColor="background1"/>
          <w:right w:val="single" w:sz="8" w:space="0" w:color="FCFCFC" w:themeColor="background1"/>
          <w:insideH w:val="nil"/>
          <w:insideV w:val="single" w:sz="8" w:space="0" w:color="FCFCFC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CFCFC" w:themeColor="background1"/>
      </w:rPr>
      <w:tblPr/>
      <w:tcPr>
        <w:tcBorders>
          <w:top w:val="single" w:sz="24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nil"/>
          <w:insideV w:val="single" w:sz="8" w:space="0" w:color="FCFCFC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CFCFC" w:themeColor="background1"/>
      </w:rPr>
      <w:tblPr/>
      <w:tcPr>
        <w:tcBorders>
          <w:left w:val="single" w:sz="8" w:space="0" w:color="FCFCFC" w:themeColor="background1"/>
          <w:right w:val="single" w:sz="24" w:space="0" w:color="FCFCFC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CFCFC" w:themeColor="background1"/>
      </w:rPr>
      <w:tblPr/>
      <w:tcPr>
        <w:tcBorders>
          <w:top w:val="nil"/>
          <w:left w:val="single" w:sz="24" w:space="0" w:color="FCFCFC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single" w:sz="8" w:space="0" w:color="FCFCFC" w:themeColor="background1"/>
          <w:insideV w:val="single" w:sz="8" w:space="0" w:color="FCFCFC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CFCFC" w:themeColor="background1"/>
        <w:left w:val="single" w:sz="8" w:space="0" w:color="FCFCFC" w:themeColor="background1"/>
        <w:bottom w:val="single" w:sz="8" w:space="0" w:color="FCFCFC" w:themeColor="background1"/>
        <w:right w:val="single" w:sz="8" w:space="0" w:color="FCFCFC" w:themeColor="background1"/>
        <w:insideH w:val="single" w:sz="6" w:space="0" w:color="FCFCFC" w:themeColor="background1"/>
        <w:insideV w:val="single" w:sz="6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CFCFC" w:themeColor="background1"/>
      </w:rPr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24" w:space="0" w:color="FCFCFC" w:themeColor="background1"/>
          <w:right w:val="single" w:sz="8" w:space="0" w:color="FCFCFC" w:themeColor="background1"/>
          <w:insideH w:val="nil"/>
          <w:insideV w:val="single" w:sz="8" w:space="0" w:color="FCFCFC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CFCFC" w:themeColor="background1"/>
      </w:rPr>
      <w:tblPr/>
      <w:tcPr>
        <w:tcBorders>
          <w:top w:val="single" w:sz="24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nil"/>
          <w:insideV w:val="single" w:sz="8" w:space="0" w:color="FCFCFC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CFCFC" w:themeColor="background1"/>
      </w:rPr>
      <w:tblPr/>
      <w:tcPr>
        <w:tcBorders>
          <w:left w:val="single" w:sz="8" w:space="0" w:color="FCFCFC" w:themeColor="background1"/>
          <w:right w:val="single" w:sz="24" w:space="0" w:color="FCFCFC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CFCFC" w:themeColor="background1"/>
      </w:rPr>
      <w:tblPr/>
      <w:tcPr>
        <w:tcBorders>
          <w:top w:val="nil"/>
          <w:left w:val="single" w:sz="24" w:space="0" w:color="FCFCFC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single" w:sz="8" w:space="0" w:color="FCFCFC" w:themeColor="background1"/>
          <w:insideV w:val="single" w:sz="8" w:space="0" w:color="FCFCFC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CFCFC" w:themeColor="background1"/>
        <w:left w:val="single" w:sz="8" w:space="0" w:color="FCFCFC" w:themeColor="background1"/>
        <w:bottom w:val="single" w:sz="8" w:space="0" w:color="FCFCFC" w:themeColor="background1"/>
        <w:right w:val="single" w:sz="8" w:space="0" w:color="FCFCFC" w:themeColor="background1"/>
        <w:insideH w:val="single" w:sz="6" w:space="0" w:color="FCFCFC" w:themeColor="background1"/>
        <w:insideV w:val="single" w:sz="6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CFCFC" w:themeColor="background1"/>
      </w:rPr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24" w:space="0" w:color="FCFCFC" w:themeColor="background1"/>
          <w:right w:val="single" w:sz="8" w:space="0" w:color="FCFCFC" w:themeColor="background1"/>
          <w:insideH w:val="nil"/>
          <w:insideV w:val="single" w:sz="8" w:space="0" w:color="FCFCFC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CFCFC" w:themeColor="background1"/>
      </w:rPr>
      <w:tblPr/>
      <w:tcPr>
        <w:tcBorders>
          <w:top w:val="single" w:sz="24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nil"/>
          <w:insideV w:val="single" w:sz="8" w:space="0" w:color="FCFCFC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CFCFC" w:themeColor="background1"/>
      </w:rPr>
      <w:tblPr/>
      <w:tcPr>
        <w:tcBorders>
          <w:left w:val="single" w:sz="8" w:space="0" w:color="FCFCFC" w:themeColor="background1"/>
          <w:right w:val="single" w:sz="24" w:space="0" w:color="FCFCFC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CFCFC" w:themeColor="background1"/>
      </w:rPr>
      <w:tblPr/>
      <w:tcPr>
        <w:tcBorders>
          <w:top w:val="nil"/>
          <w:left w:val="single" w:sz="24" w:space="0" w:color="FCFCFC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CFCFC" w:themeColor="background1"/>
          <w:left w:val="single" w:sz="8" w:space="0" w:color="FCFCFC" w:themeColor="background1"/>
          <w:bottom w:val="single" w:sz="8" w:space="0" w:color="FCFCFC" w:themeColor="background1"/>
          <w:right w:val="single" w:sz="8" w:space="0" w:color="FCFCFC" w:themeColor="background1"/>
          <w:insideH w:val="single" w:sz="8" w:space="0" w:color="FCFCFC" w:themeColor="background1"/>
          <w:insideV w:val="single" w:sz="8" w:space="0" w:color="FCFCFC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CFCF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85858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CFCFC" w:themeColor="background1"/>
          <w:right w:val="nil"/>
          <w:insideH w:val="nil"/>
          <w:insideV w:val="nil"/>
        </w:tcBorders>
        <w:shd w:val="clear" w:color="auto" w:fill="585858" w:themeFill="text1"/>
      </w:tcPr>
    </w:tblStylePr>
    <w:tblStylePr w:type="lastRow">
      <w:tblPr/>
      <w:tcPr>
        <w:tcBorders>
          <w:top w:val="single" w:sz="18" w:space="0" w:color="FCFCFC" w:themeColor="background1"/>
          <w:left w:val="nil"/>
          <w:bottom w:val="nil"/>
          <w:right w:val="nil"/>
          <w:insideH w:val="nil"/>
          <w:insideV w:val="nil"/>
        </w:tcBorders>
        <w:shd w:val="clear" w:color="auto" w:fill="2B2B2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CFCFC" w:themeColor="background1"/>
          <w:insideH w:val="nil"/>
          <w:insideV w:val="nil"/>
        </w:tcBorders>
        <w:shd w:val="clear" w:color="auto" w:fill="414141" w:themeFill="text1" w:themeFillShade="BF"/>
      </w:tcPr>
    </w:tblStylePr>
    <w:tblStylePr w:type="lastCol">
      <w:tblPr/>
      <w:tcPr>
        <w:tcBorders>
          <w:top w:val="nil"/>
          <w:left w:val="single" w:sz="18" w:space="0" w:color="FCFCFC" w:themeColor="background1"/>
          <w:bottom w:val="nil"/>
          <w:right w:val="nil"/>
          <w:insideH w:val="nil"/>
          <w:insideV w:val="nil"/>
        </w:tcBorders>
        <w:shd w:val="clear" w:color="auto" w:fill="41414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414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4141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CFCF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CFCFC" w:themeColor="background1"/>
          <w:right w:val="nil"/>
          <w:insideH w:val="nil"/>
          <w:insideV w:val="nil"/>
        </w:tcBorders>
        <w:shd w:val="clear" w:color="auto" w:fill="585858" w:themeFill="text1"/>
      </w:tcPr>
    </w:tblStylePr>
    <w:tblStylePr w:type="lastRow">
      <w:tblPr/>
      <w:tcPr>
        <w:tcBorders>
          <w:top w:val="single" w:sz="18" w:space="0" w:color="FCFCFC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CFCFC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CFCFC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CFCF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CFCFC" w:themeColor="background1"/>
          <w:right w:val="nil"/>
          <w:insideH w:val="nil"/>
          <w:insideV w:val="nil"/>
        </w:tcBorders>
        <w:shd w:val="clear" w:color="auto" w:fill="585858" w:themeFill="text1"/>
      </w:tcPr>
    </w:tblStylePr>
    <w:tblStylePr w:type="lastRow">
      <w:tblPr/>
      <w:tcPr>
        <w:tcBorders>
          <w:top w:val="single" w:sz="18" w:space="0" w:color="FCFCFC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CFCFC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CFCFC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CFCF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CFCFC" w:themeColor="background1"/>
          <w:right w:val="nil"/>
          <w:insideH w:val="nil"/>
          <w:insideV w:val="nil"/>
        </w:tcBorders>
        <w:shd w:val="clear" w:color="auto" w:fill="585858" w:themeFill="text1"/>
      </w:tcPr>
    </w:tblStylePr>
    <w:tblStylePr w:type="lastRow">
      <w:tblPr/>
      <w:tcPr>
        <w:tcBorders>
          <w:top w:val="single" w:sz="18" w:space="0" w:color="FCFCFC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CFCFC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CFCFC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CFCF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CFCFC" w:themeColor="background1"/>
          <w:right w:val="nil"/>
          <w:insideH w:val="nil"/>
          <w:insideV w:val="nil"/>
        </w:tcBorders>
        <w:shd w:val="clear" w:color="auto" w:fill="585858" w:themeFill="text1"/>
      </w:tcPr>
    </w:tblStylePr>
    <w:tblStylePr w:type="lastRow">
      <w:tblPr/>
      <w:tcPr>
        <w:tcBorders>
          <w:top w:val="single" w:sz="18" w:space="0" w:color="FCFCFC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CFCFC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CFCFC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CFCF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CFCFC" w:themeColor="background1"/>
          <w:right w:val="nil"/>
          <w:insideH w:val="nil"/>
          <w:insideV w:val="nil"/>
        </w:tcBorders>
        <w:shd w:val="clear" w:color="auto" w:fill="585858" w:themeFill="text1"/>
      </w:tcPr>
    </w:tblStylePr>
    <w:tblStylePr w:type="lastRow">
      <w:tblPr/>
      <w:tcPr>
        <w:tcBorders>
          <w:top w:val="single" w:sz="18" w:space="0" w:color="FCFCFC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CFCFC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CFCFC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CFCF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CFCFC" w:themeColor="background1"/>
          <w:right w:val="nil"/>
          <w:insideH w:val="nil"/>
          <w:insideV w:val="nil"/>
        </w:tcBorders>
        <w:shd w:val="clear" w:color="auto" w:fill="585858" w:themeFill="text1"/>
      </w:tcPr>
    </w:tblStylePr>
    <w:tblStylePr w:type="lastRow">
      <w:tblPr/>
      <w:tcPr>
        <w:tcBorders>
          <w:top w:val="single" w:sz="18" w:space="0" w:color="FCFCFC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CFCFC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CFCFC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585858" w:themeColor="text1"/>
        <w:bottom w:val="single" w:sz="4" w:space="0" w:color="585858" w:themeColor="text1"/>
        <w:right w:val="single" w:sz="4" w:space="0" w:color="585858" w:themeColor="text1"/>
        <w:insideH w:val="single" w:sz="4" w:space="0" w:color="FCFCFC" w:themeColor="background1"/>
        <w:insideV w:val="single" w:sz="4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EEEE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Row">
      <w:rPr>
        <w:b/>
        <w:bCs/>
        <w:color w:val="FCFCFC" w:themeColor="background1"/>
      </w:rPr>
      <w:tblPr/>
      <w:tcPr>
        <w:tcBorders>
          <w:top w:val="single" w:sz="6" w:space="0" w:color="FCFCFC" w:themeColor="background1"/>
        </w:tcBorders>
        <w:shd w:val="clear" w:color="auto" w:fill="343434" w:themeFill="text1" w:themeFillShade="99"/>
      </w:tcPr>
    </w:tblStylePr>
    <w:tblStylePr w:type="firstCol">
      <w:rPr>
        <w:color w:val="FCFCF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3434" w:themeColor="text1" w:themeShade="99"/>
          <w:insideV w:val="nil"/>
        </w:tcBorders>
        <w:shd w:val="clear" w:color="auto" w:fill="343434" w:themeFill="text1" w:themeFillShade="99"/>
      </w:tcPr>
    </w:tblStylePr>
    <w:tblStylePr w:type="lastCol">
      <w:rPr>
        <w:color w:val="FCFCF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4141" w:themeFill="text1" w:themeFillShade="BF"/>
      </w:tcPr>
    </w:tblStylePr>
    <w:tblStylePr w:type="band1Vert">
      <w:tblPr/>
      <w:tcPr>
        <w:shd w:val="clear" w:color="auto" w:fill="BCBCBC" w:themeFill="text1" w:themeFillTint="66"/>
      </w:tcPr>
    </w:tblStylePr>
    <w:tblStylePr w:type="band1Horz">
      <w:tblPr/>
      <w:tcPr>
        <w:shd w:val="clear" w:color="auto" w:fill="ABABAB" w:themeFill="text1" w:themeFillTint="7F"/>
      </w:tcPr>
    </w:tblStylePr>
    <w:tblStylePr w:type="neCell">
      <w:rPr>
        <w:color w:val="585858" w:themeColor="text1"/>
      </w:rPr>
    </w:tblStylePr>
    <w:tblStylePr w:type="nwCell">
      <w:rPr>
        <w:color w:val="585858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CFCFC" w:themeColor="background1"/>
        <w:insideV w:val="single" w:sz="4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Row">
      <w:rPr>
        <w:b/>
        <w:bCs/>
        <w:color w:val="FCFCFC" w:themeColor="background1"/>
      </w:rPr>
      <w:tblPr/>
      <w:tcPr>
        <w:tcBorders>
          <w:top w:val="single" w:sz="6" w:space="0" w:color="FCFCFC" w:themeColor="background1"/>
        </w:tcBorders>
        <w:shd w:val="clear" w:color="auto" w:fill="2C4C74" w:themeFill="accent1" w:themeFillShade="99"/>
      </w:tcPr>
    </w:tblStylePr>
    <w:tblStylePr w:type="firstCol">
      <w:rPr>
        <w:color w:val="FCFCF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CFCF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585858" w:themeColor="text1"/>
      </w:rPr>
    </w:tblStylePr>
    <w:tblStylePr w:type="nwCell">
      <w:rPr>
        <w:color w:val="585858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CFCFC" w:themeColor="background1"/>
        <w:insideV w:val="single" w:sz="4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Row">
      <w:rPr>
        <w:b/>
        <w:bCs/>
        <w:color w:val="FCFCFC" w:themeColor="background1"/>
      </w:rPr>
      <w:tblPr/>
      <w:tcPr>
        <w:tcBorders>
          <w:top w:val="single" w:sz="6" w:space="0" w:color="FCFCFC" w:themeColor="background1"/>
        </w:tcBorders>
        <w:shd w:val="clear" w:color="auto" w:fill="772C2A" w:themeFill="accent2" w:themeFillShade="99"/>
      </w:tcPr>
    </w:tblStylePr>
    <w:tblStylePr w:type="firstCol">
      <w:rPr>
        <w:color w:val="FCFCF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CFCF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585858" w:themeColor="text1"/>
      </w:rPr>
    </w:tblStylePr>
    <w:tblStylePr w:type="nwCell">
      <w:rPr>
        <w:color w:val="585858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CFCFC" w:themeColor="background1"/>
        <w:insideV w:val="single" w:sz="4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Row">
      <w:rPr>
        <w:b/>
        <w:bCs/>
        <w:color w:val="FCFCFC" w:themeColor="background1"/>
      </w:rPr>
      <w:tblPr/>
      <w:tcPr>
        <w:tcBorders>
          <w:top w:val="single" w:sz="6" w:space="0" w:color="FCFCFC" w:themeColor="background1"/>
        </w:tcBorders>
        <w:shd w:val="clear" w:color="auto" w:fill="5E7530" w:themeFill="accent3" w:themeFillShade="99"/>
      </w:tcPr>
    </w:tblStylePr>
    <w:tblStylePr w:type="firstCol">
      <w:rPr>
        <w:color w:val="FCFCF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CFCF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CFCFC" w:themeColor="background1"/>
        <w:insideV w:val="single" w:sz="4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Row">
      <w:rPr>
        <w:b/>
        <w:bCs/>
        <w:color w:val="FCFCFC" w:themeColor="background1"/>
      </w:rPr>
      <w:tblPr/>
      <w:tcPr>
        <w:tcBorders>
          <w:top w:val="single" w:sz="6" w:space="0" w:color="FCFCFC" w:themeColor="background1"/>
        </w:tcBorders>
        <w:shd w:val="clear" w:color="auto" w:fill="4C3B62" w:themeFill="accent4" w:themeFillShade="99"/>
      </w:tcPr>
    </w:tblStylePr>
    <w:tblStylePr w:type="firstCol">
      <w:rPr>
        <w:color w:val="FCFCF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CFCF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585858" w:themeColor="text1"/>
      </w:rPr>
    </w:tblStylePr>
    <w:tblStylePr w:type="nwCell">
      <w:rPr>
        <w:color w:val="585858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CFCFC" w:themeColor="background1"/>
        <w:insideV w:val="single" w:sz="4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Row">
      <w:rPr>
        <w:b/>
        <w:bCs/>
        <w:color w:val="FCFCFC" w:themeColor="background1"/>
      </w:rPr>
      <w:tblPr/>
      <w:tcPr>
        <w:tcBorders>
          <w:top w:val="single" w:sz="6" w:space="0" w:color="FCFCFC" w:themeColor="background1"/>
        </w:tcBorders>
        <w:shd w:val="clear" w:color="auto" w:fill="276A7C" w:themeFill="accent5" w:themeFillShade="99"/>
      </w:tcPr>
    </w:tblStylePr>
    <w:tblStylePr w:type="firstCol">
      <w:rPr>
        <w:color w:val="FCFCF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CFCF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585858" w:themeColor="text1"/>
      </w:rPr>
    </w:tblStylePr>
    <w:tblStylePr w:type="nwCell">
      <w:rPr>
        <w:color w:val="585858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CFCFC" w:themeColor="background1"/>
        <w:insideV w:val="single" w:sz="4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CFCFC" w:themeFill="background1"/>
      </w:tcPr>
    </w:tblStylePr>
    <w:tblStylePr w:type="lastRow">
      <w:rPr>
        <w:b/>
        <w:bCs/>
        <w:color w:val="FCFCFC" w:themeColor="background1"/>
      </w:rPr>
      <w:tblPr/>
      <w:tcPr>
        <w:tcBorders>
          <w:top w:val="single" w:sz="6" w:space="0" w:color="FCFCFC" w:themeColor="background1"/>
        </w:tcBorders>
        <w:shd w:val="clear" w:color="auto" w:fill="B65608" w:themeFill="accent6" w:themeFillShade="99"/>
      </w:tcPr>
    </w:tblStylePr>
    <w:tblStylePr w:type="firstCol">
      <w:rPr>
        <w:color w:val="FCFCF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CFCF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585858" w:themeColor="text1"/>
      </w:rPr>
    </w:tblStylePr>
    <w:tblStylePr w:type="nwCell">
      <w:rPr>
        <w:color w:val="585858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EEEE" w:themeFill="text1" w:themeFillTint="19"/>
    </w:tcPr>
    <w:tblStylePr w:type="firstRow">
      <w:rPr>
        <w:b/>
        <w:bCs/>
        <w:color w:val="FCFCFC" w:themeColor="background1"/>
      </w:rPr>
      <w:tblPr/>
      <w:tcPr>
        <w:tcBorders>
          <w:bottom w:val="single" w:sz="12" w:space="0" w:color="FCFCFC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585858" w:themeColor="text1"/>
        </w:tcBorders>
        <w:shd w:val="clear" w:color="auto" w:fill="FCFCF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5D5" w:themeFill="text1" w:themeFillTint="3F"/>
      </w:tcPr>
    </w:tblStylePr>
    <w:tblStylePr w:type="band1Horz">
      <w:tblPr/>
      <w:tcPr>
        <w:shd w:val="clear" w:color="auto" w:fill="DDDDDD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CFCFC" w:themeColor="background1"/>
      </w:rPr>
      <w:tblPr/>
      <w:tcPr>
        <w:tcBorders>
          <w:bottom w:val="single" w:sz="12" w:space="0" w:color="FCFCFC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585858" w:themeColor="text1"/>
        </w:tcBorders>
        <w:shd w:val="clear" w:color="auto" w:fill="FCFCF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CFCFC" w:themeColor="background1"/>
      </w:rPr>
      <w:tblPr/>
      <w:tcPr>
        <w:tcBorders>
          <w:bottom w:val="single" w:sz="12" w:space="0" w:color="FCFCFC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585858" w:themeColor="text1"/>
        </w:tcBorders>
        <w:shd w:val="clear" w:color="auto" w:fill="FCFCF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CFCFC" w:themeColor="background1"/>
      </w:rPr>
      <w:tblPr/>
      <w:tcPr>
        <w:tcBorders>
          <w:bottom w:val="single" w:sz="12" w:space="0" w:color="FCFCFC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585858" w:themeColor="text1"/>
        </w:tcBorders>
        <w:shd w:val="clear" w:color="auto" w:fill="FCFCF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CFCFC" w:themeColor="background1"/>
      </w:rPr>
      <w:tblPr/>
      <w:tcPr>
        <w:tcBorders>
          <w:bottom w:val="single" w:sz="12" w:space="0" w:color="FCFCFC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585858" w:themeColor="text1"/>
        </w:tcBorders>
        <w:shd w:val="clear" w:color="auto" w:fill="FCFCF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CFCFC" w:themeColor="background1"/>
      </w:rPr>
      <w:tblPr/>
      <w:tcPr>
        <w:tcBorders>
          <w:bottom w:val="single" w:sz="12" w:space="0" w:color="FCFCFC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585858" w:themeColor="text1"/>
        </w:tcBorders>
        <w:shd w:val="clear" w:color="auto" w:fill="FCFCF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CFCFC" w:themeColor="background1"/>
      </w:rPr>
      <w:tblPr/>
      <w:tcPr>
        <w:tcBorders>
          <w:bottom w:val="single" w:sz="12" w:space="0" w:color="FCFCFC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585858" w:themeColor="text1"/>
        </w:tcBorders>
        <w:shd w:val="clear" w:color="auto" w:fill="FCFCF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insideH w:val="single" w:sz="4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DDDD" w:themeFill="text1" w:themeFillTint="33"/>
    </w:tcPr>
    <w:tblStylePr w:type="firstRow">
      <w:rPr>
        <w:b/>
        <w:bCs/>
      </w:rPr>
      <w:tblPr/>
      <w:tcPr>
        <w:shd w:val="clear" w:color="auto" w:fill="BCBCBC" w:themeFill="text1" w:themeFillTint="66"/>
      </w:tcPr>
    </w:tblStylePr>
    <w:tblStylePr w:type="lastRow">
      <w:rPr>
        <w:b/>
        <w:bCs/>
        <w:color w:val="585858" w:themeColor="text1"/>
      </w:rPr>
      <w:tblPr/>
      <w:tcPr>
        <w:shd w:val="clear" w:color="auto" w:fill="BCBCBC" w:themeFill="text1" w:themeFillTint="66"/>
      </w:tcPr>
    </w:tblStylePr>
    <w:tblStylePr w:type="firstCol">
      <w:rPr>
        <w:color w:val="FCFCFC" w:themeColor="background1"/>
      </w:rPr>
      <w:tblPr/>
      <w:tcPr>
        <w:shd w:val="clear" w:color="auto" w:fill="414141" w:themeFill="text1" w:themeFillShade="BF"/>
      </w:tcPr>
    </w:tblStylePr>
    <w:tblStylePr w:type="lastCol">
      <w:rPr>
        <w:color w:val="FCFCFC" w:themeColor="background1"/>
      </w:rPr>
      <w:tblPr/>
      <w:tcPr>
        <w:shd w:val="clear" w:color="auto" w:fill="414141" w:themeFill="text1" w:themeFillShade="BF"/>
      </w:tcPr>
    </w:tblStylePr>
    <w:tblStylePr w:type="band1Vert">
      <w:tblPr/>
      <w:tcPr>
        <w:shd w:val="clear" w:color="auto" w:fill="ABABAB" w:themeFill="text1" w:themeFillTint="7F"/>
      </w:tcPr>
    </w:tblStylePr>
    <w:tblStylePr w:type="band1Horz">
      <w:tblPr/>
      <w:tcPr>
        <w:shd w:val="clear" w:color="auto" w:fill="ABABAB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insideH w:val="single" w:sz="4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585858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CFCFC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CFCFC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insideH w:val="single" w:sz="4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585858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CFCFC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CFCFC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insideH w:val="single" w:sz="4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585858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CFCFC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CFCFC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insideH w:val="single" w:sz="4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585858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CFCFC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CFCFC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insideH w:val="single" w:sz="4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585858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CFCFC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CFCFC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insideH w:val="single" w:sz="4" w:space="0" w:color="FCFCF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585858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CFCFC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CFCFC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f">
    <w:name w:val="Абзац списка Знак"/>
    <w:link w:val="ae"/>
    <w:uiPriority w:val="34"/>
    <w:qFormat/>
    <w:locked/>
    <w:rsid w:val="0065020D"/>
  </w:style>
  <w:style w:type="character" w:customStyle="1" w:styleId="CharAttribute501">
    <w:name w:val="CharAttribute501"/>
    <w:uiPriority w:val="99"/>
    <w:qFormat/>
    <w:rsid w:val="0065020D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12">
    <w:name w:val="CharAttribute512"/>
    <w:rsid w:val="0065020D"/>
    <w:rPr>
      <w:rFonts w:ascii="Times New Roman" w:eastAsia="Times New Roman" w:hAnsi="Times New Roman" w:cs="Times New Roman" w:hint="default"/>
      <w:sz w:val="28"/>
    </w:rPr>
  </w:style>
  <w:style w:type="character" w:customStyle="1" w:styleId="w">
    <w:name w:val="w"/>
    <w:basedOn w:val="a2"/>
    <w:rsid w:val="0065020D"/>
  </w:style>
  <w:style w:type="character" w:styleId="aff9">
    <w:name w:val="Hyperlink"/>
    <w:basedOn w:val="a2"/>
    <w:unhideWhenUsed/>
    <w:rsid w:val="00E7492B"/>
    <w:rPr>
      <w:color w:val="0000FF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E7492B"/>
    <w:rPr>
      <w:color w:val="605E5C"/>
      <w:shd w:val="clear" w:color="auto" w:fill="E1DFDD"/>
    </w:rPr>
  </w:style>
  <w:style w:type="paragraph" w:styleId="affa">
    <w:name w:val="Balloon Text"/>
    <w:basedOn w:val="a1"/>
    <w:link w:val="affb"/>
    <w:semiHidden/>
    <w:unhideWhenUsed/>
    <w:rsid w:val="00361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2"/>
    <w:link w:val="affa"/>
    <w:semiHidden/>
    <w:rsid w:val="00361349"/>
    <w:rPr>
      <w:rFonts w:ascii="Tahoma" w:hAnsi="Tahoma" w:cs="Tahoma"/>
      <w:sz w:val="16"/>
      <w:szCs w:val="16"/>
    </w:rPr>
  </w:style>
  <w:style w:type="paragraph" w:styleId="affc">
    <w:name w:val="Normal (Web)"/>
    <w:basedOn w:val="a1"/>
    <w:unhideWhenUsed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idgetinline">
    <w:name w:val="_widgetinline"/>
    <w:basedOn w:val="a2"/>
    <w:rsid w:val="00DD53E2"/>
  </w:style>
  <w:style w:type="table" w:customStyle="1" w:styleId="TableNormal">
    <w:name w:val="Table Normal"/>
    <w:uiPriority w:val="2"/>
    <w:semiHidden/>
    <w:unhideWhenUsed/>
    <w:qFormat/>
    <w:rsid w:val="00DD53E2"/>
    <w:pPr>
      <w:widowControl w:val="0"/>
      <w:autoSpaceDE w:val="0"/>
      <w:autoSpaceDN w:val="0"/>
      <w:spacing w:after="0" w:line="240" w:lineRule="auto"/>
    </w:pPr>
    <w:rPr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1"/>
    <w:uiPriority w:val="1"/>
    <w:qFormat/>
    <w:rsid w:val="00DD53E2"/>
    <w:pPr>
      <w:widowControl w:val="0"/>
      <w:autoSpaceDE w:val="0"/>
      <w:autoSpaceDN w:val="0"/>
      <w:spacing w:before="66"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TableParagraph">
    <w:name w:val="Table Paragraph"/>
    <w:basedOn w:val="a1"/>
    <w:uiPriority w:val="1"/>
    <w:qFormat/>
    <w:rsid w:val="00DD53E2"/>
    <w:pPr>
      <w:widowControl w:val="0"/>
      <w:autoSpaceDE w:val="0"/>
      <w:autoSpaceDN w:val="0"/>
      <w:spacing w:before="91" w:after="0" w:line="240" w:lineRule="auto"/>
      <w:ind w:left="75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14">
    <w:name w:val="Обычный1"/>
    <w:rsid w:val="00DD53E2"/>
    <w:pPr>
      <w:spacing w:after="0"/>
    </w:pPr>
    <w:rPr>
      <w:rFonts w:ascii="Arial" w:eastAsia="Arial" w:hAnsi="Arial" w:cs="Arial"/>
      <w:lang w:val="ru-RU" w:eastAsia="ru-RU"/>
    </w:rPr>
  </w:style>
  <w:style w:type="paragraph" w:styleId="affd">
    <w:name w:val="annotation text"/>
    <w:basedOn w:val="a1"/>
    <w:link w:val="affe"/>
    <w:uiPriority w:val="99"/>
    <w:semiHidden/>
    <w:unhideWhenUsed/>
    <w:rsid w:val="00DD53E2"/>
    <w:pPr>
      <w:spacing w:after="0" w:line="240" w:lineRule="auto"/>
    </w:pPr>
    <w:rPr>
      <w:rFonts w:ascii="Arial" w:eastAsia="Arial" w:hAnsi="Arial" w:cs="Arial"/>
      <w:sz w:val="20"/>
      <w:szCs w:val="20"/>
      <w:lang w:val="ru-RU" w:eastAsia="ru-RU"/>
    </w:rPr>
  </w:style>
  <w:style w:type="character" w:customStyle="1" w:styleId="affe">
    <w:name w:val="Текст примечания Знак"/>
    <w:basedOn w:val="a2"/>
    <w:link w:val="affd"/>
    <w:uiPriority w:val="99"/>
    <w:semiHidden/>
    <w:rsid w:val="00DD53E2"/>
    <w:rPr>
      <w:rFonts w:ascii="Arial" w:eastAsia="Arial" w:hAnsi="Arial" w:cs="Arial"/>
      <w:sz w:val="20"/>
      <w:szCs w:val="20"/>
      <w:lang w:val="ru-RU" w:eastAsia="ru-RU"/>
    </w:rPr>
  </w:style>
  <w:style w:type="paragraph" w:styleId="afff">
    <w:name w:val="Body Text Indent"/>
    <w:basedOn w:val="a1"/>
    <w:link w:val="afff0"/>
    <w:rsid w:val="00DD53E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fff0">
    <w:name w:val="Основной текст с отступом Знак"/>
    <w:basedOn w:val="a2"/>
    <w:link w:val="afff"/>
    <w:rsid w:val="00DD53E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Style1">
    <w:name w:val="Style1"/>
    <w:basedOn w:val="a1"/>
    <w:rsid w:val="00DD53E2"/>
    <w:pPr>
      <w:widowControl w:val="0"/>
      <w:autoSpaceDE w:val="0"/>
      <w:autoSpaceDN w:val="0"/>
      <w:adjustRightInd w:val="0"/>
      <w:spacing w:after="0" w:line="854" w:lineRule="exact"/>
      <w:jc w:val="both"/>
    </w:pPr>
    <w:rPr>
      <w:rFonts w:ascii="Palatino Linotype" w:eastAsia="Times New Roman" w:hAnsi="Palatino Linotype" w:cs="Times New Roman"/>
      <w:sz w:val="24"/>
      <w:szCs w:val="24"/>
      <w:lang w:val="ru-RU" w:eastAsia="ru-RU"/>
    </w:rPr>
  </w:style>
  <w:style w:type="paragraph" w:customStyle="1" w:styleId="Style2">
    <w:name w:val="Style2"/>
    <w:basedOn w:val="a1"/>
    <w:rsid w:val="00DD53E2"/>
    <w:pPr>
      <w:widowControl w:val="0"/>
      <w:autoSpaceDE w:val="0"/>
      <w:autoSpaceDN w:val="0"/>
      <w:adjustRightInd w:val="0"/>
      <w:spacing w:after="0" w:line="239" w:lineRule="exact"/>
      <w:ind w:firstLine="341"/>
      <w:jc w:val="both"/>
    </w:pPr>
    <w:rPr>
      <w:rFonts w:ascii="Palatino Linotype" w:eastAsia="Times New Roman" w:hAnsi="Palatino Linotype" w:cs="Times New Roman"/>
      <w:sz w:val="24"/>
      <w:szCs w:val="24"/>
      <w:lang w:val="ru-RU" w:eastAsia="ru-RU"/>
    </w:rPr>
  </w:style>
  <w:style w:type="paragraph" w:customStyle="1" w:styleId="Style5">
    <w:name w:val="Style5"/>
    <w:basedOn w:val="a1"/>
    <w:rsid w:val="00DD53E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Times New Roman"/>
      <w:sz w:val="24"/>
      <w:szCs w:val="24"/>
      <w:lang w:val="ru-RU" w:eastAsia="ru-RU"/>
    </w:rPr>
  </w:style>
  <w:style w:type="character" w:customStyle="1" w:styleId="FontStyle23">
    <w:name w:val="Font Style23"/>
    <w:basedOn w:val="a2"/>
    <w:rsid w:val="00DD53E2"/>
    <w:rPr>
      <w:rFonts w:ascii="Palatino Linotype" w:hAnsi="Palatino Linotype" w:cs="Palatino Linotype"/>
      <w:sz w:val="18"/>
      <w:szCs w:val="18"/>
    </w:rPr>
  </w:style>
  <w:style w:type="character" w:customStyle="1" w:styleId="FontStyle24">
    <w:name w:val="Font Style24"/>
    <w:basedOn w:val="a2"/>
    <w:rsid w:val="00DD53E2"/>
    <w:rPr>
      <w:rFonts w:ascii="Palatino Linotype" w:hAnsi="Palatino Linotype" w:cs="Palatino Linotype"/>
      <w:b/>
      <w:bCs/>
      <w:i/>
      <w:iCs/>
      <w:spacing w:val="30"/>
      <w:sz w:val="22"/>
      <w:szCs w:val="22"/>
    </w:rPr>
  </w:style>
  <w:style w:type="character" w:customStyle="1" w:styleId="FontStyle25">
    <w:name w:val="Font Style25"/>
    <w:basedOn w:val="a2"/>
    <w:rsid w:val="00DD53E2"/>
    <w:rPr>
      <w:rFonts w:ascii="Palatino Linotype" w:hAnsi="Palatino Linotype" w:cs="Palatino Linotype"/>
      <w:b/>
      <w:bCs/>
      <w:sz w:val="22"/>
      <w:szCs w:val="22"/>
    </w:rPr>
  </w:style>
  <w:style w:type="character" w:customStyle="1" w:styleId="FontStyle26">
    <w:name w:val="Font Style26"/>
    <w:basedOn w:val="a2"/>
    <w:rsid w:val="00DD53E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8">
    <w:name w:val="Font Style28"/>
    <w:basedOn w:val="a2"/>
    <w:rsid w:val="00DD53E2"/>
    <w:rPr>
      <w:rFonts w:ascii="Palatino Linotype" w:hAnsi="Palatino Linotype" w:cs="Palatino Linotype"/>
      <w:b/>
      <w:bCs/>
      <w:i/>
      <w:iCs/>
      <w:sz w:val="18"/>
      <w:szCs w:val="18"/>
    </w:rPr>
  </w:style>
  <w:style w:type="character" w:customStyle="1" w:styleId="FontStyle31">
    <w:name w:val="Font Style31"/>
    <w:basedOn w:val="a2"/>
    <w:rsid w:val="00DD53E2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32">
    <w:name w:val="Font Style32"/>
    <w:basedOn w:val="a2"/>
    <w:rsid w:val="00DD53E2"/>
    <w:rPr>
      <w:rFonts w:ascii="Palatino Linotype" w:hAnsi="Palatino Linotype" w:cs="Palatino Linotype"/>
      <w:b/>
      <w:bCs/>
      <w:sz w:val="16"/>
      <w:szCs w:val="16"/>
    </w:rPr>
  </w:style>
  <w:style w:type="character" w:customStyle="1" w:styleId="FontStyle12">
    <w:name w:val="Font Style12"/>
    <w:basedOn w:val="a2"/>
    <w:rsid w:val="00DD53E2"/>
    <w:rPr>
      <w:rFonts w:ascii="Constantia" w:hAnsi="Constantia" w:cs="Constantia"/>
      <w:sz w:val="20"/>
      <w:szCs w:val="20"/>
    </w:rPr>
  </w:style>
  <w:style w:type="character" w:customStyle="1" w:styleId="FontStyle13">
    <w:name w:val="Font Style13"/>
    <w:basedOn w:val="a2"/>
    <w:rsid w:val="00DD53E2"/>
    <w:rPr>
      <w:rFonts w:ascii="Constantia" w:hAnsi="Constantia" w:cs="Constantia"/>
      <w:b/>
      <w:bCs/>
      <w:sz w:val="22"/>
      <w:szCs w:val="22"/>
    </w:rPr>
  </w:style>
  <w:style w:type="paragraph" w:customStyle="1" w:styleId="Style3">
    <w:name w:val="Style3"/>
    <w:basedOn w:val="a1"/>
    <w:rsid w:val="00DD53E2"/>
    <w:pPr>
      <w:widowControl w:val="0"/>
      <w:autoSpaceDE w:val="0"/>
      <w:autoSpaceDN w:val="0"/>
      <w:adjustRightInd w:val="0"/>
      <w:spacing w:after="0" w:line="245" w:lineRule="exact"/>
      <w:ind w:firstLine="360"/>
      <w:jc w:val="both"/>
    </w:pPr>
    <w:rPr>
      <w:rFonts w:ascii="Constantia" w:eastAsia="Times New Roman" w:hAnsi="Constantia" w:cs="Times New Roman"/>
      <w:sz w:val="24"/>
      <w:szCs w:val="24"/>
      <w:lang w:val="ru-RU" w:eastAsia="ru-RU"/>
    </w:rPr>
  </w:style>
  <w:style w:type="character" w:customStyle="1" w:styleId="FontStyle30">
    <w:name w:val="Font Style30"/>
    <w:basedOn w:val="a2"/>
    <w:rsid w:val="00DD53E2"/>
    <w:rPr>
      <w:rFonts w:ascii="Palatino Linotype" w:hAnsi="Palatino Linotype" w:cs="Palatino Linotype"/>
      <w:sz w:val="16"/>
      <w:szCs w:val="16"/>
    </w:rPr>
  </w:style>
  <w:style w:type="paragraph" w:customStyle="1" w:styleId="Style8">
    <w:name w:val="Style8"/>
    <w:basedOn w:val="a1"/>
    <w:rsid w:val="00DD53E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Times New Roman"/>
      <w:sz w:val="24"/>
      <w:szCs w:val="24"/>
      <w:lang w:val="ru-RU" w:eastAsia="ru-RU"/>
    </w:rPr>
  </w:style>
  <w:style w:type="paragraph" w:customStyle="1" w:styleId="Style6">
    <w:name w:val="Style6"/>
    <w:basedOn w:val="a1"/>
    <w:rsid w:val="00DD53E2"/>
    <w:pPr>
      <w:widowControl w:val="0"/>
      <w:autoSpaceDE w:val="0"/>
      <w:autoSpaceDN w:val="0"/>
      <w:adjustRightInd w:val="0"/>
      <w:spacing w:after="0" w:line="222" w:lineRule="exact"/>
    </w:pPr>
    <w:rPr>
      <w:rFonts w:ascii="Palatino Linotype" w:eastAsia="Times New Roman" w:hAnsi="Palatino Linotype" w:cs="Times New Roman"/>
      <w:sz w:val="24"/>
      <w:szCs w:val="24"/>
      <w:lang w:val="ru-RU" w:eastAsia="ru-RU"/>
    </w:rPr>
  </w:style>
  <w:style w:type="paragraph" w:customStyle="1" w:styleId="Style11">
    <w:name w:val="Style11"/>
    <w:basedOn w:val="a1"/>
    <w:rsid w:val="00DD53E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Times New Roman"/>
      <w:sz w:val="24"/>
      <w:szCs w:val="24"/>
      <w:lang w:val="ru-RU" w:eastAsia="ru-RU"/>
    </w:rPr>
  </w:style>
  <w:style w:type="paragraph" w:customStyle="1" w:styleId="Style18">
    <w:name w:val="Style18"/>
    <w:basedOn w:val="a1"/>
    <w:rsid w:val="00DD53E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Times New Roman"/>
      <w:sz w:val="24"/>
      <w:szCs w:val="24"/>
      <w:lang w:val="ru-RU" w:eastAsia="ru-RU"/>
    </w:rPr>
  </w:style>
  <w:style w:type="character" w:customStyle="1" w:styleId="FontStyle173">
    <w:name w:val="Font Style173"/>
    <w:basedOn w:val="a2"/>
    <w:rsid w:val="00DD53E2"/>
    <w:rPr>
      <w:rFonts w:ascii="Century Schoolbook" w:hAnsi="Century Schoolbook" w:cs="Century Schoolbook"/>
      <w:sz w:val="18"/>
      <w:szCs w:val="18"/>
    </w:rPr>
  </w:style>
  <w:style w:type="paragraph" w:customStyle="1" w:styleId="Style36">
    <w:name w:val="Style36"/>
    <w:basedOn w:val="a1"/>
    <w:rsid w:val="00DD53E2"/>
    <w:pPr>
      <w:widowControl w:val="0"/>
      <w:autoSpaceDE w:val="0"/>
      <w:autoSpaceDN w:val="0"/>
      <w:adjustRightInd w:val="0"/>
      <w:spacing w:after="0" w:line="222" w:lineRule="exact"/>
    </w:pPr>
    <w:rPr>
      <w:rFonts w:ascii="Century Schoolbook" w:eastAsia="Times New Roman" w:hAnsi="Century Schoolbook" w:cs="Times New Roman"/>
      <w:sz w:val="24"/>
      <w:szCs w:val="24"/>
      <w:lang w:val="ru-RU" w:eastAsia="ru-RU"/>
    </w:rPr>
  </w:style>
  <w:style w:type="paragraph" w:customStyle="1" w:styleId="Style4">
    <w:name w:val="Style4"/>
    <w:basedOn w:val="a1"/>
    <w:rsid w:val="00DD53E2"/>
    <w:pPr>
      <w:widowControl w:val="0"/>
      <w:autoSpaceDE w:val="0"/>
      <w:autoSpaceDN w:val="0"/>
      <w:adjustRightInd w:val="0"/>
      <w:spacing w:after="0" w:line="218" w:lineRule="exact"/>
    </w:pPr>
    <w:rPr>
      <w:rFonts w:ascii="Century Schoolbook" w:eastAsia="Times New Roman" w:hAnsi="Century Schoolbook" w:cs="Times New Roman"/>
      <w:sz w:val="24"/>
      <w:szCs w:val="24"/>
      <w:lang w:val="ru-RU" w:eastAsia="ru-RU"/>
    </w:rPr>
  </w:style>
  <w:style w:type="character" w:customStyle="1" w:styleId="FontStyle165">
    <w:name w:val="Font Style165"/>
    <w:basedOn w:val="a2"/>
    <w:rsid w:val="00DD53E2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91">
    <w:name w:val="Style91"/>
    <w:basedOn w:val="a1"/>
    <w:rsid w:val="00DD53E2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entury Schoolbook" w:eastAsia="Times New Roman" w:hAnsi="Century Schoolbook" w:cs="Times New Roman"/>
      <w:sz w:val="24"/>
      <w:szCs w:val="24"/>
      <w:lang w:val="ru-RU" w:eastAsia="ru-RU"/>
    </w:rPr>
  </w:style>
  <w:style w:type="character" w:customStyle="1" w:styleId="FontStyle174">
    <w:name w:val="Font Style174"/>
    <w:basedOn w:val="a2"/>
    <w:rsid w:val="00DD53E2"/>
    <w:rPr>
      <w:rFonts w:ascii="Century Schoolbook" w:hAnsi="Century Schoolbook" w:cs="Century Schoolbook"/>
      <w:b/>
      <w:bCs/>
      <w:i/>
      <w:iCs/>
      <w:spacing w:val="20"/>
      <w:sz w:val="18"/>
      <w:szCs w:val="18"/>
    </w:rPr>
  </w:style>
  <w:style w:type="character" w:customStyle="1" w:styleId="FontStyle138">
    <w:name w:val="Font Style138"/>
    <w:basedOn w:val="a2"/>
    <w:rsid w:val="00DD53E2"/>
    <w:rPr>
      <w:rFonts w:ascii="Century Schoolbook" w:hAnsi="Century Schoolbook" w:cs="Century Schoolbook"/>
      <w:i/>
      <w:iCs/>
      <w:sz w:val="14"/>
      <w:szCs w:val="14"/>
    </w:rPr>
  </w:style>
  <w:style w:type="character" w:customStyle="1" w:styleId="FontStyle16">
    <w:name w:val="Font Style16"/>
    <w:basedOn w:val="a2"/>
    <w:rsid w:val="00DD53E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1"/>
    <w:rsid w:val="00DD53E2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val="ru-RU" w:eastAsia="ru-RU"/>
    </w:rPr>
  </w:style>
  <w:style w:type="character" w:customStyle="1" w:styleId="FontStyle14">
    <w:name w:val="Font Style14"/>
    <w:basedOn w:val="a2"/>
    <w:rsid w:val="00DD53E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5">
    <w:name w:val="Font Style15"/>
    <w:basedOn w:val="a2"/>
    <w:rsid w:val="00DD53E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1">
    <w:name w:val="Font Style21"/>
    <w:basedOn w:val="a2"/>
    <w:rsid w:val="00DD53E2"/>
    <w:rPr>
      <w:rFonts w:ascii="Times New Roman" w:hAnsi="Times New Roman" w:cs="Times New Roman"/>
      <w:b/>
      <w:bCs/>
      <w:i/>
      <w:iCs/>
      <w:spacing w:val="20"/>
      <w:sz w:val="20"/>
      <w:szCs w:val="20"/>
    </w:rPr>
  </w:style>
  <w:style w:type="character" w:customStyle="1" w:styleId="FontStyle22">
    <w:name w:val="Font Style22"/>
    <w:basedOn w:val="a2"/>
    <w:rsid w:val="00DD53E2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0">
    <w:name w:val="Style10"/>
    <w:basedOn w:val="a1"/>
    <w:rsid w:val="00DD53E2"/>
    <w:pPr>
      <w:widowControl w:val="0"/>
      <w:autoSpaceDE w:val="0"/>
      <w:autoSpaceDN w:val="0"/>
      <w:adjustRightInd w:val="0"/>
      <w:spacing w:after="0" w:line="215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27">
    <w:name w:val="Font Style27"/>
    <w:basedOn w:val="a2"/>
    <w:rsid w:val="00DD53E2"/>
    <w:rPr>
      <w:rFonts w:ascii="Palatino Linotype" w:hAnsi="Palatino Linotype" w:cs="Palatino Linotype"/>
      <w:b/>
      <w:bCs/>
      <w:sz w:val="18"/>
      <w:szCs w:val="18"/>
    </w:rPr>
  </w:style>
  <w:style w:type="paragraph" w:customStyle="1" w:styleId="Style17">
    <w:name w:val="Style17"/>
    <w:basedOn w:val="a1"/>
    <w:rsid w:val="00DD53E2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9">
    <w:name w:val="Style19"/>
    <w:basedOn w:val="a1"/>
    <w:rsid w:val="00DD53E2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33">
    <w:name w:val="Font Style33"/>
    <w:basedOn w:val="a2"/>
    <w:rsid w:val="00DD53E2"/>
    <w:rPr>
      <w:rFonts w:ascii="Times New Roman" w:hAnsi="Times New Roman" w:cs="Times New Roman"/>
      <w:smallCaps/>
      <w:sz w:val="12"/>
      <w:szCs w:val="12"/>
    </w:rPr>
  </w:style>
  <w:style w:type="character" w:customStyle="1" w:styleId="FontStyle35">
    <w:name w:val="Font Style35"/>
    <w:basedOn w:val="a2"/>
    <w:rsid w:val="00DD53E2"/>
    <w:rPr>
      <w:rFonts w:ascii="Times New Roman" w:hAnsi="Times New Roman" w:cs="Times New Roman"/>
      <w:b/>
      <w:bCs/>
      <w:i/>
      <w:iCs/>
      <w:spacing w:val="20"/>
      <w:sz w:val="20"/>
      <w:szCs w:val="20"/>
    </w:rPr>
  </w:style>
  <w:style w:type="character" w:customStyle="1" w:styleId="FontStyle37">
    <w:name w:val="Font Style37"/>
    <w:basedOn w:val="a2"/>
    <w:rsid w:val="00DD53E2"/>
    <w:rPr>
      <w:rFonts w:ascii="Garamond" w:hAnsi="Garamond" w:cs="Garamond"/>
      <w:b/>
      <w:bCs/>
      <w:sz w:val="14"/>
      <w:szCs w:val="14"/>
    </w:rPr>
  </w:style>
  <w:style w:type="character" w:customStyle="1" w:styleId="FontStyle38">
    <w:name w:val="Font Style38"/>
    <w:basedOn w:val="a2"/>
    <w:rsid w:val="00DD53E2"/>
    <w:rPr>
      <w:rFonts w:ascii="Calibri" w:hAnsi="Calibri" w:cs="Calibri"/>
      <w:i/>
      <w:iCs/>
      <w:sz w:val="18"/>
      <w:szCs w:val="18"/>
    </w:rPr>
  </w:style>
  <w:style w:type="character" w:customStyle="1" w:styleId="FontStyle39">
    <w:name w:val="Font Style39"/>
    <w:basedOn w:val="a2"/>
    <w:rsid w:val="00DD53E2"/>
    <w:rPr>
      <w:rFonts w:ascii="Calibri" w:hAnsi="Calibri" w:cs="Calibri"/>
      <w:i/>
      <w:iCs/>
      <w:sz w:val="18"/>
      <w:szCs w:val="18"/>
    </w:rPr>
  </w:style>
  <w:style w:type="character" w:customStyle="1" w:styleId="Zag11">
    <w:name w:val="Zag_11"/>
    <w:rsid w:val="00DD53E2"/>
  </w:style>
  <w:style w:type="character" w:customStyle="1" w:styleId="FontStyle57">
    <w:name w:val="Font Style57"/>
    <w:basedOn w:val="a2"/>
    <w:rsid w:val="00DD53E2"/>
    <w:rPr>
      <w:rFonts w:ascii="Times New Roman" w:hAnsi="Times New Roman" w:cs="Times New Roman"/>
      <w:b/>
      <w:bCs/>
      <w:sz w:val="22"/>
      <w:szCs w:val="22"/>
    </w:rPr>
  </w:style>
  <w:style w:type="paragraph" w:styleId="afff1">
    <w:name w:val="footnote text"/>
    <w:basedOn w:val="a1"/>
    <w:link w:val="afff2"/>
    <w:semiHidden/>
    <w:rsid w:val="00DD5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ff2">
    <w:name w:val="Текст сноски Знак"/>
    <w:basedOn w:val="a2"/>
    <w:link w:val="afff1"/>
    <w:semiHidden/>
    <w:rsid w:val="00DD53E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c">
    <w:name w:val="Body Text Indent 2"/>
    <w:basedOn w:val="a1"/>
    <w:link w:val="2d"/>
    <w:rsid w:val="00DD53E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d">
    <w:name w:val="Основной текст с отступом 2 Знак"/>
    <w:basedOn w:val="a2"/>
    <w:link w:val="2c"/>
    <w:rsid w:val="00DD53E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78">
    <w:name w:val="Font Style178"/>
    <w:basedOn w:val="a2"/>
    <w:rsid w:val="00DD53E2"/>
    <w:rPr>
      <w:rFonts w:ascii="Bookman Old Style" w:hAnsi="Bookman Old Style" w:cs="Bookman Old Style"/>
      <w:sz w:val="18"/>
      <w:szCs w:val="18"/>
    </w:rPr>
  </w:style>
  <w:style w:type="paragraph" w:customStyle="1" w:styleId="Zag3">
    <w:name w:val="Zag_3"/>
    <w:basedOn w:val="a1"/>
    <w:rsid w:val="00DD53E2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c6c4">
    <w:name w:val="c6 c4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c6">
    <w:name w:val="c4 c6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8c38c21c4">
    <w:name w:val="c28 c38 c21 c4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8c21c4">
    <w:name w:val="c38 c21 c4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c18">
    <w:name w:val="c4 c18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c21">
    <w:name w:val="c4 c21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1c4">
    <w:name w:val="c21 c4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1c4c39">
    <w:name w:val="c21 c4 c39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3c21c4">
    <w:name w:val="c23 c21 c4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1c4c23">
    <w:name w:val="c21 c4 c23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">
    <w:name w:val="c4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8c4">
    <w:name w:val="c28 c4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38">
    <w:name w:val="3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2">
    <w:name w:val="Style12"/>
    <w:basedOn w:val="a1"/>
    <w:rsid w:val="00DD53E2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val="ru-RU" w:eastAsia="ru-RU"/>
    </w:rPr>
  </w:style>
  <w:style w:type="paragraph" w:customStyle="1" w:styleId="Style20">
    <w:name w:val="Style20"/>
    <w:basedOn w:val="a1"/>
    <w:rsid w:val="00DD53E2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val="ru-RU" w:eastAsia="ru-RU"/>
    </w:rPr>
  </w:style>
  <w:style w:type="paragraph" w:customStyle="1" w:styleId="Style23">
    <w:name w:val="Style23"/>
    <w:basedOn w:val="a1"/>
    <w:rsid w:val="00DD53E2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rebuchet MS" w:eastAsia="Times New Roman" w:hAnsi="Trebuchet MS" w:cs="Times New Roman"/>
      <w:sz w:val="24"/>
      <w:szCs w:val="24"/>
      <w:lang w:val="ru-RU" w:eastAsia="ru-RU"/>
    </w:rPr>
  </w:style>
  <w:style w:type="paragraph" w:customStyle="1" w:styleId="Style26">
    <w:name w:val="Style26"/>
    <w:basedOn w:val="a1"/>
    <w:rsid w:val="00DD53E2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val="ru-RU" w:eastAsia="ru-RU"/>
    </w:rPr>
  </w:style>
  <w:style w:type="paragraph" w:customStyle="1" w:styleId="Style34">
    <w:name w:val="Style34"/>
    <w:basedOn w:val="a1"/>
    <w:rsid w:val="00DD53E2"/>
    <w:pPr>
      <w:widowControl w:val="0"/>
      <w:autoSpaceDE w:val="0"/>
      <w:autoSpaceDN w:val="0"/>
      <w:adjustRightInd w:val="0"/>
      <w:spacing w:after="0" w:line="238" w:lineRule="exact"/>
    </w:pPr>
    <w:rPr>
      <w:rFonts w:ascii="Trebuchet MS" w:eastAsia="Times New Roman" w:hAnsi="Trebuchet MS" w:cs="Times New Roman"/>
      <w:sz w:val="24"/>
      <w:szCs w:val="24"/>
      <w:lang w:val="ru-RU" w:eastAsia="ru-RU"/>
    </w:rPr>
  </w:style>
  <w:style w:type="character" w:customStyle="1" w:styleId="FontStyle81">
    <w:name w:val="Font Style81"/>
    <w:basedOn w:val="a2"/>
    <w:rsid w:val="00DD53E2"/>
    <w:rPr>
      <w:rFonts w:ascii="Times New Roman" w:hAnsi="Times New Roman" w:cs="Times New Roman"/>
      <w:sz w:val="22"/>
      <w:szCs w:val="22"/>
    </w:rPr>
  </w:style>
  <w:style w:type="character" w:customStyle="1" w:styleId="FontStyle89">
    <w:name w:val="Font Style89"/>
    <w:basedOn w:val="a2"/>
    <w:rsid w:val="00DD53E2"/>
    <w:rPr>
      <w:rFonts w:ascii="Sylfaen" w:hAnsi="Sylfaen" w:cs="Sylfaen"/>
      <w:b/>
      <w:bCs/>
      <w:sz w:val="22"/>
      <w:szCs w:val="22"/>
    </w:rPr>
  </w:style>
  <w:style w:type="character" w:customStyle="1" w:styleId="FontStyle92">
    <w:name w:val="Font Style92"/>
    <w:basedOn w:val="a2"/>
    <w:rsid w:val="00DD53E2"/>
    <w:rPr>
      <w:rFonts w:ascii="Trebuchet MS" w:hAnsi="Trebuchet MS" w:cs="Trebuchet MS"/>
      <w:b/>
      <w:bCs/>
      <w:sz w:val="16"/>
      <w:szCs w:val="16"/>
    </w:rPr>
  </w:style>
  <w:style w:type="paragraph" w:customStyle="1" w:styleId="Style7">
    <w:name w:val="Style7"/>
    <w:basedOn w:val="a1"/>
    <w:rsid w:val="00DD53E2"/>
    <w:pPr>
      <w:widowControl w:val="0"/>
      <w:autoSpaceDE w:val="0"/>
      <w:autoSpaceDN w:val="0"/>
      <w:adjustRightInd w:val="0"/>
      <w:spacing w:after="0" w:line="210" w:lineRule="exact"/>
      <w:ind w:firstLine="182"/>
    </w:pPr>
    <w:rPr>
      <w:rFonts w:ascii="Trebuchet MS" w:eastAsia="Times New Roman" w:hAnsi="Trebuchet MS" w:cs="Times New Roman"/>
      <w:sz w:val="24"/>
      <w:szCs w:val="24"/>
      <w:lang w:val="ru-RU" w:eastAsia="ru-RU"/>
    </w:rPr>
  </w:style>
  <w:style w:type="paragraph" w:customStyle="1" w:styleId="Style55">
    <w:name w:val="Style55"/>
    <w:basedOn w:val="a1"/>
    <w:rsid w:val="00DD53E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Times New Roman" w:hAnsi="Trebuchet MS" w:cs="Times New Roman"/>
      <w:sz w:val="24"/>
      <w:szCs w:val="24"/>
      <w:lang w:val="ru-RU" w:eastAsia="ru-RU"/>
    </w:rPr>
  </w:style>
  <w:style w:type="character" w:customStyle="1" w:styleId="FontStyle121">
    <w:name w:val="Font Style121"/>
    <w:basedOn w:val="a2"/>
    <w:rsid w:val="00DD53E2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40">
    <w:name w:val="Style40"/>
    <w:basedOn w:val="a1"/>
    <w:rsid w:val="00DD53E2"/>
    <w:pPr>
      <w:widowControl w:val="0"/>
      <w:autoSpaceDE w:val="0"/>
      <w:autoSpaceDN w:val="0"/>
      <w:adjustRightInd w:val="0"/>
      <w:spacing w:after="0" w:line="211" w:lineRule="exact"/>
    </w:pPr>
    <w:rPr>
      <w:rFonts w:ascii="Trebuchet MS" w:eastAsia="Times New Roman" w:hAnsi="Trebuchet MS" w:cs="Times New Roman"/>
      <w:sz w:val="24"/>
      <w:szCs w:val="24"/>
      <w:lang w:val="ru-RU" w:eastAsia="ru-RU"/>
    </w:rPr>
  </w:style>
  <w:style w:type="character" w:customStyle="1" w:styleId="FontStyle93">
    <w:name w:val="Font Style93"/>
    <w:basedOn w:val="a2"/>
    <w:rsid w:val="00DD53E2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60">
    <w:name w:val="Font Style160"/>
    <w:basedOn w:val="a2"/>
    <w:rsid w:val="00DD53E2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188">
    <w:name w:val="Font Style188"/>
    <w:basedOn w:val="a2"/>
    <w:rsid w:val="00DD53E2"/>
    <w:rPr>
      <w:rFonts w:ascii="Arial" w:hAnsi="Arial" w:cs="Arial"/>
      <w:b/>
      <w:bCs/>
      <w:sz w:val="16"/>
      <w:szCs w:val="16"/>
    </w:rPr>
  </w:style>
  <w:style w:type="paragraph" w:customStyle="1" w:styleId="Style16">
    <w:name w:val="Style16"/>
    <w:basedOn w:val="a1"/>
    <w:rsid w:val="00DD53E2"/>
    <w:pPr>
      <w:widowControl w:val="0"/>
      <w:autoSpaceDE w:val="0"/>
      <w:autoSpaceDN w:val="0"/>
      <w:adjustRightInd w:val="0"/>
      <w:spacing w:after="0" w:line="240" w:lineRule="exact"/>
      <w:ind w:firstLine="350"/>
      <w:jc w:val="both"/>
    </w:pPr>
    <w:rPr>
      <w:rFonts w:ascii="Bookman Old Style" w:eastAsia="Times New Roman" w:hAnsi="Bookman Old Style" w:cs="Times New Roman"/>
      <w:sz w:val="24"/>
      <w:szCs w:val="24"/>
      <w:lang w:val="ru-RU" w:eastAsia="ru-RU"/>
    </w:rPr>
  </w:style>
  <w:style w:type="paragraph" w:customStyle="1" w:styleId="Style27">
    <w:name w:val="Style27"/>
    <w:basedOn w:val="a1"/>
    <w:rsid w:val="00DD53E2"/>
    <w:pPr>
      <w:widowControl w:val="0"/>
      <w:autoSpaceDE w:val="0"/>
      <w:autoSpaceDN w:val="0"/>
      <w:adjustRightInd w:val="0"/>
      <w:spacing w:after="0" w:line="317" w:lineRule="exact"/>
    </w:pPr>
    <w:rPr>
      <w:rFonts w:ascii="Bookman Old Style" w:eastAsia="Times New Roman" w:hAnsi="Bookman Old Style" w:cs="Times New Roman"/>
      <w:sz w:val="24"/>
      <w:szCs w:val="24"/>
      <w:lang w:val="ru-RU" w:eastAsia="ru-RU"/>
    </w:rPr>
  </w:style>
  <w:style w:type="paragraph" w:customStyle="1" w:styleId="Style33">
    <w:name w:val="Style33"/>
    <w:basedOn w:val="a1"/>
    <w:rsid w:val="00DD53E2"/>
    <w:pPr>
      <w:widowControl w:val="0"/>
      <w:autoSpaceDE w:val="0"/>
      <w:autoSpaceDN w:val="0"/>
      <w:adjustRightInd w:val="0"/>
      <w:spacing w:after="0" w:line="206" w:lineRule="exact"/>
      <w:ind w:firstLine="163"/>
      <w:jc w:val="both"/>
    </w:pPr>
    <w:rPr>
      <w:rFonts w:ascii="Bookman Old Style" w:eastAsia="Times New Roman" w:hAnsi="Bookman Old Style" w:cs="Times New Roman"/>
      <w:sz w:val="24"/>
      <w:szCs w:val="24"/>
      <w:lang w:val="ru-RU" w:eastAsia="ru-RU"/>
    </w:rPr>
  </w:style>
  <w:style w:type="character" w:customStyle="1" w:styleId="FontStyle154">
    <w:name w:val="Font Style154"/>
    <w:basedOn w:val="a2"/>
    <w:rsid w:val="00DD53E2"/>
    <w:rPr>
      <w:rFonts w:ascii="Bookman Old Style" w:hAnsi="Bookman Old Style" w:cs="Bookman Old Style"/>
      <w:sz w:val="24"/>
      <w:szCs w:val="24"/>
    </w:rPr>
  </w:style>
  <w:style w:type="character" w:customStyle="1" w:styleId="FontStyle155">
    <w:name w:val="Font Style155"/>
    <w:basedOn w:val="a2"/>
    <w:rsid w:val="00DD53E2"/>
    <w:rPr>
      <w:rFonts w:ascii="Bookman Old Style" w:hAnsi="Bookman Old Style" w:cs="Bookman Old Style"/>
      <w:i/>
      <w:iCs/>
      <w:sz w:val="18"/>
      <w:szCs w:val="18"/>
    </w:rPr>
  </w:style>
  <w:style w:type="paragraph" w:customStyle="1" w:styleId="Style13">
    <w:name w:val="Style13"/>
    <w:basedOn w:val="a1"/>
    <w:rsid w:val="00DD53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val="ru-RU" w:eastAsia="ru-RU"/>
    </w:rPr>
  </w:style>
  <w:style w:type="character" w:customStyle="1" w:styleId="FontStyle11">
    <w:name w:val="Font Style11"/>
    <w:basedOn w:val="a2"/>
    <w:rsid w:val="00DD53E2"/>
    <w:rPr>
      <w:rFonts w:ascii="Times New Roman" w:hAnsi="Times New Roman" w:cs="Times New Roman"/>
      <w:sz w:val="20"/>
      <w:szCs w:val="20"/>
    </w:rPr>
  </w:style>
  <w:style w:type="character" w:styleId="afff3">
    <w:name w:val="page number"/>
    <w:basedOn w:val="a2"/>
    <w:rsid w:val="00DD53E2"/>
  </w:style>
  <w:style w:type="character" w:customStyle="1" w:styleId="FontStyle175">
    <w:name w:val="Font Style175"/>
    <w:basedOn w:val="a2"/>
    <w:rsid w:val="00DD53E2"/>
    <w:rPr>
      <w:rFonts w:ascii="Century Schoolbook" w:hAnsi="Century Schoolbook" w:cs="Century Schoolbook"/>
      <w:b/>
      <w:bCs/>
      <w:spacing w:val="-10"/>
      <w:sz w:val="18"/>
      <w:szCs w:val="18"/>
    </w:rPr>
  </w:style>
  <w:style w:type="paragraph" w:customStyle="1" w:styleId="Style14">
    <w:name w:val="Style14"/>
    <w:basedOn w:val="a1"/>
    <w:rsid w:val="00DD53E2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5">
    <w:name w:val="Style15"/>
    <w:basedOn w:val="a1"/>
    <w:rsid w:val="00DD53E2"/>
    <w:pPr>
      <w:widowControl w:val="0"/>
      <w:numPr>
        <w:numId w:val="40"/>
      </w:numPr>
      <w:autoSpaceDE w:val="0"/>
      <w:autoSpaceDN w:val="0"/>
      <w:adjustRightInd w:val="0"/>
      <w:spacing w:after="0" w:line="221" w:lineRule="exact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f4">
    <w:name w:val="Стиль"/>
    <w:rsid w:val="00DD53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5c0">
    <w:name w:val="c15 c0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">
    <w:name w:val="Абзац списка1"/>
    <w:basedOn w:val="a1"/>
    <w:qFormat/>
    <w:rsid w:val="00DD53E2"/>
    <w:pPr>
      <w:tabs>
        <w:tab w:val="left" w:pos="840"/>
      </w:tabs>
      <w:spacing w:after="0" w:line="240" w:lineRule="auto"/>
      <w:ind w:firstLine="567"/>
      <w:contextualSpacing/>
      <w:jc w:val="both"/>
    </w:pPr>
    <w:rPr>
      <w:rFonts w:ascii="Arial" w:eastAsia="Times New Roman" w:hAnsi="Arial" w:cs="Arial"/>
      <w:lang w:val="ru-RU" w:eastAsia="ru-RU"/>
    </w:rPr>
  </w:style>
  <w:style w:type="paragraph" w:customStyle="1" w:styleId="c2">
    <w:name w:val="c2"/>
    <w:basedOn w:val="a1"/>
    <w:rsid w:val="00DD53E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0">
    <w:name w:val="c20"/>
    <w:basedOn w:val="a1"/>
    <w:rsid w:val="00DD53E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6">
    <w:name w:val="Текст выноски Знак1"/>
    <w:basedOn w:val="a2"/>
    <w:uiPriority w:val="99"/>
    <w:semiHidden/>
    <w:rsid w:val="00DD53E2"/>
    <w:rPr>
      <w:rFonts w:ascii="Tahoma" w:hAnsi="Tahoma" w:cs="Tahoma"/>
      <w:sz w:val="16"/>
      <w:szCs w:val="16"/>
    </w:rPr>
  </w:style>
  <w:style w:type="paragraph" w:customStyle="1" w:styleId="17">
    <w:name w:val="Без интервала1"/>
    <w:qFormat/>
    <w:rsid w:val="00DD5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DD53E2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val="ru-RU" w:eastAsia="ru-RU"/>
    </w:rPr>
  </w:style>
  <w:style w:type="paragraph" w:customStyle="1" w:styleId="CM1">
    <w:name w:val="CM1"/>
    <w:basedOn w:val="Default"/>
    <w:next w:val="Default"/>
    <w:rsid w:val="00DD53E2"/>
    <w:pPr>
      <w:spacing w:line="228" w:lineRule="atLeast"/>
    </w:pPr>
    <w:rPr>
      <w:color w:val="auto"/>
    </w:rPr>
  </w:style>
  <w:style w:type="paragraph" w:customStyle="1" w:styleId="CM13">
    <w:name w:val="CM13"/>
    <w:basedOn w:val="Default"/>
    <w:next w:val="Default"/>
    <w:rsid w:val="00DD53E2"/>
    <w:pPr>
      <w:spacing w:after="238"/>
    </w:pPr>
    <w:rPr>
      <w:rFonts w:ascii="GHOIB C+ School Book C San Pin" w:hAnsi="GHOIB C+ School Book C San Pin" w:cs="GHOIB C+ School Book C San Pin"/>
      <w:color w:val="auto"/>
    </w:rPr>
  </w:style>
  <w:style w:type="paragraph" w:customStyle="1" w:styleId="210">
    <w:name w:val="Основной текст 21"/>
    <w:basedOn w:val="a1"/>
    <w:rsid w:val="00DD53E2"/>
    <w:pPr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val="ru-RU" w:eastAsia="hi-IN" w:bidi="hi-IN"/>
    </w:rPr>
  </w:style>
  <w:style w:type="paragraph" w:customStyle="1" w:styleId="p2">
    <w:name w:val="p2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1"/>
    <w:link w:val="HTML0"/>
    <w:rsid w:val="00DD53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HTML0">
    <w:name w:val="Стандартный HTML Знак"/>
    <w:aliases w:val="Стандартный HTML Знак1 Знак,Стандартный HTML Знак Знак Знак,Знак2 Знак Знак Знак,Знак2 Знак1 Знак,Знак2 Знак Знак1,Знак2 Знак2"/>
    <w:basedOn w:val="a2"/>
    <w:link w:val="HTML"/>
    <w:rsid w:val="00DD53E2"/>
    <w:rPr>
      <w:rFonts w:ascii="Courier New" w:eastAsia="Times New Roman" w:hAnsi="Courier New" w:cs="Courier New"/>
      <w:sz w:val="24"/>
      <w:szCs w:val="24"/>
      <w:lang w:val="ru-RU" w:eastAsia="ru-RU"/>
    </w:rPr>
  </w:style>
  <w:style w:type="paragraph" w:customStyle="1" w:styleId="afff5">
    <w:name w:val="Таблица"/>
    <w:basedOn w:val="Default"/>
    <w:next w:val="Default"/>
    <w:rsid w:val="00DD53E2"/>
    <w:pPr>
      <w:widowControl/>
    </w:pPr>
    <w:rPr>
      <w:rFonts w:ascii="PFMIC N+ Newton C San Pin" w:hAnsi="PFMIC N+ Newton C San Pin" w:cs="Times New Roman"/>
      <w:color w:val="auto"/>
      <w:lang w:eastAsia="en-US"/>
    </w:rPr>
  </w:style>
  <w:style w:type="paragraph" w:customStyle="1" w:styleId="41">
    <w:name w:val="Текст_4п_Снизу"/>
    <w:basedOn w:val="a1"/>
    <w:next w:val="a1"/>
    <w:rsid w:val="00DD53E2"/>
    <w:pPr>
      <w:autoSpaceDE w:val="0"/>
      <w:autoSpaceDN w:val="0"/>
      <w:adjustRightInd w:val="0"/>
      <w:spacing w:after="0" w:line="240" w:lineRule="auto"/>
    </w:pPr>
    <w:rPr>
      <w:rFonts w:ascii="ADKKB I+ Newton C San Pin" w:eastAsia="Times New Roman" w:hAnsi="ADKKB I+ Newton C San Pin" w:cs="Times New Roman"/>
      <w:sz w:val="24"/>
      <w:szCs w:val="24"/>
      <w:lang w:val="ru-RU" w:eastAsia="ru-RU"/>
    </w:rPr>
  </w:style>
  <w:style w:type="paragraph" w:customStyle="1" w:styleId="ParagraphStyle">
    <w:name w:val="Paragraph Style"/>
    <w:rsid w:val="00DD53E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ru-RU" w:eastAsia="ru-RU"/>
    </w:rPr>
  </w:style>
  <w:style w:type="paragraph" w:styleId="afff6">
    <w:name w:val="Plain Text"/>
    <w:basedOn w:val="a1"/>
    <w:link w:val="afff7"/>
    <w:rsid w:val="00DD53E2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ff7">
    <w:name w:val="Текст Знак"/>
    <w:basedOn w:val="a2"/>
    <w:link w:val="afff6"/>
    <w:rsid w:val="00DD53E2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Standard">
    <w:name w:val="Standard"/>
    <w:rsid w:val="00DD53E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Arial"/>
      <w:kern w:val="3"/>
      <w:sz w:val="24"/>
      <w:szCs w:val="24"/>
      <w:lang w:val="ru-RU" w:eastAsia="zh-CN" w:bidi="hi-IN"/>
    </w:rPr>
  </w:style>
  <w:style w:type="paragraph" w:customStyle="1" w:styleId="afff8">
    <w:name w:val="_ТАБЛ_боковик"/>
    <w:basedOn w:val="Default"/>
    <w:next w:val="Default"/>
    <w:rsid w:val="00DD53E2"/>
    <w:pPr>
      <w:widowControl/>
    </w:pPr>
    <w:rPr>
      <w:rFonts w:ascii="COJMB J+ Newton C San Pin" w:hAnsi="COJMB J+ Newton C San Pin" w:cs="Times New Roman"/>
      <w:color w:val="auto"/>
      <w:lang w:eastAsia="en-US"/>
    </w:rPr>
  </w:style>
  <w:style w:type="paragraph" w:customStyle="1" w:styleId="CM14">
    <w:name w:val="CM14"/>
    <w:basedOn w:val="Default"/>
    <w:next w:val="Default"/>
    <w:rsid w:val="00DD53E2"/>
    <w:pPr>
      <w:spacing w:after="235"/>
    </w:pPr>
    <w:rPr>
      <w:rFonts w:ascii="GMGNE C+ School Book C San Pin" w:hAnsi="GMGNE C+ School Book C San Pin" w:cs="Times New Roman"/>
      <w:color w:val="auto"/>
    </w:rPr>
  </w:style>
  <w:style w:type="paragraph" w:customStyle="1" w:styleId="c22">
    <w:name w:val="c22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8">
    <w:name w:val="c38"/>
    <w:basedOn w:val="a2"/>
    <w:rsid w:val="00DD53E2"/>
  </w:style>
  <w:style w:type="character" w:customStyle="1" w:styleId="c54">
    <w:name w:val="c54"/>
    <w:basedOn w:val="a2"/>
    <w:rsid w:val="00DD53E2"/>
  </w:style>
  <w:style w:type="character" w:customStyle="1" w:styleId="c1">
    <w:name w:val="c1"/>
    <w:basedOn w:val="a2"/>
    <w:rsid w:val="00DD53E2"/>
  </w:style>
  <w:style w:type="paragraph" w:customStyle="1" w:styleId="c13">
    <w:name w:val="c13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">
    <w:name w:val="c8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9">
    <w:name w:val="c9"/>
    <w:basedOn w:val="a2"/>
    <w:rsid w:val="00DD53E2"/>
  </w:style>
  <w:style w:type="character" w:customStyle="1" w:styleId="c16">
    <w:name w:val="c16"/>
    <w:basedOn w:val="a2"/>
    <w:rsid w:val="00DD53E2"/>
  </w:style>
  <w:style w:type="character" w:customStyle="1" w:styleId="c41">
    <w:name w:val="c41"/>
    <w:basedOn w:val="a2"/>
    <w:rsid w:val="00DD53E2"/>
  </w:style>
  <w:style w:type="character" w:customStyle="1" w:styleId="c37">
    <w:name w:val="c37"/>
    <w:basedOn w:val="a2"/>
    <w:rsid w:val="00DD53E2"/>
  </w:style>
  <w:style w:type="paragraph" w:customStyle="1" w:styleId="c66">
    <w:name w:val="c66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6">
    <w:name w:val="c36"/>
    <w:basedOn w:val="a2"/>
    <w:rsid w:val="00DD53E2"/>
  </w:style>
  <w:style w:type="character" w:customStyle="1" w:styleId="c7">
    <w:name w:val="c7"/>
    <w:basedOn w:val="a2"/>
    <w:rsid w:val="00DD53E2"/>
  </w:style>
  <w:style w:type="character" w:customStyle="1" w:styleId="c19">
    <w:name w:val="c19"/>
    <w:basedOn w:val="a2"/>
    <w:rsid w:val="00DD53E2"/>
  </w:style>
  <w:style w:type="paragraph" w:customStyle="1" w:styleId="c14">
    <w:name w:val="c14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9">
    <w:name w:val="footnote reference"/>
    <w:semiHidden/>
    <w:rsid w:val="00DD53E2"/>
    <w:rPr>
      <w:vertAlign w:val="superscript"/>
    </w:rPr>
  </w:style>
  <w:style w:type="character" w:customStyle="1" w:styleId="18">
    <w:name w:val="Название Знак1"/>
    <w:rsid w:val="00DD53E2"/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FontStyle20">
    <w:name w:val="Font Style20"/>
    <w:rsid w:val="00DD53E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fffa">
    <w:name w:val="Схема документа Знак"/>
    <w:link w:val="afffb"/>
    <w:semiHidden/>
    <w:rsid w:val="00DD53E2"/>
    <w:rPr>
      <w:rFonts w:ascii="Tahoma" w:hAnsi="Tahoma"/>
      <w:shd w:val="clear" w:color="auto" w:fill="000080"/>
    </w:rPr>
  </w:style>
  <w:style w:type="paragraph" w:styleId="afffb">
    <w:name w:val="Document Map"/>
    <w:basedOn w:val="a1"/>
    <w:link w:val="afffa"/>
    <w:semiHidden/>
    <w:rsid w:val="00DD53E2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9">
    <w:name w:val="Схема документа Знак1"/>
    <w:basedOn w:val="a2"/>
    <w:uiPriority w:val="99"/>
    <w:semiHidden/>
    <w:rsid w:val="00DD53E2"/>
    <w:rPr>
      <w:rFonts w:ascii="Segoe UI" w:hAnsi="Segoe UI" w:cs="Segoe UI"/>
      <w:sz w:val="16"/>
      <w:szCs w:val="16"/>
    </w:rPr>
  </w:style>
  <w:style w:type="paragraph" w:customStyle="1" w:styleId="zagbig">
    <w:name w:val="zag_big"/>
    <w:basedOn w:val="a1"/>
    <w:rsid w:val="00DD53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  <w:lang w:val="ru-RU" w:eastAsia="ru-RU"/>
    </w:rPr>
  </w:style>
  <w:style w:type="paragraph" w:customStyle="1" w:styleId="body">
    <w:name w:val="body"/>
    <w:basedOn w:val="a1"/>
    <w:rsid w:val="00DD53E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fc">
    <w:name w:val="Знак"/>
    <w:basedOn w:val="a1"/>
    <w:rsid w:val="00DD53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c26">
    <w:name w:val="c26"/>
    <w:rsid w:val="00DD53E2"/>
    <w:rPr>
      <w:rFonts w:cs="Times New Roman"/>
    </w:rPr>
  </w:style>
  <w:style w:type="paragraph" w:customStyle="1" w:styleId="afffd">
    <w:name w:val="......."/>
    <w:basedOn w:val="Default"/>
    <w:next w:val="Default"/>
    <w:rsid w:val="00DD53E2"/>
    <w:pPr>
      <w:widowControl/>
    </w:pPr>
    <w:rPr>
      <w:rFonts w:ascii="ANBND G+ Newton C San Pin" w:hAnsi="ANBND G+ Newton C San Pin" w:cs="Times New Roman"/>
      <w:color w:val="auto"/>
      <w:lang w:eastAsia="en-US"/>
    </w:rPr>
  </w:style>
  <w:style w:type="paragraph" w:customStyle="1" w:styleId="42">
    <w:name w:val="....._4._......"/>
    <w:basedOn w:val="Default"/>
    <w:next w:val="Default"/>
    <w:rsid w:val="00DD53E2"/>
    <w:pPr>
      <w:widowControl/>
    </w:pPr>
    <w:rPr>
      <w:rFonts w:ascii="Symbol" w:hAnsi="Symbol" w:cs="Times New Roman"/>
      <w:color w:val="auto"/>
      <w:lang w:eastAsia="en-US"/>
    </w:rPr>
  </w:style>
  <w:style w:type="paragraph" w:customStyle="1" w:styleId="43">
    <w:name w:val="....._4._....."/>
    <w:basedOn w:val="Default"/>
    <w:next w:val="Default"/>
    <w:rsid w:val="00DD53E2"/>
    <w:pPr>
      <w:widowControl/>
    </w:pPr>
    <w:rPr>
      <w:rFonts w:ascii="ALLFE M+ Newton C San Pin" w:hAnsi="ALLFE M+ Newton C San Pin" w:cs="Times New Roman"/>
      <w:color w:val="auto"/>
      <w:lang w:eastAsia="en-US"/>
    </w:rPr>
  </w:style>
  <w:style w:type="paragraph" w:customStyle="1" w:styleId="p10">
    <w:name w:val="p10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8">
    <w:name w:val="s8"/>
    <w:basedOn w:val="a2"/>
    <w:rsid w:val="00DD53E2"/>
  </w:style>
  <w:style w:type="character" w:customStyle="1" w:styleId="s1">
    <w:name w:val="s1"/>
    <w:basedOn w:val="a2"/>
    <w:rsid w:val="00DD53E2"/>
  </w:style>
  <w:style w:type="character" w:customStyle="1" w:styleId="s7">
    <w:name w:val="s7"/>
    <w:basedOn w:val="a2"/>
    <w:rsid w:val="00DD53E2"/>
  </w:style>
  <w:style w:type="paragraph" w:customStyle="1" w:styleId="p12">
    <w:name w:val="p12"/>
    <w:basedOn w:val="a1"/>
    <w:rsid w:val="00DD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4">
    <w:name w:val="_Табл_Бок_4п_Сверху"/>
    <w:basedOn w:val="Default"/>
    <w:next w:val="Default"/>
    <w:rsid w:val="00DD53E2"/>
    <w:pPr>
      <w:widowControl/>
    </w:pPr>
    <w:rPr>
      <w:rFonts w:ascii="COJMB J+ Newton C San Pin" w:hAnsi="COJMB J+ Newton C San Pin" w:cs="Times New Roman"/>
      <w:color w:val="auto"/>
      <w:lang w:eastAsia="en-US"/>
    </w:rPr>
  </w:style>
  <w:style w:type="paragraph" w:customStyle="1" w:styleId="45">
    <w:name w:val="Текст_4п_Сверху"/>
    <w:basedOn w:val="Default"/>
    <w:next w:val="Default"/>
    <w:rsid w:val="00DD53E2"/>
    <w:pPr>
      <w:widowControl/>
    </w:pPr>
    <w:rPr>
      <w:rFonts w:ascii="ALLFE M+ Newton C San Pin" w:eastAsia="Calibri" w:hAnsi="ALLFE M+ Newton C San Pin" w:cs="Times New Roman"/>
      <w:color w:val="auto"/>
    </w:rPr>
  </w:style>
  <w:style w:type="paragraph" w:customStyle="1" w:styleId="afffe">
    <w:name w:val="Базовый"/>
    <w:rsid w:val="00DD53E2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val="ru-RU" w:eastAsia="ru-RU"/>
    </w:rPr>
  </w:style>
  <w:style w:type="character" w:styleId="affff">
    <w:name w:val="FollowedHyperlink"/>
    <w:basedOn w:val="a2"/>
    <w:uiPriority w:val="99"/>
    <w:semiHidden/>
    <w:unhideWhenUsed/>
    <w:rsid w:val="00DD53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1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.ru/" TargetMode="External"/><Relationship Id="rId117" Type="http://schemas.openxmlformats.org/officeDocument/2006/relationships/hyperlink" Target="https://uchi.ru/" TargetMode="External"/><Relationship Id="rId21" Type="http://schemas.openxmlformats.org/officeDocument/2006/relationships/hyperlink" Target="http://school-/" TargetMode="External"/><Relationship Id="rId42" Type="http://schemas.openxmlformats.org/officeDocument/2006/relationships/hyperlink" Target="https://uchi.ru/" TargetMode="External"/><Relationship Id="rId47" Type="http://schemas.openxmlformats.org/officeDocument/2006/relationships/hyperlink" Target="http://school-/" TargetMode="External"/><Relationship Id="rId63" Type="http://schemas.openxmlformats.org/officeDocument/2006/relationships/hyperlink" Target="http://school-/" TargetMode="External"/><Relationship Id="rId68" Type="http://schemas.openxmlformats.org/officeDocument/2006/relationships/hyperlink" Target="https://uchi.ru/" TargetMode="External"/><Relationship Id="rId84" Type="http://schemas.openxmlformats.org/officeDocument/2006/relationships/hyperlink" Target="https://uchi.ru/" TargetMode="External"/><Relationship Id="rId89" Type="http://schemas.openxmlformats.org/officeDocument/2006/relationships/hyperlink" Target="http://school-/" TargetMode="External"/><Relationship Id="rId112" Type="http://schemas.openxmlformats.org/officeDocument/2006/relationships/hyperlink" Target="https://uchi.ru/" TargetMode="External"/><Relationship Id="rId16" Type="http://schemas.openxmlformats.org/officeDocument/2006/relationships/hyperlink" Target="https://uchi.ru/" TargetMode="External"/><Relationship Id="rId107" Type="http://schemas.openxmlformats.org/officeDocument/2006/relationships/hyperlink" Target="https://uchi.ru/" TargetMode="External"/><Relationship Id="rId11" Type="http://schemas.openxmlformats.org/officeDocument/2006/relationships/hyperlink" Target="http://school-/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://school-/" TargetMode="External"/><Relationship Id="rId53" Type="http://schemas.openxmlformats.org/officeDocument/2006/relationships/hyperlink" Target="http://school-/" TargetMode="External"/><Relationship Id="rId58" Type="http://schemas.openxmlformats.org/officeDocument/2006/relationships/hyperlink" Target="https://uchi.ru/" TargetMode="External"/><Relationship Id="rId74" Type="http://schemas.openxmlformats.org/officeDocument/2006/relationships/hyperlink" Target="https://uchi.ru/" TargetMode="External"/><Relationship Id="rId79" Type="http://schemas.openxmlformats.org/officeDocument/2006/relationships/hyperlink" Target="http://school-/" TargetMode="External"/><Relationship Id="rId102" Type="http://schemas.openxmlformats.org/officeDocument/2006/relationships/hyperlink" Target="https://uchi.ru/" TargetMode="External"/><Relationship Id="rId123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uchi.ru/" TargetMode="External"/><Relationship Id="rId95" Type="http://schemas.openxmlformats.org/officeDocument/2006/relationships/hyperlink" Target="https://uchi.ru/" TargetMode="External"/><Relationship Id="rId19" Type="http://schemas.openxmlformats.org/officeDocument/2006/relationships/hyperlink" Target="http://school-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://school-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://school-/" TargetMode="External"/><Relationship Id="rId43" Type="http://schemas.openxmlformats.org/officeDocument/2006/relationships/hyperlink" Target="http://school-/" TargetMode="External"/><Relationship Id="rId48" Type="http://schemas.openxmlformats.org/officeDocument/2006/relationships/hyperlink" Target="https://uchi.ru/" TargetMode="External"/><Relationship Id="rId56" Type="http://schemas.openxmlformats.org/officeDocument/2006/relationships/hyperlink" Target="https://uchi.ru/" TargetMode="External"/><Relationship Id="rId64" Type="http://schemas.openxmlformats.org/officeDocument/2006/relationships/hyperlink" Target="https://uchi.ru/" TargetMode="External"/><Relationship Id="rId69" Type="http://schemas.openxmlformats.org/officeDocument/2006/relationships/hyperlink" Target="http://school-/" TargetMode="External"/><Relationship Id="rId77" Type="http://schemas.openxmlformats.org/officeDocument/2006/relationships/hyperlink" Target="http://school-/" TargetMode="External"/><Relationship Id="rId100" Type="http://schemas.openxmlformats.org/officeDocument/2006/relationships/hyperlink" Target="https://uchi.ru/" TargetMode="External"/><Relationship Id="rId105" Type="http://schemas.openxmlformats.org/officeDocument/2006/relationships/hyperlink" Target="https://uchi.ru/" TargetMode="External"/><Relationship Id="rId113" Type="http://schemas.openxmlformats.org/officeDocument/2006/relationships/hyperlink" Target="https://uchi.ru/" TargetMode="External"/><Relationship Id="rId118" Type="http://schemas.openxmlformats.org/officeDocument/2006/relationships/hyperlink" Target="https://uchi.ru/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uchi.ru/" TargetMode="External"/><Relationship Id="rId51" Type="http://schemas.openxmlformats.org/officeDocument/2006/relationships/hyperlink" Target="http://school-/" TargetMode="External"/><Relationship Id="rId72" Type="http://schemas.openxmlformats.org/officeDocument/2006/relationships/hyperlink" Target="https://uchi.ru/" TargetMode="External"/><Relationship Id="rId80" Type="http://schemas.openxmlformats.org/officeDocument/2006/relationships/hyperlink" Target="https://uchi.ru/" TargetMode="External"/><Relationship Id="rId85" Type="http://schemas.openxmlformats.org/officeDocument/2006/relationships/hyperlink" Target="http://school-/" TargetMode="External"/><Relationship Id="rId93" Type="http://schemas.openxmlformats.org/officeDocument/2006/relationships/hyperlink" Target="https://uchi.ru/" TargetMode="External"/><Relationship Id="rId98" Type="http://schemas.openxmlformats.org/officeDocument/2006/relationships/hyperlink" Target="https://uchi.ru/" TargetMode="External"/><Relationship Id="rId121" Type="http://schemas.openxmlformats.org/officeDocument/2006/relationships/hyperlink" Target="http://school-collection.edu.ru/catalog/" TargetMode="External"/><Relationship Id="rId3" Type="http://schemas.openxmlformats.org/officeDocument/2006/relationships/styles" Target="styles.xm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://school-/" TargetMode="External"/><Relationship Id="rId25" Type="http://schemas.openxmlformats.org/officeDocument/2006/relationships/hyperlink" Target="http://school-/" TargetMode="External"/><Relationship Id="rId33" Type="http://schemas.openxmlformats.org/officeDocument/2006/relationships/hyperlink" Target="http://school-/" TargetMode="External"/><Relationship Id="rId38" Type="http://schemas.openxmlformats.org/officeDocument/2006/relationships/hyperlink" Target="https://uchi.ru/" TargetMode="External"/><Relationship Id="rId46" Type="http://schemas.openxmlformats.org/officeDocument/2006/relationships/hyperlink" Target="https://uchi.ru/" TargetMode="External"/><Relationship Id="rId59" Type="http://schemas.openxmlformats.org/officeDocument/2006/relationships/hyperlink" Target="http://school-/" TargetMode="External"/><Relationship Id="rId67" Type="http://schemas.openxmlformats.org/officeDocument/2006/relationships/hyperlink" Target="http://school-/" TargetMode="External"/><Relationship Id="rId103" Type="http://schemas.openxmlformats.org/officeDocument/2006/relationships/hyperlink" Target="https://uchi.ru/" TargetMode="External"/><Relationship Id="rId108" Type="http://schemas.openxmlformats.org/officeDocument/2006/relationships/hyperlink" Target="https://uchi.ru/" TargetMode="External"/><Relationship Id="rId116" Type="http://schemas.openxmlformats.org/officeDocument/2006/relationships/hyperlink" Target="https://uchi.ru/" TargetMode="External"/><Relationship Id="rId124" Type="http://schemas.openxmlformats.org/officeDocument/2006/relationships/hyperlink" Target="https://uchi.ru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://school-/" TargetMode="External"/><Relationship Id="rId54" Type="http://schemas.openxmlformats.org/officeDocument/2006/relationships/hyperlink" Target="https://uchi.ru/" TargetMode="External"/><Relationship Id="rId62" Type="http://schemas.openxmlformats.org/officeDocument/2006/relationships/hyperlink" Target="https://uchi.ru/" TargetMode="External"/><Relationship Id="rId70" Type="http://schemas.openxmlformats.org/officeDocument/2006/relationships/hyperlink" Target="https://uchi.ru/" TargetMode="External"/><Relationship Id="rId75" Type="http://schemas.openxmlformats.org/officeDocument/2006/relationships/hyperlink" Target="http://school-/" TargetMode="External"/><Relationship Id="rId83" Type="http://schemas.openxmlformats.org/officeDocument/2006/relationships/hyperlink" Target="http://school-/" TargetMode="External"/><Relationship Id="rId88" Type="http://schemas.openxmlformats.org/officeDocument/2006/relationships/hyperlink" Target="https://uchi.ru/" TargetMode="External"/><Relationship Id="rId91" Type="http://schemas.openxmlformats.org/officeDocument/2006/relationships/hyperlink" Target="https://uchi.ru/" TargetMode="External"/><Relationship Id="rId96" Type="http://schemas.openxmlformats.org/officeDocument/2006/relationships/hyperlink" Target="https://uchi.ru/" TargetMode="External"/><Relationship Id="rId111" Type="http://schemas.openxmlformats.org/officeDocument/2006/relationships/hyperlink" Target="https://uchi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school-/" TargetMode="External"/><Relationship Id="rId23" Type="http://schemas.openxmlformats.org/officeDocument/2006/relationships/hyperlink" Target="http://school-/" TargetMode="External"/><Relationship Id="rId28" Type="http://schemas.openxmlformats.org/officeDocument/2006/relationships/hyperlink" Target="https://uchi.ru/" TargetMode="External"/><Relationship Id="rId36" Type="http://schemas.openxmlformats.org/officeDocument/2006/relationships/hyperlink" Target="https://uchi.ru/" TargetMode="External"/><Relationship Id="rId49" Type="http://schemas.openxmlformats.org/officeDocument/2006/relationships/hyperlink" Target="http://school-/" TargetMode="External"/><Relationship Id="rId57" Type="http://schemas.openxmlformats.org/officeDocument/2006/relationships/hyperlink" Target="http://school-/" TargetMode="External"/><Relationship Id="rId106" Type="http://schemas.openxmlformats.org/officeDocument/2006/relationships/hyperlink" Target="https://uchi.ru/" TargetMode="External"/><Relationship Id="rId114" Type="http://schemas.openxmlformats.org/officeDocument/2006/relationships/hyperlink" Target="https://uchi.ru/" TargetMode="External"/><Relationship Id="rId119" Type="http://schemas.openxmlformats.org/officeDocument/2006/relationships/hyperlink" Target="https://uchi.ru/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://school-/" TargetMode="External"/><Relationship Id="rId44" Type="http://schemas.openxmlformats.org/officeDocument/2006/relationships/hyperlink" Target="https://uchi.ru/" TargetMode="External"/><Relationship Id="rId52" Type="http://schemas.openxmlformats.org/officeDocument/2006/relationships/hyperlink" Target="https://uchi.ru/" TargetMode="External"/><Relationship Id="rId60" Type="http://schemas.openxmlformats.org/officeDocument/2006/relationships/hyperlink" Target="https://uchi.ru/" TargetMode="External"/><Relationship Id="rId65" Type="http://schemas.openxmlformats.org/officeDocument/2006/relationships/hyperlink" Target="http://school-/" TargetMode="External"/><Relationship Id="rId73" Type="http://schemas.openxmlformats.org/officeDocument/2006/relationships/hyperlink" Target="http://school-/" TargetMode="External"/><Relationship Id="rId78" Type="http://schemas.openxmlformats.org/officeDocument/2006/relationships/hyperlink" Target="https://uchi.ru/" TargetMode="External"/><Relationship Id="rId81" Type="http://schemas.openxmlformats.org/officeDocument/2006/relationships/hyperlink" Target="http://school-/" TargetMode="External"/><Relationship Id="rId86" Type="http://schemas.openxmlformats.org/officeDocument/2006/relationships/hyperlink" Target="https://uchi.ru/" TargetMode="External"/><Relationship Id="rId94" Type="http://schemas.openxmlformats.org/officeDocument/2006/relationships/hyperlink" Target="https://uchi.ru/" TargetMode="External"/><Relationship Id="rId99" Type="http://schemas.openxmlformats.org/officeDocument/2006/relationships/hyperlink" Target="https://uchi.ru/" TargetMode="External"/><Relationship Id="rId101" Type="http://schemas.openxmlformats.org/officeDocument/2006/relationships/hyperlink" Target="https://uchi.ru/" TargetMode="External"/><Relationship Id="rId122" Type="http://schemas.openxmlformats.org/officeDocument/2006/relationships/hyperlink" Target="http://school-collection.edu.ru/catalo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/" TargetMode="External"/><Relationship Id="rId13" Type="http://schemas.openxmlformats.org/officeDocument/2006/relationships/hyperlink" Target="http://school-/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://school-/" TargetMode="External"/><Relationship Id="rId109" Type="http://schemas.openxmlformats.org/officeDocument/2006/relationships/hyperlink" Target="https://uchi.ru/" TargetMode="External"/><Relationship Id="rId34" Type="http://schemas.openxmlformats.org/officeDocument/2006/relationships/hyperlink" Target="https://uchi.ru/" TargetMode="External"/><Relationship Id="rId50" Type="http://schemas.openxmlformats.org/officeDocument/2006/relationships/hyperlink" Target="https://uchi.ru/" TargetMode="External"/><Relationship Id="rId55" Type="http://schemas.openxmlformats.org/officeDocument/2006/relationships/hyperlink" Target="http://school-/" TargetMode="External"/><Relationship Id="rId76" Type="http://schemas.openxmlformats.org/officeDocument/2006/relationships/hyperlink" Target="https://uchi.ru/" TargetMode="External"/><Relationship Id="rId97" Type="http://schemas.openxmlformats.org/officeDocument/2006/relationships/hyperlink" Target="https://uchi.ru/" TargetMode="External"/><Relationship Id="rId104" Type="http://schemas.openxmlformats.org/officeDocument/2006/relationships/hyperlink" Target="https://uchi.ru/" TargetMode="External"/><Relationship Id="rId120" Type="http://schemas.openxmlformats.org/officeDocument/2006/relationships/header" Target="header1.xml"/><Relationship Id="rId125" Type="http://schemas.openxmlformats.org/officeDocument/2006/relationships/hyperlink" Target="http://www.uchportal.ru/load/46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school-/" TargetMode="External"/><Relationship Id="rId92" Type="http://schemas.openxmlformats.org/officeDocument/2006/relationships/hyperlink" Target="https://uchi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school-/" TargetMode="External"/><Relationship Id="rId24" Type="http://schemas.openxmlformats.org/officeDocument/2006/relationships/hyperlink" Target="https://uchi.ru/" TargetMode="External"/><Relationship Id="rId40" Type="http://schemas.openxmlformats.org/officeDocument/2006/relationships/hyperlink" Target="https://uchi.ru/" TargetMode="External"/><Relationship Id="rId45" Type="http://schemas.openxmlformats.org/officeDocument/2006/relationships/hyperlink" Target="http://school-/" TargetMode="External"/><Relationship Id="rId66" Type="http://schemas.openxmlformats.org/officeDocument/2006/relationships/hyperlink" Target="https://uchi.ru/" TargetMode="External"/><Relationship Id="rId87" Type="http://schemas.openxmlformats.org/officeDocument/2006/relationships/hyperlink" Target="http://school-/" TargetMode="External"/><Relationship Id="rId110" Type="http://schemas.openxmlformats.org/officeDocument/2006/relationships/hyperlink" Target="https://uchi.ru/" TargetMode="External"/><Relationship Id="rId115" Type="http://schemas.openxmlformats.org/officeDocument/2006/relationships/hyperlink" Target="https://uchi.ru/" TargetMode="External"/><Relationship Id="rId61" Type="http://schemas.openxmlformats.org/officeDocument/2006/relationships/hyperlink" Target="http://school-/" TargetMode="External"/><Relationship Id="rId82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2E5F97-D07F-42FF-8B25-86C1D0BB4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45</Pages>
  <Words>16403</Words>
  <Characters>93503</Characters>
  <Application>Microsoft Office Word</Application>
  <DocSecurity>0</DocSecurity>
  <Lines>779</Lines>
  <Paragraphs>219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109687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Анна</cp:lastModifiedBy>
  <cp:revision>16</cp:revision>
  <cp:lastPrinted>2022-10-18T12:37:00Z</cp:lastPrinted>
  <dcterms:created xsi:type="dcterms:W3CDTF">2022-10-08T13:05:00Z</dcterms:created>
  <dcterms:modified xsi:type="dcterms:W3CDTF">2023-02-17T16:47:00Z</dcterms:modified>
  <cp:category/>
</cp:coreProperties>
</file>